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92A64" w14:textId="77777777" w:rsidR="00AE08AB" w:rsidRDefault="00AA2D9E">
      <w:pPr>
        <w:jc w:val="center"/>
      </w:pPr>
      <w:r>
        <w:rPr>
          <w:b/>
          <w:color w:val="17324D"/>
          <w:sz w:val="60"/>
        </w:rPr>
        <w:t>IN THE MIDST</w:t>
      </w:r>
      <w:r>
        <w:rPr>
          <w:b/>
          <w:color w:val="17324D"/>
          <w:sz w:val="60"/>
        </w:rPr>
        <w:br/>
        <w:t>OF THE CHAOS</w:t>
      </w:r>
    </w:p>
    <w:p w14:paraId="01EBFA0D" w14:textId="77777777" w:rsidR="00AE08AB" w:rsidRDefault="00AA2D9E">
      <w:pPr>
        <w:jc w:val="center"/>
      </w:pPr>
      <w:r>
        <w:rPr>
          <w:color w:val="B08D3A"/>
        </w:rPr>
        <w:t>—  ◆  —</w:t>
      </w:r>
    </w:p>
    <w:p w14:paraId="54E46F48" w14:textId="77777777" w:rsidR="00AE08AB" w:rsidRDefault="00AA2D9E">
      <w:pPr>
        <w:jc w:val="center"/>
      </w:pPr>
      <w:r>
        <w:rPr>
          <w:b/>
          <w:color w:val="B08D3A"/>
          <w:sz w:val="28"/>
        </w:rPr>
        <w:t>COMPANION PRAYER JOURNAL — VOLUME I</w:t>
      </w:r>
    </w:p>
    <w:p w14:paraId="5A8DFD97" w14:textId="77777777" w:rsidR="00AE08AB" w:rsidRDefault="00AA2D9E">
      <w:pPr>
        <w:jc w:val="center"/>
      </w:pPr>
      <w:r>
        <w:rPr>
          <w:i/>
        </w:rPr>
        <w:t>180 Days of Honest Prayer, Scripture,</w:t>
      </w:r>
      <w:r>
        <w:rPr>
          <w:i/>
        </w:rPr>
        <w:br/>
        <w:t>Surrender, and Peace</w:t>
      </w:r>
    </w:p>
    <w:p w14:paraId="144671EF" w14:textId="77777777" w:rsidR="00AE08AB" w:rsidRDefault="00AA2D9E">
      <w:r>
        <w:br/>
      </w:r>
    </w:p>
    <w:p w14:paraId="6D8D9CC3" w14:textId="77777777" w:rsidR="00AE08AB" w:rsidRDefault="00AA2D9E">
      <w:pPr>
        <w:jc w:val="center"/>
      </w:pPr>
      <w:r>
        <w:rPr>
          <w:b/>
        </w:rPr>
        <w:t>NANA ADU-POKU</w:t>
      </w:r>
    </w:p>
    <w:p w14:paraId="6CC3D4DB" w14:textId="77777777" w:rsidR="00AE08AB" w:rsidRDefault="00AA2D9E">
      <w:pPr>
        <w:jc w:val="center"/>
      </w:pPr>
      <w:r>
        <w:rPr>
          <w:i/>
        </w:rPr>
        <w:t>Anchored Through Uncertainty</w:t>
      </w:r>
      <w:r>
        <w:rPr>
          <w:i/>
        </w:rPr>
        <w:br/>
        <w:t>Finding Strength, Stillness, and Clarity in Life’s Hardest Seasons</w:t>
      </w:r>
    </w:p>
    <w:p w14:paraId="2FC9C4AE" w14:textId="77777777" w:rsidR="00AE08AB" w:rsidRDefault="00AA2D9E">
      <w:r>
        <w:br w:type="page"/>
      </w:r>
    </w:p>
    <w:p w14:paraId="6A8B0912" w14:textId="77777777" w:rsidR="00AE08AB" w:rsidRDefault="00AA2D9E">
      <w:pPr>
        <w:pStyle w:val="Heading1"/>
      </w:pPr>
      <w:r>
        <w:lastRenderedPageBreak/>
        <w:t>A Place to Tell God the Truth</w:t>
      </w:r>
    </w:p>
    <w:p w14:paraId="72E7EAC7" w14:textId="77777777" w:rsidR="00AE08AB" w:rsidRDefault="00AA2D9E">
      <w:r>
        <w:t>This journal is a companion to the first six months of the devotional journey. It is intentionally spacious. The purpose is not to produce polished prayers, but honest ones. Bring God the fear, gratitude, disappointment, hope, anger, questions, silence, and faith that actually exist within you.</w:t>
      </w:r>
    </w:p>
    <w:p w14:paraId="4626BC12" w14:textId="77777777" w:rsidR="00AE08AB" w:rsidRDefault="00AA2D9E">
      <w:pPr>
        <w:pStyle w:val="Heading2"/>
      </w:pPr>
      <w:r>
        <w:t>Daily Prayer Rhythm</w:t>
      </w:r>
    </w:p>
    <w:p w14:paraId="5709C80B" w14:textId="77777777" w:rsidR="00AE08AB" w:rsidRDefault="00AA2D9E">
      <w:r>
        <w:t>SCRIPTURE → PAUSE → PRAY → RELEASE → LISTEN → WRITE</w:t>
      </w:r>
    </w:p>
    <w:p w14:paraId="2D4C2F1B" w14:textId="77777777" w:rsidR="00AE08AB" w:rsidRDefault="00AA2D9E">
      <w:r>
        <w:t>Every seventh day includes a Sacred Pause. Use it to look back, notice patterns, remember grace, release accumulated weight, and listen before entering another week.</w:t>
      </w:r>
    </w:p>
    <w:p w14:paraId="5EB7E1DE" w14:textId="77777777" w:rsidR="00AE08AB" w:rsidRDefault="00AA2D9E">
      <w:r>
        <w:br w:type="page"/>
      </w:r>
    </w:p>
    <w:p w14:paraId="4F60F14A" w14:textId="77777777" w:rsidR="00AE08AB" w:rsidRDefault="00AA2D9E">
      <w:pPr>
        <w:pStyle w:val="Heading2"/>
      </w:pPr>
      <w:r>
        <w:lastRenderedPageBreak/>
        <w:t>MONTH ONE</w:t>
      </w:r>
    </w:p>
    <w:p w14:paraId="55159672" w14:textId="77777777" w:rsidR="00AE08AB" w:rsidRDefault="00AA2D9E">
      <w:pPr>
        <w:jc w:val="center"/>
      </w:pPr>
      <w:r>
        <w:rPr>
          <w:b/>
          <w:color w:val="17324D"/>
          <w:sz w:val="46"/>
        </w:rPr>
        <w:t>WHEN THE STORM BREAKS</w:t>
      </w:r>
    </w:p>
    <w:p w14:paraId="38398934" w14:textId="77777777" w:rsidR="00AE08AB" w:rsidRDefault="00AA2D9E">
      <w:pPr>
        <w:jc w:val="center"/>
      </w:pPr>
      <w:r>
        <w:rPr>
          <w:i/>
          <w:color w:val="B08D3A"/>
        </w:rPr>
        <w:t>Praying Honestly When Life Changes Without Permission</w:t>
      </w:r>
    </w:p>
    <w:p w14:paraId="1251580D" w14:textId="77777777" w:rsidR="00AE08AB" w:rsidRDefault="00AA2D9E">
      <w:pPr>
        <w:jc w:val="center"/>
      </w:pPr>
      <w:r>
        <w:rPr>
          <w:color w:val="B08D3A"/>
        </w:rPr>
        <w:t>—  ◆  —</w:t>
      </w:r>
    </w:p>
    <w:p w14:paraId="55AB9B20" w14:textId="77777777" w:rsidR="00AE08AB" w:rsidRDefault="00AA2D9E">
      <w:pPr>
        <w:pStyle w:val="Heading2"/>
      </w:pPr>
      <w:r>
        <w:t>Beginning-of-Month Prayer</w:t>
      </w:r>
    </w:p>
    <w:p w14:paraId="336B0181" w14:textId="77777777" w:rsidR="00AE08AB" w:rsidRDefault="00AA2D9E">
      <w:r>
        <w:t>Father, as I enter this month of when the storm breaks, teach me to pray with honesty rather than performance. Help me notice what is happening within me, bring it into Your presence, and receive the grace I need for each day. Amen.</w:t>
      </w:r>
    </w:p>
    <w:p w14:paraId="2B257467" w14:textId="77777777" w:rsidR="00AE08AB" w:rsidRDefault="00AA2D9E">
      <w:pPr>
        <w:pStyle w:val="Heading2"/>
      </w:pPr>
      <w:r>
        <w:t>What I Am Carrying Into This Month</w:t>
      </w:r>
    </w:p>
    <w:p w14:paraId="56EF5248" w14:textId="77777777" w:rsidR="00AE08AB" w:rsidRDefault="00AA2D9E">
      <w:pPr>
        <w:spacing w:after="60"/>
      </w:pPr>
      <w:r>
        <w:rPr>
          <w:color w:val="B9B9B9"/>
          <w:sz w:val="16"/>
        </w:rPr>
        <w:t>________________________________________________________</w:t>
      </w:r>
    </w:p>
    <w:p w14:paraId="36347D35" w14:textId="77777777" w:rsidR="00AE08AB" w:rsidRDefault="00AA2D9E">
      <w:pPr>
        <w:spacing w:after="60"/>
      </w:pPr>
      <w:r>
        <w:rPr>
          <w:color w:val="B9B9B9"/>
          <w:sz w:val="16"/>
        </w:rPr>
        <w:t>________________________________________________________</w:t>
      </w:r>
    </w:p>
    <w:p w14:paraId="16B4270F" w14:textId="77777777" w:rsidR="00AE08AB" w:rsidRDefault="00AA2D9E">
      <w:pPr>
        <w:spacing w:after="60"/>
      </w:pPr>
      <w:r>
        <w:rPr>
          <w:color w:val="B9B9B9"/>
          <w:sz w:val="16"/>
        </w:rPr>
        <w:t>________________________________________________________</w:t>
      </w:r>
    </w:p>
    <w:p w14:paraId="184B24E5" w14:textId="77777777" w:rsidR="00AE08AB" w:rsidRDefault="00AA2D9E">
      <w:pPr>
        <w:spacing w:after="60"/>
      </w:pPr>
      <w:r>
        <w:rPr>
          <w:color w:val="B9B9B9"/>
          <w:sz w:val="16"/>
        </w:rPr>
        <w:t>________________________________________________________</w:t>
      </w:r>
    </w:p>
    <w:p w14:paraId="15D332BF" w14:textId="77777777" w:rsidR="00AE08AB" w:rsidRDefault="00AA2D9E">
      <w:r>
        <w:br w:type="page"/>
      </w:r>
    </w:p>
    <w:p w14:paraId="624E7CC9" w14:textId="77777777" w:rsidR="00AE08AB" w:rsidRDefault="00AA2D9E">
      <w:pPr>
        <w:pStyle w:val="Heading2"/>
      </w:pPr>
      <w:r>
        <w:lastRenderedPageBreak/>
        <w:t>DAY 1</w:t>
      </w:r>
    </w:p>
    <w:p w14:paraId="78161C15" w14:textId="77777777" w:rsidR="00AE08AB" w:rsidRDefault="00AA2D9E">
      <w:pPr>
        <w:pStyle w:val="Heading1"/>
      </w:pPr>
      <w:r>
        <w:t>When Life Changes Without Permission</w:t>
      </w:r>
    </w:p>
    <w:p w14:paraId="03405582" w14:textId="77777777" w:rsidR="00AE08AB" w:rsidRDefault="00AA2D9E">
      <w:r>
        <w:rPr>
          <w:b/>
          <w:color w:val="B08D3A"/>
        </w:rPr>
        <w:t xml:space="preserve">SCRIPTURE ANCHOR  </w:t>
      </w:r>
      <w:r>
        <w:t>Psalm 46:1</w:t>
      </w:r>
    </w:p>
    <w:p w14:paraId="561D03B6" w14:textId="77777777" w:rsidR="00AE08AB" w:rsidRDefault="00AA2D9E">
      <w:pPr>
        <w:pStyle w:val="Heading2"/>
      </w:pPr>
      <w:r>
        <w:t>Pause</w:t>
      </w:r>
    </w:p>
    <w:p w14:paraId="322452C2" w14:textId="77777777" w:rsidR="00AE08AB" w:rsidRDefault="00AA2D9E">
      <w:r>
        <w:t>Take three slow breaths. Let your body become still. You do not have to solve anything before you pray.</w:t>
      </w:r>
    </w:p>
    <w:p w14:paraId="3687ADB3" w14:textId="77777777" w:rsidR="00AE08AB" w:rsidRDefault="00AA2D9E">
      <w:pPr>
        <w:pStyle w:val="Heading2"/>
      </w:pPr>
      <w:r>
        <w:t>Guided Prayer</w:t>
      </w:r>
    </w:p>
    <w:p w14:paraId="0E1F81F9" w14:textId="77777777" w:rsidR="00AE08AB" w:rsidRDefault="00AA2D9E">
      <w:r>
        <w:t>Father, I bring You the reality of when life changes without permission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69C9EE0B" w14:textId="77777777" w:rsidR="00AE08AB" w:rsidRDefault="00AA2D9E">
      <w:pPr>
        <w:pStyle w:val="Heading2"/>
      </w:pPr>
      <w:r>
        <w:t>Release</w:t>
      </w:r>
    </w:p>
    <w:p w14:paraId="02BE0BDE" w14:textId="77777777" w:rsidR="00AE08AB" w:rsidRDefault="00AA2D9E">
      <w:r>
        <w:t>Complete this sentence slowly: “Father, today I place into Your hands…”</w:t>
      </w:r>
    </w:p>
    <w:p w14:paraId="4FD9FE64" w14:textId="77777777" w:rsidR="00AE08AB" w:rsidRDefault="00AA2D9E">
      <w:pPr>
        <w:spacing w:after="60"/>
      </w:pPr>
      <w:r>
        <w:rPr>
          <w:color w:val="B9B9B9"/>
          <w:sz w:val="16"/>
        </w:rPr>
        <w:t>________________________________________________________</w:t>
      </w:r>
    </w:p>
    <w:p w14:paraId="79012BC0" w14:textId="77777777" w:rsidR="00AE08AB" w:rsidRDefault="00AA2D9E">
      <w:pPr>
        <w:spacing w:after="60"/>
      </w:pPr>
      <w:r>
        <w:rPr>
          <w:color w:val="B9B9B9"/>
          <w:sz w:val="16"/>
        </w:rPr>
        <w:t>________________________________________________________</w:t>
      </w:r>
    </w:p>
    <w:p w14:paraId="3CF86B66" w14:textId="77777777" w:rsidR="00AE08AB" w:rsidRDefault="00AA2D9E">
      <w:pPr>
        <w:pStyle w:val="Heading2"/>
      </w:pPr>
      <w:r>
        <w:t>Listen</w:t>
      </w:r>
    </w:p>
    <w:p w14:paraId="213CEB44" w14:textId="77777777" w:rsidR="00AE08AB" w:rsidRDefault="00AA2D9E">
      <w:r>
        <w:t>Remain quiet for a moment. What truth, Scripture, conviction, or gentle reminder is rising?</w:t>
      </w:r>
    </w:p>
    <w:p w14:paraId="391A66EC" w14:textId="77777777" w:rsidR="00AE08AB" w:rsidRDefault="00AA2D9E">
      <w:pPr>
        <w:spacing w:after="60"/>
      </w:pPr>
      <w:r>
        <w:rPr>
          <w:color w:val="B9B9B9"/>
          <w:sz w:val="16"/>
        </w:rPr>
        <w:t>________________________________________________________</w:t>
      </w:r>
    </w:p>
    <w:p w14:paraId="44EB2FB2" w14:textId="77777777" w:rsidR="00AE08AB" w:rsidRDefault="00AA2D9E">
      <w:pPr>
        <w:spacing w:after="60"/>
      </w:pPr>
      <w:r>
        <w:rPr>
          <w:color w:val="B9B9B9"/>
          <w:sz w:val="16"/>
        </w:rPr>
        <w:t>________________________________________________________</w:t>
      </w:r>
    </w:p>
    <w:p w14:paraId="0D918FD7" w14:textId="77777777" w:rsidR="00AE08AB" w:rsidRDefault="00AA2D9E">
      <w:pPr>
        <w:pStyle w:val="Heading2"/>
      </w:pPr>
      <w:r>
        <w:t>My Unfiltered Prayer</w:t>
      </w:r>
    </w:p>
    <w:p w14:paraId="2447EC38" w14:textId="77777777" w:rsidR="00AE08AB" w:rsidRDefault="00AA2D9E">
      <w:r>
        <w:t>God, as I sit with when life changes without permission, what I most need to tell You honestly is…</w:t>
      </w:r>
    </w:p>
    <w:p w14:paraId="763DF443" w14:textId="77777777" w:rsidR="00AE08AB" w:rsidRDefault="00AA2D9E">
      <w:pPr>
        <w:spacing w:after="60"/>
      </w:pPr>
      <w:r>
        <w:rPr>
          <w:color w:val="B9B9B9"/>
          <w:sz w:val="16"/>
        </w:rPr>
        <w:t>________________________________________________________</w:t>
      </w:r>
    </w:p>
    <w:p w14:paraId="41D098F7" w14:textId="77777777" w:rsidR="00AE08AB" w:rsidRDefault="00AA2D9E">
      <w:pPr>
        <w:spacing w:after="60"/>
      </w:pPr>
      <w:r>
        <w:rPr>
          <w:color w:val="B9B9B9"/>
          <w:sz w:val="16"/>
        </w:rPr>
        <w:t>________________________________________________________</w:t>
      </w:r>
    </w:p>
    <w:p w14:paraId="7A89017C" w14:textId="77777777" w:rsidR="00AE08AB" w:rsidRDefault="00AA2D9E">
      <w:pPr>
        <w:spacing w:after="60"/>
      </w:pPr>
      <w:r>
        <w:rPr>
          <w:color w:val="B9B9B9"/>
          <w:sz w:val="16"/>
        </w:rPr>
        <w:t>________________________________________________________</w:t>
      </w:r>
    </w:p>
    <w:p w14:paraId="750AF65E" w14:textId="77777777" w:rsidR="00AE08AB" w:rsidRDefault="00AA2D9E">
      <w:pPr>
        <w:spacing w:after="60"/>
      </w:pPr>
      <w:r>
        <w:rPr>
          <w:color w:val="B9B9B9"/>
          <w:sz w:val="16"/>
        </w:rPr>
        <w:lastRenderedPageBreak/>
        <w:t>________________________________________________________</w:t>
      </w:r>
    </w:p>
    <w:p w14:paraId="409A6BF6" w14:textId="77777777" w:rsidR="00AE08AB" w:rsidRDefault="00AA2D9E">
      <w:pPr>
        <w:spacing w:after="60"/>
      </w:pPr>
      <w:r>
        <w:rPr>
          <w:color w:val="B9B9B9"/>
          <w:sz w:val="16"/>
        </w:rPr>
        <w:t>________________________________________________________</w:t>
      </w:r>
    </w:p>
    <w:p w14:paraId="7F2C80EC" w14:textId="77777777" w:rsidR="00AE08AB" w:rsidRDefault="00AA2D9E">
      <w:pPr>
        <w:spacing w:after="60"/>
      </w:pPr>
      <w:r>
        <w:rPr>
          <w:color w:val="B9B9B9"/>
          <w:sz w:val="16"/>
        </w:rPr>
        <w:t>________________________________________________________</w:t>
      </w:r>
    </w:p>
    <w:p w14:paraId="695AE5A7" w14:textId="77777777" w:rsidR="00AE08AB" w:rsidRDefault="00AA2D9E">
      <w:pPr>
        <w:spacing w:after="60"/>
      </w:pPr>
      <w:r>
        <w:rPr>
          <w:color w:val="B9B9B9"/>
          <w:sz w:val="16"/>
        </w:rPr>
        <w:t>________________________________________________________</w:t>
      </w:r>
    </w:p>
    <w:p w14:paraId="5F2924B0" w14:textId="77777777" w:rsidR="00AE08AB" w:rsidRDefault="00AA2D9E">
      <w:r>
        <w:br w:type="page"/>
      </w:r>
    </w:p>
    <w:p w14:paraId="487158CA" w14:textId="77777777" w:rsidR="00AE08AB" w:rsidRDefault="00AA2D9E">
      <w:pPr>
        <w:pStyle w:val="Heading2"/>
      </w:pPr>
      <w:r>
        <w:lastRenderedPageBreak/>
        <w:t>DAY 2</w:t>
      </w:r>
    </w:p>
    <w:p w14:paraId="3F6829F4" w14:textId="77777777" w:rsidR="00AE08AB" w:rsidRDefault="00AA2D9E">
      <w:pPr>
        <w:pStyle w:val="Heading1"/>
      </w:pPr>
      <w:r>
        <w:t>Naming the Storm</w:t>
      </w:r>
    </w:p>
    <w:p w14:paraId="1A1E570D" w14:textId="77777777" w:rsidR="00AE08AB" w:rsidRDefault="00AA2D9E">
      <w:r>
        <w:rPr>
          <w:b/>
          <w:color w:val="B08D3A"/>
        </w:rPr>
        <w:t xml:space="preserve">SCRIPTURE ANCHOR  </w:t>
      </w:r>
      <w:r>
        <w:t>Psalm 34:18</w:t>
      </w:r>
    </w:p>
    <w:p w14:paraId="18FE464C" w14:textId="77777777" w:rsidR="00AE08AB" w:rsidRDefault="00AA2D9E">
      <w:pPr>
        <w:pStyle w:val="Heading2"/>
      </w:pPr>
      <w:r>
        <w:t>Pause</w:t>
      </w:r>
    </w:p>
    <w:p w14:paraId="6DDB8A67" w14:textId="77777777" w:rsidR="00AE08AB" w:rsidRDefault="00AA2D9E">
      <w:r>
        <w:t>Take three slow breaths. Let your body become still. You do not have to solve anything before you pray.</w:t>
      </w:r>
    </w:p>
    <w:p w14:paraId="1A59857C" w14:textId="77777777" w:rsidR="00AE08AB" w:rsidRDefault="00AA2D9E">
      <w:pPr>
        <w:pStyle w:val="Heading2"/>
      </w:pPr>
      <w:r>
        <w:t>Guided Prayer</w:t>
      </w:r>
    </w:p>
    <w:p w14:paraId="7762A775" w14:textId="77777777" w:rsidR="00AE08AB" w:rsidRDefault="00AA2D9E">
      <w:r>
        <w:t>Father, I bring You the reality of naming the storm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remain u</w:t>
      </w:r>
      <w:r>
        <w:t>nanswered. In Jesus' name, Amen.</w:t>
      </w:r>
    </w:p>
    <w:p w14:paraId="1EBF234D" w14:textId="77777777" w:rsidR="00AE08AB" w:rsidRDefault="00AA2D9E">
      <w:pPr>
        <w:pStyle w:val="Heading2"/>
      </w:pPr>
      <w:r>
        <w:t>Release</w:t>
      </w:r>
    </w:p>
    <w:p w14:paraId="25B9F4C0" w14:textId="77777777" w:rsidR="00AE08AB" w:rsidRDefault="00AA2D9E">
      <w:r>
        <w:t>Complete this sentence slowly: “Father, today I place into Your hands…”</w:t>
      </w:r>
    </w:p>
    <w:p w14:paraId="69EF30EE" w14:textId="77777777" w:rsidR="00AE08AB" w:rsidRDefault="00AA2D9E">
      <w:pPr>
        <w:spacing w:after="60"/>
      </w:pPr>
      <w:r>
        <w:rPr>
          <w:color w:val="B9B9B9"/>
          <w:sz w:val="16"/>
        </w:rPr>
        <w:t>________________________________________________________</w:t>
      </w:r>
    </w:p>
    <w:p w14:paraId="183509BB" w14:textId="77777777" w:rsidR="00AE08AB" w:rsidRDefault="00AA2D9E">
      <w:pPr>
        <w:spacing w:after="60"/>
      </w:pPr>
      <w:r>
        <w:rPr>
          <w:color w:val="B9B9B9"/>
          <w:sz w:val="16"/>
        </w:rPr>
        <w:t>________________________________________________________</w:t>
      </w:r>
    </w:p>
    <w:p w14:paraId="45C31AA8" w14:textId="77777777" w:rsidR="00AE08AB" w:rsidRDefault="00AA2D9E">
      <w:pPr>
        <w:pStyle w:val="Heading2"/>
      </w:pPr>
      <w:r>
        <w:t>Listen</w:t>
      </w:r>
    </w:p>
    <w:p w14:paraId="68E2830F" w14:textId="77777777" w:rsidR="00AE08AB" w:rsidRDefault="00AA2D9E">
      <w:r>
        <w:t>Remain quiet for a moment. What truth, Scripture, conviction, or gentle reminder is rising?</w:t>
      </w:r>
    </w:p>
    <w:p w14:paraId="54CAC318" w14:textId="77777777" w:rsidR="00AE08AB" w:rsidRDefault="00AA2D9E">
      <w:pPr>
        <w:spacing w:after="60"/>
      </w:pPr>
      <w:r>
        <w:rPr>
          <w:color w:val="B9B9B9"/>
          <w:sz w:val="16"/>
        </w:rPr>
        <w:t>________________________________________________________</w:t>
      </w:r>
    </w:p>
    <w:p w14:paraId="01AB5819" w14:textId="77777777" w:rsidR="00AE08AB" w:rsidRDefault="00AA2D9E">
      <w:pPr>
        <w:spacing w:after="60"/>
      </w:pPr>
      <w:r>
        <w:rPr>
          <w:color w:val="B9B9B9"/>
          <w:sz w:val="16"/>
        </w:rPr>
        <w:t>________________________________________________________</w:t>
      </w:r>
    </w:p>
    <w:p w14:paraId="255F6B89" w14:textId="77777777" w:rsidR="00AE08AB" w:rsidRDefault="00AA2D9E">
      <w:pPr>
        <w:pStyle w:val="Heading2"/>
      </w:pPr>
      <w:r>
        <w:t>My Unfiltered Prayer</w:t>
      </w:r>
    </w:p>
    <w:p w14:paraId="58AD1FF1" w14:textId="77777777" w:rsidR="00AE08AB" w:rsidRDefault="00AA2D9E">
      <w:r>
        <w:t>God, as I sit with naming the storm, what I most need to tell You honestly is…</w:t>
      </w:r>
    </w:p>
    <w:p w14:paraId="04AF41BD" w14:textId="77777777" w:rsidR="00AE08AB" w:rsidRDefault="00AA2D9E">
      <w:pPr>
        <w:spacing w:after="60"/>
      </w:pPr>
      <w:r>
        <w:rPr>
          <w:color w:val="B9B9B9"/>
          <w:sz w:val="16"/>
        </w:rPr>
        <w:t>________________________________________________________</w:t>
      </w:r>
    </w:p>
    <w:p w14:paraId="52799353" w14:textId="77777777" w:rsidR="00AE08AB" w:rsidRDefault="00AA2D9E">
      <w:pPr>
        <w:spacing w:after="60"/>
      </w:pPr>
      <w:r>
        <w:rPr>
          <w:color w:val="B9B9B9"/>
          <w:sz w:val="16"/>
        </w:rPr>
        <w:t>________________________________________________________</w:t>
      </w:r>
    </w:p>
    <w:p w14:paraId="1D15C2AD" w14:textId="77777777" w:rsidR="00AE08AB" w:rsidRDefault="00AA2D9E">
      <w:pPr>
        <w:spacing w:after="60"/>
      </w:pPr>
      <w:r>
        <w:rPr>
          <w:color w:val="B9B9B9"/>
          <w:sz w:val="16"/>
        </w:rPr>
        <w:t>________________________________________________________</w:t>
      </w:r>
    </w:p>
    <w:p w14:paraId="66DA336C" w14:textId="77777777" w:rsidR="00AE08AB" w:rsidRDefault="00AA2D9E">
      <w:pPr>
        <w:spacing w:after="60"/>
      </w:pPr>
      <w:r>
        <w:rPr>
          <w:color w:val="B9B9B9"/>
          <w:sz w:val="16"/>
        </w:rPr>
        <w:t>________________________________________________________</w:t>
      </w:r>
    </w:p>
    <w:p w14:paraId="5BF3A880" w14:textId="77777777" w:rsidR="00AE08AB" w:rsidRDefault="00AA2D9E">
      <w:pPr>
        <w:spacing w:after="60"/>
      </w:pPr>
      <w:r>
        <w:rPr>
          <w:color w:val="B9B9B9"/>
          <w:sz w:val="16"/>
        </w:rPr>
        <w:t>________________________________________________________</w:t>
      </w:r>
    </w:p>
    <w:p w14:paraId="2D94106A" w14:textId="77777777" w:rsidR="00AE08AB" w:rsidRDefault="00AA2D9E">
      <w:pPr>
        <w:spacing w:after="60"/>
      </w:pPr>
      <w:r>
        <w:rPr>
          <w:color w:val="B9B9B9"/>
          <w:sz w:val="16"/>
        </w:rPr>
        <w:lastRenderedPageBreak/>
        <w:t>________________________________________________________</w:t>
      </w:r>
    </w:p>
    <w:p w14:paraId="24468B26" w14:textId="77777777" w:rsidR="00AE08AB" w:rsidRDefault="00AA2D9E">
      <w:pPr>
        <w:spacing w:after="60"/>
      </w:pPr>
      <w:r>
        <w:rPr>
          <w:color w:val="B9B9B9"/>
          <w:sz w:val="16"/>
        </w:rPr>
        <w:t>________________________________________________________</w:t>
      </w:r>
    </w:p>
    <w:p w14:paraId="41550613" w14:textId="77777777" w:rsidR="00AE08AB" w:rsidRDefault="00AA2D9E">
      <w:r>
        <w:br w:type="page"/>
      </w:r>
    </w:p>
    <w:p w14:paraId="75D6D580" w14:textId="77777777" w:rsidR="00AE08AB" w:rsidRDefault="00AA2D9E">
      <w:pPr>
        <w:pStyle w:val="Heading2"/>
      </w:pPr>
      <w:r>
        <w:lastRenderedPageBreak/>
        <w:t>DAY 3</w:t>
      </w:r>
    </w:p>
    <w:p w14:paraId="4DC97E18" w14:textId="77777777" w:rsidR="00AE08AB" w:rsidRDefault="00AA2D9E">
      <w:pPr>
        <w:pStyle w:val="Heading1"/>
      </w:pPr>
      <w:r>
        <w:t>You Do Not Have to Pretend</w:t>
      </w:r>
    </w:p>
    <w:p w14:paraId="45F73C74" w14:textId="77777777" w:rsidR="00AE08AB" w:rsidRDefault="00AA2D9E">
      <w:r>
        <w:rPr>
          <w:b/>
          <w:color w:val="B08D3A"/>
        </w:rPr>
        <w:t xml:space="preserve">SCRIPTURE ANCHOR  </w:t>
      </w:r>
      <w:r>
        <w:t>Psalm 62:8</w:t>
      </w:r>
    </w:p>
    <w:p w14:paraId="38D710E6" w14:textId="77777777" w:rsidR="00AE08AB" w:rsidRDefault="00AA2D9E">
      <w:pPr>
        <w:pStyle w:val="Heading2"/>
      </w:pPr>
      <w:r>
        <w:t>Pause</w:t>
      </w:r>
    </w:p>
    <w:p w14:paraId="2DB00A78" w14:textId="77777777" w:rsidR="00AE08AB" w:rsidRDefault="00AA2D9E">
      <w:r>
        <w:t>Take three slow breaths. Let your body become still. You do not have to solve anything before you pray.</w:t>
      </w:r>
    </w:p>
    <w:p w14:paraId="558E58F0" w14:textId="77777777" w:rsidR="00AE08AB" w:rsidRDefault="00AA2D9E">
      <w:pPr>
        <w:pStyle w:val="Heading2"/>
      </w:pPr>
      <w:r>
        <w:t>Guided Prayer</w:t>
      </w:r>
    </w:p>
    <w:p w14:paraId="50F6C3A2" w14:textId="77777777" w:rsidR="00AE08AB" w:rsidRDefault="00AA2D9E">
      <w:r>
        <w:t>Father, I bring You the reality of you do not have to pretend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w:t>
      </w:r>
      <w:r>
        <w:t>s remain unanswered. In Jesus' name, Amen.</w:t>
      </w:r>
    </w:p>
    <w:p w14:paraId="25BBEC87" w14:textId="77777777" w:rsidR="00AE08AB" w:rsidRDefault="00AA2D9E">
      <w:pPr>
        <w:pStyle w:val="Heading2"/>
      </w:pPr>
      <w:r>
        <w:t>Release</w:t>
      </w:r>
    </w:p>
    <w:p w14:paraId="356DC63E" w14:textId="77777777" w:rsidR="00AE08AB" w:rsidRDefault="00AA2D9E">
      <w:r>
        <w:t>Complete this sentence slowly: “Father, today I place into Your hands…”</w:t>
      </w:r>
    </w:p>
    <w:p w14:paraId="4F5B1223" w14:textId="77777777" w:rsidR="00AE08AB" w:rsidRDefault="00AA2D9E">
      <w:pPr>
        <w:spacing w:after="60"/>
      </w:pPr>
      <w:r>
        <w:rPr>
          <w:color w:val="B9B9B9"/>
          <w:sz w:val="16"/>
        </w:rPr>
        <w:t>________________________________________________________</w:t>
      </w:r>
    </w:p>
    <w:p w14:paraId="73D3ABD8" w14:textId="77777777" w:rsidR="00AE08AB" w:rsidRDefault="00AA2D9E">
      <w:pPr>
        <w:spacing w:after="60"/>
      </w:pPr>
      <w:r>
        <w:rPr>
          <w:color w:val="B9B9B9"/>
          <w:sz w:val="16"/>
        </w:rPr>
        <w:t>________________________________________________________</w:t>
      </w:r>
    </w:p>
    <w:p w14:paraId="1A746339" w14:textId="77777777" w:rsidR="00AE08AB" w:rsidRDefault="00AA2D9E">
      <w:pPr>
        <w:pStyle w:val="Heading2"/>
      </w:pPr>
      <w:r>
        <w:t>Listen</w:t>
      </w:r>
    </w:p>
    <w:p w14:paraId="7E0F4EF4" w14:textId="77777777" w:rsidR="00AE08AB" w:rsidRDefault="00AA2D9E">
      <w:r>
        <w:t>Remain quiet for a moment. What truth, Scripture, conviction, or gentle reminder is rising?</w:t>
      </w:r>
    </w:p>
    <w:p w14:paraId="2C54F142" w14:textId="77777777" w:rsidR="00AE08AB" w:rsidRDefault="00AA2D9E">
      <w:pPr>
        <w:spacing w:after="60"/>
      </w:pPr>
      <w:r>
        <w:rPr>
          <w:color w:val="B9B9B9"/>
          <w:sz w:val="16"/>
        </w:rPr>
        <w:t>________________________________________________________</w:t>
      </w:r>
    </w:p>
    <w:p w14:paraId="51B84C50" w14:textId="77777777" w:rsidR="00AE08AB" w:rsidRDefault="00AA2D9E">
      <w:pPr>
        <w:spacing w:after="60"/>
      </w:pPr>
      <w:r>
        <w:rPr>
          <w:color w:val="B9B9B9"/>
          <w:sz w:val="16"/>
        </w:rPr>
        <w:t>________________________________________________________</w:t>
      </w:r>
    </w:p>
    <w:p w14:paraId="26548303" w14:textId="77777777" w:rsidR="00AE08AB" w:rsidRDefault="00AA2D9E">
      <w:pPr>
        <w:pStyle w:val="Heading2"/>
      </w:pPr>
      <w:r>
        <w:t>My Unfiltered Prayer</w:t>
      </w:r>
    </w:p>
    <w:p w14:paraId="1332DDCA" w14:textId="77777777" w:rsidR="00AE08AB" w:rsidRDefault="00AA2D9E">
      <w:r>
        <w:t>God, as I sit with you do not have to pretend, what I most need to tell You honestly is…</w:t>
      </w:r>
    </w:p>
    <w:p w14:paraId="21733DBD" w14:textId="77777777" w:rsidR="00AE08AB" w:rsidRDefault="00AA2D9E">
      <w:pPr>
        <w:spacing w:after="60"/>
      </w:pPr>
      <w:r>
        <w:rPr>
          <w:color w:val="B9B9B9"/>
          <w:sz w:val="16"/>
        </w:rPr>
        <w:t>________________________________________________________</w:t>
      </w:r>
    </w:p>
    <w:p w14:paraId="5D144DB5" w14:textId="77777777" w:rsidR="00AE08AB" w:rsidRDefault="00AA2D9E">
      <w:pPr>
        <w:spacing w:after="60"/>
      </w:pPr>
      <w:r>
        <w:rPr>
          <w:color w:val="B9B9B9"/>
          <w:sz w:val="16"/>
        </w:rPr>
        <w:t>________________________________________________________</w:t>
      </w:r>
    </w:p>
    <w:p w14:paraId="6EF5EE9F" w14:textId="77777777" w:rsidR="00AE08AB" w:rsidRDefault="00AA2D9E">
      <w:pPr>
        <w:spacing w:after="60"/>
      </w:pPr>
      <w:r>
        <w:rPr>
          <w:color w:val="B9B9B9"/>
          <w:sz w:val="16"/>
        </w:rPr>
        <w:t>________________________________________________________</w:t>
      </w:r>
    </w:p>
    <w:p w14:paraId="6BD029BE" w14:textId="77777777" w:rsidR="00AE08AB" w:rsidRDefault="00AA2D9E">
      <w:pPr>
        <w:spacing w:after="60"/>
      </w:pPr>
      <w:r>
        <w:rPr>
          <w:color w:val="B9B9B9"/>
          <w:sz w:val="16"/>
        </w:rPr>
        <w:t>________________________________________________________</w:t>
      </w:r>
    </w:p>
    <w:p w14:paraId="2BDE5217" w14:textId="77777777" w:rsidR="00AE08AB" w:rsidRDefault="00AA2D9E">
      <w:pPr>
        <w:spacing w:after="60"/>
      </w:pPr>
      <w:r>
        <w:rPr>
          <w:color w:val="B9B9B9"/>
          <w:sz w:val="16"/>
        </w:rPr>
        <w:lastRenderedPageBreak/>
        <w:t>________________________________________________________</w:t>
      </w:r>
    </w:p>
    <w:p w14:paraId="0AFFFDC5" w14:textId="77777777" w:rsidR="00AE08AB" w:rsidRDefault="00AA2D9E">
      <w:pPr>
        <w:spacing w:after="60"/>
      </w:pPr>
      <w:r>
        <w:rPr>
          <w:color w:val="B9B9B9"/>
          <w:sz w:val="16"/>
        </w:rPr>
        <w:t>________________________________________________________</w:t>
      </w:r>
    </w:p>
    <w:p w14:paraId="19B73800" w14:textId="77777777" w:rsidR="00AE08AB" w:rsidRDefault="00AA2D9E">
      <w:pPr>
        <w:spacing w:after="60"/>
      </w:pPr>
      <w:r>
        <w:rPr>
          <w:color w:val="B9B9B9"/>
          <w:sz w:val="16"/>
        </w:rPr>
        <w:t>________________________________________________________</w:t>
      </w:r>
    </w:p>
    <w:p w14:paraId="24EC0BC7" w14:textId="77777777" w:rsidR="00AE08AB" w:rsidRDefault="00AA2D9E">
      <w:r>
        <w:br w:type="page"/>
      </w:r>
    </w:p>
    <w:p w14:paraId="0E8C987A" w14:textId="77777777" w:rsidR="00AE08AB" w:rsidRDefault="00AA2D9E">
      <w:pPr>
        <w:pStyle w:val="Heading2"/>
      </w:pPr>
      <w:r>
        <w:lastRenderedPageBreak/>
        <w:t>DAY 4</w:t>
      </w:r>
    </w:p>
    <w:p w14:paraId="42C2493A" w14:textId="77777777" w:rsidR="00AE08AB" w:rsidRDefault="00AA2D9E">
      <w:pPr>
        <w:pStyle w:val="Heading1"/>
      </w:pPr>
      <w:r>
        <w:t>When the Future Feels Uncertain</w:t>
      </w:r>
    </w:p>
    <w:p w14:paraId="328005CC" w14:textId="77777777" w:rsidR="00AE08AB" w:rsidRDefault="00AA2D9E">
      <w:r>
        <w:rPr>
          <w:b/>
          <w:color w:val="B08D3A"/>
        </w:rPr>
        <w:t xml:space="preserve">SCRIPTURE ANCHOR  </w:t>
      </w:r>
      <w:r>
        <w:t>Proverbs 3:5-6</w:t>
      </w:r>
    </w:p>
    <w:p w14:paraId="746B20C6" w14:textId="77777777" w:rsidR="00AE08AB" w:rsidRDefault="00AA2D9E">
      <w:pPr>
        <w:pStyle w:val="Heading2"/>
      </w:pPr>
      <w:r>
        <w:t>Pause</w:t>
      </w:r>
    </w:p>
    <w:p w14:paraId="4CD53893" w14:textId="77777777" w:rsidR="00AE08AB" w:rsidRDefault="00AA2D9E">
      <w:r>
        <w:t>Take three slow breaths. Let your body become still. You do not have to solve anything before you pray.</w:t>
      </w:r>
    </w:p>
    <w:p w14:paraId="2AE847EE" w14:textId="77777777" w:rsidR="00AE08AB" w:rsidRDefault="00AA2D9E">
      <w:pPr>
        <w:pStyle w:val="Heading2"/>
      </w:pPr>
      <w:r>
        <w:t>Guided Prayer</w:t>
      </w:r>
    </w:p>
    <w:p w14:paraId="2C1C37D9" w14:textId="77777777" w:rsidR="00AE08AB" w:rsidRDefault="00AA2D9E">
      <w:r>
        <w:t>Father, I bring You the reality of when the future feels uncertain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w:t>
      </w:r>
      <w:r>
        <w:t>stions remain unanswered. In Jesus' name, Amen.</w:t>
      </w:r>
    </w:p>
    <w:p w14:paraId="5197571F" w14:textId="77777777" w:rsidR="00AE08AB" w:rsidRDefault="00AA2D9E">
      <w:pPr>
        <w:pStyle w:val="Heading2"/>
      </w:pPr>
      <w:r>
        <w:t>Release</w:t>
      </w:r>
    </w:p>
    <w:p w14:paraId="35F6318E" w14:textId="77777777" w:rsidR="00AE08AB" w:rsidRDefault="00AA2D9E">
      <w:r>
        <w:t>Complete this sentence slowly: “Father, today I place into Your hands…”</w:t>
      </w:r>
    </w:p>
    <w:p w14:paraId="40D7E0A3" w14:textId="77777777" w:rsidR="00AE08AB" w:rsidRDefault="00AA2D9E">
      <w:pPr>
        <w:spacing w:after="60"/>
      </w:pPr>
      <w:r>
        <w:rPr>
          <w:color w:val="B9B9B9"/>
          <w:sz w:val="16"/>
        </w:rPr>
        <w:t>________________________________________________________</w:t>
      </w:r>
    </w:p>
    <w:p w14:paraId="34D1B511" w14:textId="77777777" w:rsidR="00AE08AB" w:rsidRDefault="00AA2D9E">
      <w:pPr>
        <w:spacing w:after="60"/>
      </w:pPr>
      <w:r>
        <w:rPr>
          <w:color w:val="B9B9B9"/>
          <w:sz w:val="16"/>
        </w:rPr>
        <w:t>________________________________________________________</w:t>
      </w:r>
    </w:p>
    <w:p w14:paraId="6C1C1D92" w14:textId="77777777" w:rsidR="00AE08AB" w:rsidRDefault="00AA2D9E">
      <w:pPr>
        <w:pStyle w:val="Heading2"/>
      </w:pPr>
      <w:r>
        <w:t>Listen</w:t>
      </w:r>
    </w:p>
    <w:p w14:paraId="0DA7666C" w14:textId="77777777" w:rsidR="00AE08AB" w:rsidRDefault="00AA2D9E">
      <w:r>
        <w:t>Remain quiet for a moment. What truth, Scripture, conviction, or gentle reminder is rising?</w:t>
      </w:r>
    </w:p>
    <w:p w14:paraId="6A1104CA" w14:textId="77777777" w:rsidR="00AE08AB" w:rsidRDefault="00AA2D9E">
      <w:pPr>
        <w:spacing w:after="60"/>
      </w:pPr>
      <w:r>
        <w:rPr>
          <w:color w:val="B9B9B9"/>
          <w:sz w:val="16"/>
        </w:rPr>
        <w:t>________________________________________________________</w:t>
      </w:r>
    </w:p>
    <w:p w14:paraId="29F1A522" w14:textId="77777777" w:rsidR="00AE08AB" w:rsidRDefault="00AA2D9E">
      <w:pPr>
        <w:spacing w:after="60"/>
      </w:pPr>
      <w:r>
        <w:rPr>
          <w:color w:val="B9B9B9"/>
          <w:sz w:val="16"/>
        </w:rPr>
        <w:t>________________________________________________________</w:t>
      </w:r>
    </w:p>
    <w:p w14:paraId="3658C479" w14:textId="77777777" w:rsidR="00AE08AB" w:rsidRDefault="00AA2D9E">
      <w:pPr>
        <w:pStyle w:val="Heading2"/>
      </w:pPr>
      <w:r>
        <w:t>My Unfiltered Prayer</w:t>
      </w:r>
    </w:p>
    <w:p w14:paraId="06761580" w14:textId="77777777" w:rsidR="00AE08AB" w:rsidRDefault="00AA2D9E">
      <w:r>
        <w:t>God, as I sit with when the future feels uncertain, what I most need to tell You honestly is…</w:t>
      </w:r>
    </w:p>
    <w:p w14:paraId="7B23842C" w14:textId="77777777" w:rsidR="00AE08AB" w:rsidRDefault="00AA2D9E">
      <w:pPr>
        <w:spacing w:after="60"/>
      </w:pPr>
      <w:r>
        <w:rPr>
          <w:color w:val="B9B9B9"/>
          <w:sz w:val="16"/>
        </w:rPr>
        <w:t>________________________________________________________</w:t>
      </w:r>
    </w:p>
    <w:p w14:paraId="1C92806D" w14:textId="77777777" w:rsidR="00AE08AB" w:rsidRDefault="00AA2D9E">
      <w:pPr>
        <w:spacing w:after="60"/>
      </w:pPr>
      <w:r>
        <w:rPr>
          <w:color w:val="B9B9B9"/>
          <w:sz w:val="16"/>
        </w:rPr>
        <w:t>________________________________________________________</w:t>
      </w:r>
    </w:p>
    <w:p w14:paraId="3B559390" w14:textId="77777777" w:rsidR="00AE08AB" w:rsidRDefault="00AA2D9E">
      <w:pPr>
        <w:spacing w:after="60"/>
      </w:pPr>
      <w:r>
        <w:rPr>
          <w:color w:val="B9B9B9"/>
          <w:sz w:val="16"/>
        </w:rPr>
        <w:t>________________________________________________________</w:t>
      </w:r>
    </w:p>
    <w:p w14:paraId="5D0ADD78" w14:textId="77777777" w:rsidR="00AE08AB" w:rsidRDefault="00AA2D9E">
      <w:pPr>
        <w:spacing w:after="60"/>
      </w:pPr>
      <w:r>
        <w:rPr>
          <w:color w:val="B9B9B9"/>
          <w:sz w:val="16"/>
        </w:rPr>
        <w:lastRenderedPageBreak/>
        <w:t>________________________________________________________</w:t>
      </w:r>
    </w:p>
    <w:p w14:paraId="04DF1C7D" w14:textId="77777777" w:rsidR="00AE08AB" w:rsidRDefault="00AA2D9E">
      <w:pPr>
        <w:spacing w:after="60"/>
      </w:pPr>
      <w:r>
        <w:rPr>
          <w:color w:val="B9B9B9"/>
          <w:sz w:val="16"/>
        </w:rPr>
        <w:t>________________________________________________________</w:t>
      </w:r>
    </w:p>
    <w:p w14:paraId="7E549D5B" w14:textId="77777777" w:rsidR="00AE08AB" w:rsidRDefault="00AA2D9E">
      <w:pPr>
        <w:spacing w:after="60"/>
      </w:pPr>
      <w:r>
        <w:rPr>
          <w:color w:val="B9B9B9"/>
          <w:sz w:val="16"/>
        </w:rPr>
        <w:t>________________________________________________________</w:t>
      </w:r>
    </w:p>
    <w:p w14:paraId="0F25A3DF" w14:textId="77777777" w:rsidR="00AE08AB" w:rsidRDefault="00AA2D9E">
      <w:pPr>
        <w:spacing w:after="60"/>
      </w:pPr>
      <w:r>
        <w:rPr>
          <w:color w:val="B9B9B9"/>
          <w:sz w:val="16"/>
        </w:rPr>
        <w:t>________________________________________________________</w:t>
      </w:r>
    </w:p>
    <w:p w14:paraId="320C6693" w14:textId="77777777" w:rsidR="00AE08AB" w:rsidRDefault="00AA2D9E">
      <w:r>
        <w:br w:type="page"/>
      </w:r>
    </w:p>
    <w:p w14:paraId="20C7D099" w14:textId="77777777" w:rsidR="00AE08AB" w:rsidRDefault="00AA2D9E">
      <w:pPr>
        <w:pStyle w:val="Heading2"/>
      </w:pPr>
      <w:r>
        <w:lastRenderedPageBreak/>
        <w:t>DAY 5</w:t>
      </w:r>
    </w:p>
    <w:p w14:paraId="2C9A4417" w14:textId="77777777" w:rsidR="00AE08AB" w:rsidRDefault="00AA2D9E">
      <w:pPr>
        <w:pStyle w:val="Heading1"/>
      </w:pPr>
      <w:r>
        <w:t>God Is Present Here Too</w:t>
      </w:r>
    </w:p>
    <w:p w14:paraId="3532FD46" w14:textId="77777777" w:rsidR="00AE08AB" w:rsidRDefault="00AA2D9E">
      <w:r>
        <w:rPr>
          <w:b/>
          <w:color w:val="B08D3A"/>
        </w:rPr>
        <w:t xml:space="preserve">SCRIPTURE ANCHOR  </w:t>
      </w:r>
      <w:r>
        <w:t>Isaiah 43:2</w:t>
      </w:r>
    </w:p>
    <w:p w14:paraId="002B34E2" w14:textId="77777777" w:rsidR="00AE08AB" w:rsidRDefault="00AA2D9E">
      <w:pPr>
        <w:pStyle w:val="Heading2"/>
      </w:pPr>
      <w:r>
        <w:t>Pause</w:t>
      </w:r>
    </w:p>
    <w:p w14:paraId="14987C66" w14:textId="77777777" w:rsidR="00AE08AB" w:rsidRDefault="00AA2D9E">
      <w:r>
        <w:t>Take three slow breaths. Let your body become still. You do not have to solve anything before you pray.</w:t>
      </w:r>
    </w:p>
    <w:p w14:paraId="38E914AC" w14:textId="77777777" w:rsidR="00AE08AB" w:rsidRDefault="00AA2D9E">
      <w:pPr>
        <w:pStyle w:val="Heading2"/>
      </w:pPr>
      <w:r>
        <w:t>Guided Prayer</w:t>
      </w:r>
    </w:p>
    <w:p w14:paraId="60CAD47E" w14:textId="77777777" w:rsidR="00AE08AB" w:rsidRDefault="00AA2D9E">
      <w:r>
        <w:t>Father, I bring You the reality of god is present here too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w:t>
      </w:r>
      <w:r>
        <w:t>emain unanswered. In Jesus' name, Amen.</w:t>
      </w:r>
    </w:p>
    <w:p w14:paraId="6046D929" w14:textId="77777777" w:rsidR="00AE08AB" w:rsidRDefault="00AA2D9E">
      <w:pPr>
        <w:pStyle w:val="Heading2"/>
      </w:pPr>
      <w:r>
        <w:t>Release</w:t>
      </w:r>
    </w:p>
    <w:p w14:paraId="1905EF9C" w14:textId="77777777" w:rsidR="00AE08AB" w:rsidRDefault="00AA2D9E">
      <w:r>
        <w:t>Complete this sentence slowly: “Father, today I place into Your hands…”</w:t>
      </w:r>
    </w:p>
    <w:p w14:paraId="13C5F4DD" w14:textId="77777777" w:rsidR="00AE08AB" w:rsidRDefault="00AA2D9E">
      <w:pPr>
        <w:spacing w:after="60"/>
      </w:pPr>
      <w:r>
        <w:rPr>
          <w:color w:val="B9B9B9"/>
          <w:sz w:val="16"/>
        </w:rPr>
        <w:t>________________________________________________________</w:t>
      </w:r>
    </w:p>
    <w:p w14:paraId="2C4F76D0" w14:textId="77777777" w:rsidR="00AE08AB" w:rsidRDefault="00AA2D9E">
      <w:pPr>
        <w:spacing w:after="60"/>
      </w:pPr>
      <w:r>
        <w:rPr>
          <w:color w:val="B9B9B9"/>
          <w:sz w:val="16"/>
        </w:rPr>
        <w:t>________________________________________________________</w:t>
      </w:r>
    </w:p>
    <w:p w14:paraId="7F8DC9B3" w14:textId="77777777" w:rsidR="00AE08AB" w:rsidRDefault="00AA2D9E">
      <w:pPr>
        <w:pStyle w:val="Heading2"/>
      </w:pPr>
      <w:r>
        <w:t>Listen</w:t>
      </w:r>
    </w:p>
    <w:p w14:paraId="7D7FC472" w14:textId="77777777" w:rsidR="00AE08AB" w:rsidRDefault="00AA2D9E">
      <w:r>
        <w:t>Remain quiet for a moment. What truth, Scripture, conviction, or gentle reminder is rising?</w:t>
      </w:r>
    </w:p>
    <w:p w14:paraId="29A04353" w14:textId="77777777" w:rsidR="00AE08AB" w:rsidRDefault="00AA2D9E">
      <w:pPr>
        <w:spacing w:after="60"/>
      </w:pPr>
      <w:r>
        <w:rPr>
          <w:color w:val="B9B9B9"/>
          <w:sz w:val="16"/>
        </w:rPr>
        <w:t>________________________________________________________</w:t>
      </w:r>
    </w:p>
    <w:p w14:paraId="04438F03" w14:textId="77777777" w:rsidR="00AE08AB" w:rsidRDefault="00AA2D9E">
      <w:pPr>
        <w:spacing w:after="60"/>
      </w:pPr>
      <w:r>
        <w:rPr>
          <w:color w:val="B9B9B9"/>
          <w:sz w:val="16"/>
        </w:rPr>
        <w:t>________________________________________________________</w:t>
      </w:r>
    </w:p>
    <w:p w14:paraId="2ED220FC" w14:textId="77777777" w:rsidR="00AE08AB" w:rsidRDefault="00AA2D9E">
      <w:pPr>
        <w:pStyle w:val="Heading2"/>
      </w:pPr>
      <w:r>
        <w:t>My Unfiltered Prayer</w:t>
      </w:r>
    </w:p>
    <w:p w14:paraId="4E48348B" w14:textId="77777777" w:rsidR="00AE08AB" w:rsidRDefault="00AA2D9E">
      <w:r>
        <w:t>God, as I sit with god is present here too, what I most need to tell You honestly is…</w:t>
      </w:r>
    </w:p>
    <w:p w14:paraId="43149FE6" w14:textId="77777777" w:rsidR="00AE08AB" w:rsidRDefault="00AA2D9E">
      <w:pPr>
        <w:spacing w:after="60"/>
      </w:pPr>
      <w:r>
        <w:rPr>
          <w:color w:val="B9B9B9"/>
          <w:sz w:val="16"/>
        </w:rPr>
        <w:t>________________________________________________________</w:t>
      </w:r>
    </w:p>
    <w:p w14:paraId="09470782" w14:textId="77777777" w:rsidR="00AE08AB" w:rsidRDefault="00AA2D9E">
      <w:pPr>
        <w:spacing w:after="60"/>
      </w:pPr>
      <w:r>
        <w:rPr>
          <w:color w:val="B9B9B9"/>
          <w:sz w:val="16"/>
        </w:rPr>
        <w:t>________________________________________________________</w:t>
      </w:r>
    </w:p>
    <w:p w14:paraId="04F7CE9C" w14:textId="77777777" w:rsidR="00AE08AB" w:rsidRDefault="00AA2D9E">
      <w:pPr>
        <w:spacing w:after="60"/>
      </w:pPr>
      <w:r>
        <w:rPr>
          <w:color w:val="B9B9B9"/>
          <w:sz w:val="16"/>
        </w:rPr>
        <w:t>________________________________________________________</w:t>
      </w:r>
    </w:p>
    <w:p w14:paraId="31BDFBFB" w14:textId="77777777" w:rsidR="00AE08AB" w:rsidRDefault="00AA2D9E">
      <w:pPr>
        <w:spacing w:after="60"/>
      </w:pPr>
      <w:r>
        <w:rPr>
          <w:color w:val="B9B9B9"/>
          <w:sz w:val="16"/>
        </w:rPr>
        <w:t>________________________________________________________</w:t>
      </w:r>
    </w:p>
    <w:p w14:paraId="6078A6B2" w14:textId="77777777" w:rsidR="00AE08AB" w:rsidRDefault="00AA2D9E">
      <w:pPr>
        <w:spacing w:after="60"/>
      </w:pPr>
      <w:r>
        <w:rPr>
          <w:color w:val="B9B9B9"/>
          <w:sz w:val="16"/>
        </w:rPr>
        <w:lastRenderedPageBreak/>
        <w:t>________________________________________________________</w:t>
      </w:r>
    </w:p>
    <w:p w14:paraId="0F9FE4B1" w14:textId="77777777" w:rsidR="00AE08AB" w:rsidRDefault="00AA2D9E">
      <w:pPr>
        <w:spacing w:after="60"/>
      </w:pPr>
      <w:r>
        <w:rPr>
          <w:color w:val="B9B9B9"/>
          <w:sz w:val="16"/>
        </w:rPr>
        <w:t>________________________________________________________</w:t>
      </w:r>
    </w:p>
    <w:p w14:paraId="04150E9B" w14:textId="77777777" w:rsidR="00AE08AB" w:rsidRDefault="00AA2D9E">
      <w:pPr>
        <w:spacing w:after="60"/>
      </w:pPr>
      <w:r>
        <w:rPr>
          <w:color w:val="B9B9B9"/>
          <w:sz w:val="16"/>
        </w:rPr>
        <w:t>________________________________________________________</w:t>
      </w:r>
    </w:p>
    <w:p w14:paraId="36DDFB8B" w14:textId="77777777" w:rsidR="00AE08AB" w:rsidRDefault="00AA2D9E">
      <w:r>
        <w:br w:type="page"/>
      </w:r>
    </w:p>
    <w:p w14:paraId="7D07D5EA" w14:textId="77777777" w:rsidR="00AE08AB" w:rsidRDefault="00AA2D9E">
      <w:pPr>
        <w:pStyle w:val="Heading2"/>
      </w:pPr>
      <w:r>
        <w:lastRenderedPageBreak/>
        <w:t>DAY 6</w:t>
      </w:r>
    </w:p>
    <w:p w14:paraId="30A66AB8" w14:textId="77777777" w:rsidR="00AE08AB" w:rsidRDefault="00AA2D9E">
      <w:pPr>
        <w:pStyle w:val="Heading1"/>
      </w:pPr>
      <w:r>
        <w:t>Permission to Feel</w:t>
      </w:r>
    </w:p>
    <w:p w14:paraId="7B58E04B" w14:textId="77777777" w:rsidR="00AE08AB" w:rsidRDefault="00AA2D9E">
      <w:r>
        <w:rPr>
          <w:b/>
          <w:color w:val="B08D3A"/>
        </w:rPr>
        <w:t xml:space="preserve">SCRIPTURE ANCHOR  </w:t>
      </w:r>
      <w:r>
        <w:t>Psalm 42:11</w:t>
      </w:r>
    </w:p>
    <w:p w14:paraId="1BA19A14" w14:textId="77777777" w:rsidR="00AE08AB" w:rsidRDefault="00AA2D9E">
      <w:pPr>
        <w:pStyle w:val="Heading2"/>
      </w:pPr>
      <w:r>
        <w:t>Pause</w:t>
      </w:r>
    </w:p>
    <w:p w14:paraId="21A0BC6C" w14:textId="77777777" w:rsidR="00AE08AB" w:rsidRDefault="00AA2D9E">
      <w:r>
        <w:t>Take three slow breaths. Let your body become still. You do not have to solve anything before you pray.</w:t>
      </w:r>
    </w:p>
    <w:p w14:paraId="2E6935D4" w14:textId="77777777" w:rsidR="00AE08AB" w:rsidRDefault="00AA2D9E">
      <w:pPr>
        <w:pStyle w:val="Heading2"/>
      </w:pPr>
      <w:r>
        <w:t>Guided Prayer</w:t>
      </w:r>
    </w:p>
    <w:p w14:paraId="1542E182" w14:textId="77777777" w:rsidR="00AE08AB" w:rsidRDefault="00AA2D9E">
      <w:r>
        <w:t>Father, I bring You the reality of permission to feel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remain</w:t>
      </w:r>
      <w:r>
        <w:t xml:space="preserve"> unanswered. In Jesus' name, Amen.</w:t>
      </w:r>
    </w:p>
    <w:p w14:paraId="41D1E363" w14:textId="77777777" w:rsidR="00AE08AB" w:rsidRDefault="00AA2D9E">
      <w:pPr>
        <w:pStyle w:val="Heading2"/>
      </w:pPr>
      <w:r>
        <w:t>Release</w:t>
      </w:r>
    </w:p>
    <w:p w14:paraId="2C0D186B" w14:textId="77777777" w:rsidR="00AE08AB" w:rsidRDefault="00AA2D9E">
      <w:r>
        <w:t>Complete this sentence slowly: “Father, today I place into Your hands…”</w:t>
      </w:r>
    </w:p>
    <w:p w14:paraId="0D6E9757" w14:textId="77777777" w:rsidR="00AE08AB" w:rsidRDefault="00AA2D9E">
      <w:pPr>
        <w:spacing w:after="60"/>
      </w:pPr>
      <w:r>
        <w:rPr>
          <w:color w:val="B9B9B9"/>
          <w:sz w:val="16"/>
        </w:rPr>
        <w:t>________________________________________________________</w:t>
      </w:r>
    </w:p>
    <w:p w14:paraId="66B0AF9B" w14:textId="77777777" w:rsidR="00AE08AB" w:rsidRDefault="00AA2D9E">
      <w:pPr>
        <w:spacing w:after="60"/>
      </w:pPr>
      <w:r>
        <w:rPr>
          <w:color w:val="B9B9B9"/>
          <w:sz w:val="16"/>
        </w:rPr>
        <w:t>________________________________________________________</w:t>
      </w:r>
    </w:p>
    <w:p w14:paraId="234DC6B2" w14:textId="77777777" w:rsidR="00AE08AB" w:rsidRDefault="00AA2D9E">
      <w:pPr>
        <w:pStyle w:val="Heading2"/>
      </w:pPr>
      <w:r>
        <w:t>Listen</w:t>
      </w:r>
    </w:p>
    <w:p w14:paraId="79CC5807" w14:textId="77777777" w:rsidR="00AE08AB" w:rsidRDefault="00AA2D9E">
      <w:r>
        <w:t>Remain quiet for a moment. What truth, Scripture, conviction, or gentle reminder is rising?</w:t>
      </w:r>
    </w:p>
    <w:p w14:paraId="2F59FBAE" w14:textId="77777777" w:rsidR="00AE08AB" w:rsidRDefault="00AA2D9E">
      <w:pPr>
        <w:spacing w:after="60"/>
      </w:pPr>
      <w:r>
        <w:rPr>
          <w:color w:val="B9B9B9"/>
          <w:sz w:val="16"/>
        </w:rPr>
        <w:t>________________________________________________________</w:t>
      </w:r>
    </w:p>
    <w:p w14:paraId="2A1914DC" w14:textId="77777777" w:rsidR="00AE08AB" w:rsidRDefault="00AA2D9E">
      <w:pPr>
        <w:spacing w:after="60"/>
      </w:pPr>
      <w:r>
        <w:rPr>
          <w:color w:val="B9B9B9"/>
          <w:sz w:val="16"/>
        </w:rPr>
        <w:t>________________________________________________________</w:t>
      </w:r>
    </w:p>
    <w:p w14:paraId="1F41FCD0" w14:textId="77777777" w:rsidR="00AE08AB" w:rsidRDefault="00AA2D9E">
      <w:pPr>
        <w:pStyle w:val="Heading2"/>
      </w:pPr>
      <w:r>
        <w:t>My Unfiltered Prayer</w:t>
      </w:r>
    </w:p>
    <w:p w14:paraId="418C7694" w14:textId="77777777" w:rsidR="00AE08AB" w:rsidRDefault="00AA2D9E">
      <w:r>
        <w:t>God, as I sit with permission to feel, what I most need to tell You honestly is…</w:t>
      </w:r>
    </w:p>
    <w:p w14:paraId="44ADDC63" w14:textId="77777777" w:rsidR="00AE08AB" w:rsidRDefault="00AA2D9E">
      <w:pPr>
        <w:spacing w:after="60"/>
      </w:pPr>
      <w:r>
        <w:rPr>
          <w:color w:val="B9B9B9"/>
          <w:sz w:val="16"/>
        </w:rPr>
        <w:t>________________________________________________________</w:t>
      </w:r>
    </w:p>
    <w:p w14:paraId="5CECACE3" w14:textId="77777777" w:rsidR="00AE08AB" w:rsidRDefault="00AA2D9E">
      <w:pPr>
        <w:spacing w:after="60"/>
      </w:pPr>
      <w:r>
        <w:rPr>
          <w:color w:val="B9B9B9"/>
          <w:sz w:val="16"/>
        </w:rPr>
        <w:t>________________________________________________________</w:t>
      </w:r>
    </w:p>
    <w:p w14:paraId="7EB16205" w14:textId="77777777" w:rsidR="00AE08AB" w:rsidRDefault="00AA2D9E">
      <w:pPr>
        <w:spacing w:after="60"/>
      </w:pPr>
      <w:r>
        <w:rPr>
          <w:color w:val="B9B9B9"/>
          <w:sz w:val="16"/>
        </w:rPr>
        <w:t>________________________________________________________</w:t>
      </w:r>
    </w:p>
    <w:p w14:paraId="760A46AF" w14:textId="77777777" w:rsidR="00AE08AB" w:rsidRDefault="00AA2D9E">
      <w:pPr>
        <w:spacing w:after="60"/>
      </w:pPr>
      <w:r>
        <w:rPr>
          <w:color w:val="B9B9B9"/>
          <w:sz w:val="16"/>
        </w:rPr>
        <w:t>________________________________________________________</w:t>
      </w:r>
    </w:p>
    <w:p w14:paraId="0346A4EF" w14:textId="77777777" w:rsidR="00AE08AB" w:rsidRDefault="00AA2D9E">
      <w:pPr>
        <w:spacing w:after="60"/>
      </w:pPr>
      <w:r>
        <w:rPr>
          <w:color w:val="B9B9B9"/>
          <w:sz w:val="16"/>
        </w:rPr>
        <w:t>________________________________________________________</w:t>
      </w:r>
    </w:p>
    <w:p w14:paraId="483213F4" w14:textId="77777777" w:rsidR="00AE08AB" w:rsidRDefault="00AA2D9E">
      <w:pPr>
        <w:spacing w:after="60"/>
      </w:pPr>
      <w:r>
        <w:rPr>
          <w:color w:val="B9B9B9"/>
          <w:sz w:val="16"/>
        </w:rPr>
        <w:lastRenderedPageBreak/>
        <w:t>________________________________________________________</w:t>
      </w:r>
    </w:p>
    <w:p w14:paraId="44345B26" w14:textId="77777777" w:rsidR="00AE08AB" w:rsidRDefault="00AA2D9E">
      <w:pPr>
        <w:spacing w:after="60"/>
      </w:pPr>
      <w:r>
        <w:rPr>
          <w:color w:val="B9B9B9"/>
          <w:sz w:val="16"/>
        </w:rPr>
        <w:t>________________________________________________________</w:t>
      </w:r>
    </w:p>
    <w:p w14:paraId="279993AD" w14:textId="77777777" w:rsidR="00AE08AB" w:rsidRDefault="00AA2D9E">
      <w:r>
        <w:br w:type="page"/>
      </w:r>
    </w:p>
    <w:p w14:paraId="49C329A4" w14:textId="77777777" w:rsidR="00AE08AB" w:rsidRDefault="00AA2D9E">
      <w:pPr>
        <w:pStyle w:val="Heading2"/>
      </w:pPr>
      <w:r>
        <w:lastRenderedPageBreak/>
        <w:t>DAY 7</w:t>
      </w:r>
    </w:p>
    <w:p w14:paraId="5F215197" w14:textId="77777777" w:rsidR="00AE08AB" w:rsidRDefault="00AA2D9E">
      <w:pPr>
        <w:pStyle w:val="Heading1"/>
      </w:pPr>
      <w:r>
        <w:t>One Day at a Time</w:t>
      </w:r>
    </w:p>
    <w:p w14:paraId="1C4405F8" w14:textId="77777777" w:rsidR="00AE08AB" w:rsidRDefault="00AA2D9E">
      <w:r>
        <w:rPr>
          <w:b/>
          <w:color w:val="B08D3A"/>
        </w:rPr>
        <w:t xml:space="preserve">SCRIPTURE ANCHOR  </w:t>
      </w:r>
      <w:r>
        <w:t>Matthew 6:34</w:t>
      </w:r>
    </w:p>
    <w:p w14:paraId="78A5B516" w14:textId="77777777" w:rsidR="00AE08AB" w:rsidRDefault="00AA2D9E">
      <w:pPr>
        <w:pStyle w:val="Heading2"/>
      </w:pPr>
      <w:r>
        <w:t>Pause</w:t>
      </w:r>
    </w:p>
    <w:p w14:paraId="0820FD77" w14:textId="77777777" w:rsidR="00AE08AB" w:rsidRDefault="00AA2D9E">
      <w:r>
        <w:t>Take three slow breaths. Let your body become still. You do not have to solve anything before you pray.</w:t>
      </w:r>
    </w:p>
    <w:p w14:paraId="74A86411" w14:textId="77777777" w:rsidR="00AE08AB" w:rsidRDefault="00AA2D9E">
      <w:pPr>
        <w:pStyle w:val="Heading2"/>
      </w:pPr>
      <w:r>
        <w:t>Guided Prayer</w:t>
      </w:r>
    </w:p>
    <w:p w14:paraId="7B13D5F6" w14:textId="77777777" w:rsidR="00AE08AB" w:rsidRDefault="00AA2D9E">
      <w:r>
        <w:t xml:space="preserve">Father, I bring You the reality of one day at a time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remain </w:t>
      </w:r>
      <w:r>
        <w:t>unanswered. In Jesus' name, Amen.</w:t>
      </w:r>
    </w:p>
    <w:p w14:paraId="43042CE3" w14:textId="77777777" w:rsidR="00AE08AB" w:rsidRDefault="00AA2D9E">
      <w:pPr>
        <w:pStyle w:val="Heading2"/>
      </w:pPr>
      <w:r>
        <w:t>Release</w:t>
      </w:r>
    </w:p>
    <w:p w14:paraId="123AD74F" w14:textId="77777777" w:rsidR="00AE08AB" w:rsidRDefault="00AA2D9E">
      <w:r>
        <w:t>Complete this sentence slowly: “Father, today I place into Your hands…”</w:t>
      </w:r>
    </w:p>
    <w:p w14:paraId="7662B92E" w14:textId="77777777" w:rsidR="00AE08AB" w:rsidRDefault="00AA2D9E">
      <w:pPr>
        <w:spacing w:after="60"/>
      </w:pPr>
      <w:r>
        <w:rPr>
          <w:color w:val="B9B9B9"/>
          <w:sz w:val="16"/>
        </w:rPr>
        <w:t>________________________________________________________</w:t>
      </w:r>
    </w:p>
    <w:p w14:paraId="4466FE7D" w14:textId="77777777" w:rsidR="00AE08AB" w:rsidRDefault="00AA2D9E">
      <w:pPr>
        <w:spacing w:after="60"/>
      </w:pPr>
      <w:r>
        <w:rPr>
          <w:color w:val="B9B9B9"/>
          <w:sz w:val="16"/>
        </w:rPr>
        <w:t>________________________________________________________</w:t>
      </w:r>
    </w:p>
    <w:p w14:paraId="3E3DE717" w14:textId="77777777" w:rsidR="00AE08AB" w:rsidRDefault="00AA2D9E">
      <w:pPr>
        <w:pStyle w:val="Heading2"/>
      </w:pPr>
      <w:r>
        <w:t>Listen</w:t>
      </w:r>
    </w:p>
    <w:p w14:paraId="67D7237C" w14:textId="77777777" w:rsidR="00AE08AB" w:rsidRDefault="00AA2D9E">
      <w:r>
        <w:t>Remain quiet for a moment. What truth, Scripture, conviction, or gentle reminder is rising?</w:t>
      </w:r>
    </w:p>
    <w:p w14:paraId="43794CD9" w14:textId="77777777" w:rsidR="00AE08AB" w:rsidRDefault="00AA2D9E">
      <w:pPr>
        <w:spacing w:after="60"/>
      </w:pPr>
      <w:r>
        <w:rPr>
          <w:color w:val="B9B9B9"/>
          <w:sz w:val="16"/>
        </w:rPr>
        <w:t>________________________________________________________</w:t>
      </w:r>
    </w:p>
    <w:p w14:paraId="1F8603E4" w14:textId="77777777" w:rsidR="00AE08AB" w:rsidRDefault="00AA2D9E">
      <w:pPr>
        <w:spacing w:after="60"/>
      </w:pPr>
      <w:r>
        <w:rPr>
          <w:color w:val="B9B9B9"/>
          <w:sz w:val="16"/>
        </w:rPr>
        <w:t>________________________________________________________</w:t>
      </w:r>
    </w:p>
    <w:p w14:paraId="734FFA3F" w14:textId="77777777" w:rsidR="00AE08AB" w:rsidRDefault="00AA2D9E">
      <w:pPr>
        <w:pStyle w:val="Heading2"/>
      </w:pPr>
      <w:r>
        <w:t>My Unfiltered Prayer</w:t>
      </w:r>
    </w:p>
    <w:p w14:paraId="5E403A79" w14:textId="77777777" w:rsidR="00AE08AB" w:rsidRDefault="00AA2D9E">
      <w:r>
        <w:t>God, as I sit with one day at a time, what I most need to tell You honestly is…</w:t>
      </w:r>
    </w:p>
    <w:p w14:paraId="611009E6" w14:textId="77777777" w:rsidR="00AE08AB" w:rsidRDefault="00AA2D9E">
      <w:pPr>
        <w:spacing w:after="60"/>
      </w:pPr>
      <w:r>
        <w:rPr>
          <w:color w:val="B9B9B9"/>
          <w:sz w:val="16"/>
        </w:rPr>
        <w:t>________________________________________________________</w:t>
      </w:r>
    </w:p>
    <w:p w14:paraId="3F58A382" w14:textId="77777777" w:rsidR="00AE08AB" w:rsidRDefault="00AA2D9E">
      <w:pPr>
        <w:spacing w:after="60"/>
      </w:pPr>
      <w:r>
        <w:rPr>
          <w:color w:val="B9B9B9"/>
          <w:sz w:val="16"/>
        </w:rPr>
        <w:t>________________________________________________________</w:t>
      </w:r>
    </w:p>
    <w:p w14:paraId="46857BBB" w14:textId="77777777" w:rsidR="00AE08AB" w:rsidRDefault="00AA2D9E">
      <w:pPr>
        <w:spacing w:after="60"/>
      </w:pPr>
      <w:r>
        <w:rPr>
          <w:color w:val="B9B9B9"/>
          <w:sz w:val="16"/>
        </w:rPr>
        <w:t>________________________________________________________</w:t>
      </w:r>
    </w:p>
    <w:p w14:paraId="09E8960B" w14:textId="77777777" w:rsidR="00AE08AB" w:rsidRDefault="00AA2D9E">
      <w:pPr>
        <w:spacing w:after="60"/>
      </w:pPr>
      <w:r>
        <w:rPr>
          <w:color w:val="B9B9B9"/>
          <w:sz w:val="16"/>
        </w:rPr>
        <w:t>________________________________________________________</w:t>
      </w:r>
    </w:p>
    <w:p w14:paraId="3AD0E70F" w14:textId="77777777" w:rsidR="00AE08AB" w:rsidRDefault="00AA2D9E">
      <w:pPr>
        <w:spacing w:after="60"/>
      </w:pPr>
      <w:r>
        <w:rPr>
          <w:color w:val="B9B9B9"/>
          <w:sz w:val="16"/>
        </w:rPr>
        <w:t>________________________________________________________</w:t>
      </w:r>
    </w:p>
    <w:p w14:paraId="7B3CF3BA" w14:textId="77777777" w:rsidR="00AE08AB" w:rsidRDefault="00AA2D9E">
      <w:pPr>
        <w:spacing w:after="60"/>
      </w:pPr>
      <w:r>
        <w:rPr>
          <w:color w:val="B9B9B9"/>
          <w:sz w:val="16"/>
        </w:rPr>
        <w:lastRenderedPageBreak/>
        <w:t>________________________________________________________</w:t>
      </w:r>
    </w:p>
    <w:p w14:paraId="6C5F1922" w14:textId="77777777" w:rsidR="00AE08AB" w:rsidRDefault="00AA2D9E">
      <w:pPr>
        <w:spacing w:after="60"/>
      </w:pPr>
      <w:r>
        <w:rPr>
          <w:color w:val="B9B9B9"/>
          <w:sz w:val="16"/>
        </w:rPr>
        <w:t>________________________________________________________</w:t>
      </w:r>
    </w:p>
    <w:p w14:paraId="17542337" w14:textId="77777777" w:rsidR="00AE08AB" w:rsidRDefault="00AA2D9E">
      <w:pPr>
        <w:pStyle w:val="Heading1"/>
      </w:pPr>
      <w:r>
        <w:t>Sacred Pause</w:t>
      </w:r>
    </w:p>
    <w:p w14:paraId="11D7C42F" w14:textId="77777777" w:rsidR="00AE08AB" w:rsidRDefault="00AA2D9E">
      <w:pPr>
        <w:pStyle w:val="Heading3"/>
      </w:pPr>
      <w:r>
        <w:t>What happened within me this week?</w:t>
      </w:r>
    </w:p>
    <w:p w14:paraId="1D8DF254" w14:textId="77777777" w:rsidR="00AE08AB" w:rsidRDefault="00AA2D9E">
      <w:pPr>
        <w:spacing w:after="60"/>
      </w:pPr>
      <w:r>
        <w:rPr>
          <w:color w:val="B9B9B9"/>
          <w:sz w:val="16"/>
        </w:rPr>
        <w:t>________________________________________________________</w:t>
      </w:r>
    </w:p>
    <w:p w14:paraId="69963D48" w14:textId="77777777" w:rsidR="00AE08AB" w:rsidRDefault="00AA2D9E">
      <w:pPr>
        <w:pStyle w:val="Heading3"/>
      </w:pPr>
      <w:r>
        <w:t>What emotion appeared most often?</w:t>
      </w:r>
    </w:p>
    <w:p w14:paraId="43B9D8E9" w14:textId="77777777" w:rsidR="00AE08AB" w:rsidRDefault="00AA2D9E">
      <w:pPr>
        <w:spacing w:after="60"/>
      </w:pPr>
      <w:r>
        <w:rPr>
          <w:color w:val="B9B9B9"/>
          <w:sz w:val="16"/>
        </w:rPr>
        <w:t>________________________________________________________</w:t>
      </w:r>
    </w:p>
    <w:p w14:paraId="4BC32FBF" w14:textId="77777777" w:rsidR="00AE08AB" w:rsidRDefault="00AA2D9E">
      <w:pPr>
        <w:pStyle w:val="Heading3"/>
      </w:pPr>
      <w:r>
        <w:t>Where did I recognize God's grace?</w:t>
      </w:r>
    </w:p>
    <w:p w14:paraId="1A0B88B5" w14:textId="77777777" w:rsidR="00AE08AB" w:rsidRDefault="00AA2D9E">
      <w:pPr>
        <w:spacing w:after="60"/>
      </w:pPr>
      <w:r>
        <w:rPr>
          <w:color w:val="B9B9B9"/>
          <w:sz w:val="16"/>
        </w:rPr>
        <w:t>________________________________________________________</w:t>
      </w:r>
    </w:p>
    <w:p w14:paraId="478844D2" w14:textId="77777777" w:rsidR="00AE08AB" w:rsidRDefault="00AA2D9E">
      <w:pPr>
        <w:pStyle w:val="Heading3"/>
      </w:pPr>
      <w:r>
        <w:t>What do I refuse to carry into another week?</w:t>
      </w:r>
    </w:p>
    <w:p w14:paraId="51C5078D" w14:textId="77777777" w:rsidR="00AE08AB" w:rsidRDefault="00AA2D9E">
      <w:pPr>
        <w:spacing w:after="60"/>
      </w:pPr>
      <w:r>
        <w:rPr>
          <w:color w:val="B9B9B9"/>
          <w:sz w:val="16"/>
        </w:rPr>
        <w:t>________________________________________________________</w:t>
      </w:r>
    </w:p>
    <w:p w14:paraId="0EBF8F35" w14:textId="77777777" w:rsidR="00AE08AB" w:rsidRDefault="00AA2D9E">
      <w:pPr>
        <w:pStyle w:val="Heading3"/>
      </w:pPr>
      <w:r>
        <w:t>What do I need to receive from God now?</w:t>
      </w:r>
    </w:p>
    <w:p w14:paraId="65E595B4" w14:textId="77777777" w:rsidR="00AE08AB" w:rsidRDefault="00AA2D9E">
      <w:pPr>
        <w:spacing w:after="60"/>
      </w:pPr>
      <w:r>
        <w:rPr>
          <w:color w:val="B9B9B9"/>
          <w:sz w:val="16"/>
        </w:rPr>
        <w:t>________________________________________________________</w:t>
      </w:r>
    </w:p>
    <w:p w14:paraId="33AD1619" w14:textId="77777777" w:rsidR="00AE08AB" w:rsidRDefault="00AA2D9E">
      <w:r>
        <w:br w:type="page"/>
      </w:r>
    </w:p>
    <w:p w14:paraId="123592A7" w14:textId="77777777" w:rsidR="00AE08AB" w:rsidRDefault="00AA2D9E">
      <w:pPr>
        <w:pStyle w:val="Heading2"/>
      </w:pPr>
      <w:r>
        <w:lastRenderedPageBreak/>
        <w:t>DAY 8</w:t>
      </w:r>
    </w:p>
    <w:p w14:paraId="2C47D4C8" w14:textId="77777777" w:rsidR="00AE08AB" w:rsidRDefault="00AA2D9E">
      <w:pPr>
        <w:pStyle w:val="Heading1"/>
      </w:pPr>
      <w:r>
        <w:t>When You Cannot Fix It</w:t>
      </w:r>
    </w:p>
    <w:p w14:paraId="5ABAB467" w14:textId="77777777" w:rsidR="00AE08AB" w:rsidRDefault="00AA2D9E">
      <w:r>
        <w:rPr>
          <w:b/>
          <w:color w:val="B08D3A"/>
        </w:rPr>
        <w:t xml:space="preserve">SCRIPTURE ANCHOR  </w:t>
      </w:r>
      <w:r>
        <w:t>Psalm 55:22</w:t>
      </w:r>
    </w:p>
    <w:p w14:paraId="47A7B2A7" w14:textId="77777777" w:rsidR="00AE08AB" w:rsidRDefault="00AA2D9E">
      <w:pPr>
        <w:pStyle w:val="Heading2"/>
      </w:pPr>
      <w:r>
        <w:t>Pause</w:t>
      </w:r>
    </w:p>
    <w:p w14:paraId="077D8557" w14:textId="77777777" w:rsidR="00AE08AB" w:rsidRDefault="00AA2D9E">
      <w:r>
        <w:t>Take three slow breaths. Let your body become still. You do not have to solve anything before you pray.</w:t>
      </w:r>
    </w:p>
    <w:p w14:paraId="757117D2" w14:textId="77777777" w:rsidR="00AE08AB" w:rsidRDefault="00AA2D9E">
      <w:pPr>
        <w:pStyle w:val="Heading2"/>
      </w:pPr>
      <w:r>
        <w:t>Guided Prayer</w:t>
      </w:r>
    </w:p>
    <w:p w14:paraId="0EABBC7E" w14:textId="77777777" w:rsidR="00AE08AB" w:rsidRDefault="00AA2D9E">
      <w:r>
        <w:t>Father, I bring You the reality of when you cannot fix it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w:t>
      </w:r>
      <w:r>
        <w:t>main unanswered. In Jesus' name, Amen.</w:t>
      </w:r>
    </w:p>
    <w:p w14:paraId="6D6AE225" w14:textId="77777777" w:rsidR="00AE08AB" w:rsidRDefault="00AA2D9E">
      <w:pPr>
        <w:pStyle w:val="Heading2"/>
      </w:pPr>
      <w:r>
        <w:t>Release</w:t>
      </w:r>
    </w:p>
    <w:p w14:paraId="3872A45F" w14:textId="77777777" w:rsidR="00AE08AB" w:rsidRDefault="00AA2D9E">
      <w:r>
        <w:t>Complete this sentence slowly: “Father, today I place into Your hands…”</w:t>
      </w:r>
    </w:p>
    <w:p w14:paraId="21189EF7" w14:textId="77777777" w:rsidR="00AE08AB" w:rsidRDefault="00AA2D9E">
      <w:pPr>
        <w:spacing w:after="60"/>
      </w:pPr>
      <w:r>
        <w:rPr>
          <w:color w:val="B9B9B9"/>
          <w:sz w:val="16"/>
        </w:rPr>
        <w:t>________________________________________________________</w:t>
      </w:r>
    </w:p>
    <w:p w14:paraId="48972406" w14:textId="77777777" w:rsidR="00AE08AB" w:rsidRDefault="00AA2D9E">
      <w:pPr>
        <w:spacing w:after="60"/>
      </w:pPr>
      <w:r>
        <w:rPr>
          <w:color w:val="B9B9B9"/>
          <w:sz w:val="16"/>
        </w:rPr>
        <w:t>________________________________________________________</w:t>
      </w:r>
    </w:p>
    <w:p w14:paraId="694DE028" w14:textId="77777777" w:rsidR="00AE08AB" w:rsidRDefault="00AA2D9E">
      <w:pPr>
        <w:pStyle w:val="Heading2"/>
      </w:pPr>
      <w:r>
        <w:t>Listen</w:t>
      </w:r>
    </w:p>
    <w:p w14:paraId="6B9D4089" w14:textId="77777777" w:rsidR="00AE08AB" w:rsidRDefault="00AA2D9E">
      <w:r>
        <w:t>Remain quiet for a moment. What truth, Scripture, conviction, or gentle reminder is rising?</w:t>
      </w:r>
    </w:p>
    <w:p w14:paraId="0AC1B817" w14:textId="77777777" w:rsidR="00AE08AB" w:rsidRDefault="00AA2D9E">
      <w:pPr>
        <w:spacing w:after="60"/>
      </w:pPr>
      <w:r>
        <w:rPr>
          <w:color w:val="B9B9B9"/>
          <w:sz w:val="16"/>
        </w:rPr>
        <w:t>________________________________________________________</w:t>
      </w:r>
    </w:p>
    <w:p w14:paraId="44C0089F" w14:textId="77777777" w:rsidR="00AE08AB" w:rsidRDefault="00AA2D9E">
      <w:pPr>
        <w:spacing w:after="60"/>
      </w:pPr>
      <w:r>
        <w:rPr>
          <w:color w:val="B9B9B9"/>
          <w:sz w:val="16"/>
        </w:rPr>
        <w:t>________________________________________________________</w:t>
      </w:r>
    </w:p>
    <w:p w14:paraId="1617936E" w14:textId="77777777" w:rsidR="00AE08AB" w:rsidRDefault="00AA2D9E">
      <w:pPr>
        <w:pStyle w:val="Heading2"/>
      </w:pPr>
      <w:r>
        <w:t>My Unfiltered Prayer</w:t>
      </w:r>
    </w:p>
    <w:p w14:paraId="217FAA5F" w14:textId="77777777" w:rsidR="00AE08AB" w:rsidRDefault="00AA2D9E">
      <w:r>
        <w:t>God, as I sit with when you cannot fix it, what I most need to tell You honestly is…</w:t>
      </w:r>
    </w:p>
    <w:p w14:paraId="39B7B5F6" w14:textId="77777777" w:rsidR="00AE08AB" w:rsidRDefault="00AA2D9E">
      <w:pPr>
        <w:spacing w:after="60"/>
      </w:pPr>
      <w:r>
        <w:rPr>
          <w:color w:val="B9B9B9"/>
          <w:sz w:val="16"/>
        </w:rPr>
        <w:t>________________________________________________________</w:t>
      </w:r>
    </w:p>
    <w:p w14:paraId="57CC61BA" w14:textId="77777777" w:rsidR="00AE08AB" w:rsidRDefault="00AA2D9E">
      <w:pPr>
        <w:spacing w:after="60"/>
      </w:pPr>
      <w:r>
        <w:rPr>
          <w:color w:val="B9B9B9"/>
          <w:sz w:val="16"/>
        </w:rPr>
        <w:t>________________________________________________________</w:t>
      </w:r>
    </w:p>
    <w:p w14:paraId="56CE01B9" w14:textId="77777777" w:rsidR="00AE08AB" w:rsidRDefault="00AA2D9E">
      <w:pPr>
        <w:spacing w:after="60"/>
      </w:pPr>
      <w:r>
        <w:rPr>
          <w:color w:val="B9B9B9"/>
          <w:sz w:val="16"/>
        </w:rPr>
        <w:t>________________________________________________________</w:t>
      </w:r>
    </w:p>
    <w:p w14:paraId="3824F84A" w14:textId="77777777" w:rsidR="00AE08AB" w:rsidRDefault="00AA2D9E">
      <w:pPr>
        <w:spacing w:after="60"/>
      </w:pPr>
      <w:r>
        <w:rPr>
          <w:color w:val="B9B9B9"/>
          <w:sz w:val="16"/>
        </w:rPr>
        <w:t>________________________________________________________</w:t>
      </w:r>
    </w:p>
    <w:p w14:paraId="7D55FFCD" w14:textId="77777777" w:rsidR="00AE08AB" w:rsidRDefault="00AA2D9E">
      <w:pPr>
        <w:spacing w:after="60"/>
      </w:pPr>
      <w:r>
        <w:rPr>
          <w:color w:val="B9B9B9"/>
          <w:sz w:val="16"/>
        </w:rPr>
        <w:lastRenderedPageBreak/>
        <w:t>________________________________________________________</w:t>
      </w:r>
    </w:p>
    <w:p w14:paraId="67436244" w14:textId="77777777" w:rsidR="00AE08AB" w:rsidRDefault="00AA2D9E">
      <w:pPr>
        <w:spacing w:after="60"/>
      </w:pPr>
      <w:r>
        <w:rPr>
          <w:color w:val="B9B9B9"/>
          <w:sz w:val="16"/>
        </w:rPr>
        <w:t>________________________________________________________</w:t>
      </w:r>
    </w:p>
    <w:p w14:paraId="1F1DC237" w14:textId="77777777" w:rsidR="00AE08AB" w:rsidRDefault="00AA2D9E">
      <w:pPr>
        <w:spacing w:after="60"/>
      </w:pPr>
      <w:r>
        <w:rPr>
          <w:color w:val="B9B9B9"/>
          <w:sz w:val="16"/>
        </w:rPr>
        <w:t>________________________________________________________</w:t>
      </w:r>
    </w:p>
    <w:p w14:paraId="53B086F4" w14:textId="77777777" w:rsidR="00AE08AB" w:rsidRDefault="00AA2D9E">
      <w:r>
        <w:br w:type="page"/>
      </w:r>
    </w:p>
    <w:p w14:paraId="363629B7" w14:textId="77777777" w:rsidR="00AE08AB" w:rsidRDefault="00AA2D9E">
      <w:pPr>
        <w:pStyle w:val="Heading2"/>
      </w:pPr>
      <w:r>
        <w:lastRenderedPageBreak/>
        <w:t>DAY 9</w:t>
      </w:r>
    </w:p>
    <w:p w14:paraId="56EB1A9C" w14:textId="77777777" w:rsidR="00AE08AB" w:rsidRDefault="00AA2D9E">
      <w:pPr>
        <w:pStyle w:val="Heading1"/>
      </w:pPr>
      <w:r>
        <w:t>The Pressure to Be Strong</w:t>
      </w:r>
    </w:p>
    <w:p w14:paraId="1468B74E" w14:textId="77777777" w:rsidR="00AE08AB" w:rsidRDefault="00AA2D9E">
      <w:r>
        <w:rPr>
          <w:b/>
          <w:color w:val="B08D3A"/>
        </w:rPr>
        <w:t xml:space="preserve">SCRIPTURE ANCHOR  </w:t>
      </w:r>
      <w:r>
        <w:t>2 Corinthians 12:9</w:t>
      </w:r>
    </w:p>
    <w:p w14:paraId="104CDCA4" w14:textId="77777777" w:rsidR="00AE08AB" w:rsidRDefault="00AA2D9E">
      <w:pPr>
        <w:pStyle w:val="Heading2"/>
      </w:pPr>
      <w:r>
        <w:t>Pause</w:t>
      </w:r>
    </w:p>
    <w:p w14:paraId="6FB946FB" w14:textId="77777777" w:rsidR="00AE08AB" w:rsidRDefault="00AA2D9E">
      <w:r>
        <w:t>Take three slow breaths. Let your body become still. You do not have to solve anything before you pray.</w:t>
      </w:r>
    </w:p>
    <w:p w14:paraId="31E50F5C" w14:textId="77777777" w:rsidR="00AE08AB" w:rsidRDefault="00AA2D9E">
      <w:pPr>
        <w:pStyle w:val="Heading2"/>
      </w:pPr>
      <w:r>
        <w:t>Guided Prayer</w:t>
      </w:r>
    </w:p>
    <w:p w14:paraId="3B8AFFC8" w14:textId="77777777" w:rsidR="00AE08AB" w:rsidRDefault="00AA2D9E">
      <w:r>
        <w:t>Father, I bring You the reality of the pressure to be strong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w:t>
      </w:r>
      <w:r>
        <w:t xml:space="preserve"> remain unanswered. In Jesus' name, Amen.</w:t>
      </w:r>
    </w:p>
    <w:p w14:paraId="5E8380CF" w14:textId="77777777" w:rsidR="00AE08AB" w:rsidRDefault="00AA2D9E">
      <w:pPr>
        <w:pStyle w:val="Heading2"/>
      </w:pPr>
      <w:r>
        <w:t>Release</w:t>
      </w:r>
    </w:p>
    <w:p w14:paraId="75F16747" w14:textId="77777777" w:rsidR="00AE08AB" w:rsidRDefault="00AA2D9E">
      <w:r>
        <w:t>Complete this sentence slowly: “Father, today I place into Your hands…”</w:t>
      </w:r>
    </w:p>
    <w:p w14:paraId="49140614" w14:textId="77777777" w:rsidR="00AE08AB" w:rsidRDefault="00AA2D9E">
      <w:pPr>
        <w:spacing w:after="60"/>
      </w:pPr>
      <w:r>
        <w:rPr>
          <w:color w:val="B9B9B9"/>
          <w:sz w:val="16"/>
        </w:rPr>
        <w:t>________________________________________________________</w:t>
      </w:r>
    </w:p>
    <w:p w14:paraId="203A0DB3" w14:textId="77777777" w:rsidR="00AE08AB" w:rsidRDefault="00AA2D9E">
      <w:pPr>
        <w:spacing w:after="60"/>
      </w:pPr>
      <w:r>
        <w:rPr>
          <w:color w:val="B9B9B9"/>
          <w:sz w:val="16"/>
        </w:rPr>
        <w:t>________________________________________________________</w:t>
      </w:r>
    </w:p>
    <w:p w14:paraId="6E2C5D19" w14:textId="77777777" w:rsidR="00AE08AB" w:rsidRDefault="00AA2D9E">
      <w:pPr>
        <w:pStyle w:val="Heading2"/>
      </w:pPr>
      <w:r>
        <w:t>Listen</w:t>
      </w:r>
    </w:p>
    <w:p w14:paraId="36FC7674" w14:textId="77777777" w:rsidR="00AE08AB" w:rsidRDefault="00AA2D9E">
      <w:r>
        <w:t>Remain quiet for a moment. What truth, Scripture, conviction, or gentle reminder is rising?</w:t>
      </w:r>
    </w:p>
    <w:p w14:paraId="0E59090D" w14:textId="77777777" w:rsidR="00AE08AB" w:rsidRDefault="00AA2D9E">
      <w:pPr>
        <w:spacing w:after="60"/>
      </w:pPr>
      <w:r>
        <w:rPr>
          <w:color w:val="B9B9B9"/>
          <w:sz w:val="16"/>
        </w:rPr>
        <w:t>________________________________________________________</w:t>
      </w:r>
    </w:p>
    <w:p w14:paraId="08BCE116" w14:textId="77777777" w:rsidR="00AE08AB" w:rsidRDefault="00AA2D9E">
      <w:pPr>
        <w:spacing w:after="60"/>
      </w:pPr>
      <w:r>
        <w:rPr>
          <w:color w:val="B9B9B9"/>
          <w:sz w:val="16"/>
        </w:rPr>
        <w:t>________________________________________________________</w:t>
      </w:r>
    </w:p>
    <w:p w14:paraId="5113C6A8" w14:textId="77777777" w:rsidR="00AE08AB" w:rsidRDefault="00AA2D9E">
      <w:pPr>
        <w:pStyle w:val="Heading2"/>
      </w:pPr>
      <w:r>
        <w:t>My Unfiltered Prayer</w:t>
      </w:r>
    </w:p>
    <w:p w14:paraId="7EB907AC" w14:textId="77777777" w:rsidR="00AE08AB" w:rsidRDefault="00AA2D9E">
      <w:r>
        <w:t>God, as I sit with the pressure to be strong, what I most need to tell You honestly is…</w:t>
      </w:r>
    </w:p>
    <w:p w14:paraId="1B68603A" w14:textId="77777777" w:rsidR="00AE08AB" w:rsidRDefault="00AA2D9E">
      <w:pPr>
        <w:spacing w:after="60"/>
      </w:pPr>
      <w:r>
        <w:rPr>
          <w:color w:val="B9B9B9"/>
          <w:sz w:val="16"/>
        </w:rPr>
        <w:t>________________________________________________________</w:t>
      </w:r>
    </w:p>
    <w:p w14:paraId="0E404599" w14:textId="77777777" w:rsidR="00AE08AB" w:rsidRDefault="00AA2D9E">
      <w:pPr>
        <w:spacing w:after="60"/>
      </w:pPr>
      <w:r>
        <w:rPr>
          <w:color w:val="B9B9B9"/>
          <w:sz w:val="16"/>
        </w:rPr>
        <w:t>________________________________________________________</w:t>
      </w:r>
    </w:p>
    <w:p w14:paraId="52BABEB8" w14:textId="77777777" w:rsidR="00AE08AB" w:rsidRDefault="00AA2D9E">
      <w:pPr>
        <w:spacing w:after="60"/>
      </w:pPr>
      <w:r>
        <w:rPr>
          <w:color w:val="B9B9B9"/>
          <w:sz w:val="16"/>
        </w:rPr>
        <w:t>________________________________________________________</w:t>
      </w:r>
    </w:p>
    <w:p w14:paraId="61338543" w14:textId="77777777" w:rsidR="00AE08AB" w:rsidRDefault="00AA2D9E">
      <w:pPr>
        <w:spacing w:after="60"/>
      </w:pPr>
      <w:r>
        <w:rPr>
          <w:color w:val="B9B9B9"/>
          <w:sz w:val="16"/>
        </w:rPr>
        <w:t>________________________________________________________</w:t>
      </w:r>
    </w:p>
    <w:p w14:paraId="108C552D" w14:textId="77777777" w:rsidR="00AE08AB" w:rsidRDefault="00AA2D9E">
      <w:pPr>
        <w:spacing w:after="60"/>
      </w:pPr>
      <w:r>
        <w:rPr>
          <w:color w:val="B9B9B9"/>
          <w:sz w:val="16"/>
        </w:rPr>
        <w:lastRenderedPageBreak/>
        <w:t>________________________________________________________</w:t>
      </w:r>
    </w:p>
    <w:p w14:paraId="72AC6028" w14:textId="77777777" w:rsidR="00AE08AB" w:rsidRDefault="00AA2D9E">
      <w:pPr>
        <w:spacing w:after="60"/>
      </w:pPr>
      <w:r>
        <w:rPr>
          <w:color w:val="B9B9B9"/>
          <w:sz w:val="16"/>
        </w:rPr>
        <w:t>________________________________________________________</w:t>
      </w:r>
    </w:p>
    <w:p w14:paraId="59F1E34E" w14:textId="77777777" w:rsidR="00AE08AB" w:rsidRDefault="00AA2D9E">
      <w:pPr>
        <w:spacing w:after="60"/>
      </w:pPr>
      <w:r>
        <w:rPr>
          <w:color w:val="B9B9B9"/>
          <w:sz w:val="16"/>
        </w:rPr>
        <w:t>________________________________________________________</w:t>
      </w:r>
    </w:p>
    <w:p w14:paraId="2FA9FC15" w14:textId="77777777" w:rsidR="00AE08AB" w:rsidRDefault="00AA2D9E">
      <w:r>
        <w:br w:type="page"/>
      </w:r>
    </w:p>
    <w:p w14:paraId="273875D1" w14:textId="77777777" w:rsidR="00AE08AB" w:rsidRDefault="00AA2D9E">
      <w:pPr>
        <w:pStyle w:val="Heading2"/>
      </w:pPr>
      <w:r>
        <w:lastRenderedPageBreak/>
        <w:t>DAY 10</w:t>
      </w:r>
    </w:p>
    <w:p w14:paraId="3C0C91A4" w14:textId="77777777" w:rsidR="00AE08AB" w:rsidRDefault="00AA2D9E">
      <w:pPr>
        <w:pStyle w:val="Heading1"/>
      </w:pPr>
      <w:r>
        <w:t>God Meets Us in Vulnerability</w:t>
      </w:r>
    </w:p>
    <w:p w14:paraId="493C1BB1" w14:textId="77777777" w:rsidR="00AE08AB" w:rsidRDefault="00AA2D9E">
      <w:r>
        <w:rPr>
          <w:b/>
          <w:color w:val="B08D3A"/>
        </w:rPr>
        <w:t xml:space="preserve">SCRIPTURE ANCHOR  </w:t>
      </w:r>
      <w:r>
        <w:t>Hebrews 4:15-16</w:t>
      </w:r>
    </w:p>
    <w:p w14:paraId="21FF2A59" w14:textId="77777777" w:rsidR="00AE08AB" w:rsidRDefault="00AA2D9E">
      <w:pPr>
        <w:pStyle w:val="Heading2"/>
      </w:pPr>
      <w:r>
        <w:t>Pause</w:t>
      </w:r>
    </w:p>
    <w:p w14:paraId="55085207" w14:textId="77777777" w:rsidR="00AE08AB" w:rsidRDefault="00AA2D9E">
      <w:r>
        <w:t>Take three slow breaths. Let your body become still. You do not have to solve anything before you pray.</w:t>
      </w:r>
    </w:p>
    <w:p w14:paraId="3B3FAB23" w14:textId="77777777" w:rsidR="00AE08AB" w:rsidRDefault="00AA2D9E">
      <w:pPr>
        <w:pStyle w:val="Heading2"/>
      </w:pPr>
      <w:r>
        <w:t>Guided Prayer</w:t>
      </w:r>
    </w:p>
    <w:p w14:paraId="14953A54" w14:textId="77777777" w:rsidR="00AE08AB" w:rsidRDefault="00AA2D9E">
      <w:r>
        <w:t>Father, I bring You the reality of god meets us in vulnerability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w:t>
      </w:r>
      <w:r>
        <w:t>ions remain unanswered. In Jesus' name, Amen.</w:t>
      </w:r>
    </w:p>
    <w:p w14:paraId="3BEB6F79" w14:textId="77777777" w:rsidR="00AE08AB" w:rsidRDefault="00AA2D9E">
      <w:pPr>
        <w:pStyle w:val="Heading2"/>
      </w:pPr>
      <w:r>
        <w:t>Release</w:t>
      </w:r>
    </w:p>
    <w:p w14:paraId="52204F52" w14:textId="77777777" w:rsidR="00AE08AB" w:rsidRDefault="00AA2D9E">
      <w:r>
        <w:t>Complete this sentence slowly: “Father, today I place into Your hands…”</w:t>
      </w:r>
    </w:p>
    <w:p w14:paraId="3C8FD8E0" w14:textId="77777777" w:rsidR="00AE08AB" w:rsidRDefault="00AA2D9E">
      <w:pPr>
        <w:spacing w:after="60"/>
      </w:pPr>
      <w:r>
        <w:rPr>
          <w:color w:val="B9B9B9"/>
          <w:sz w:val="16"/>
        </w:rPr>
        <w:t>________________________________________________________</w:t>
      </w:r>
    </w:p>
    <w:p w14:paraId="757FEC47" w14:textId="77777777" w:rsidR="00AE08AB" w:rsidRDefault="00AA2D9E">
      <w:pPr>
        <w:spacing w:after="60"/>
      </w:pPr>
      <w:r>
        <w:rPr>
          <w:color w:val="B9B9B9"/>
          <w:sz w:val="16"/>
        </w:rPr>
        <w:t>________________________________________________________</w:t>
      </w:r>
    </w:p>
    <w:p w14:paraId="47985701" w14:textId="77777777" w:rsidR="00AE08AB" w:rsidRDefault="00AA2D9E">
      <w:pPr>
        <w:pStyle w:val="Heading2"/>
      </w:pPr>
      <w:r>
        <w:t>Listen</w:t>
      </w:r>
    </w:p>
    <w:p w14:paraId="3A4E9AE7" w14:textId="77777777" w:rsidR="00AE08AB" w:rsidRDefault="00AA2D9E">
      <w:r>
        <w:t>Remain quiet for a moment. What truth, Scripture, conviction, or gentle reminder is rising?</w:t>
      </w:r>
    </w:p>
    <w:p w14:paraId="74996C14" w14:textId="77777777" w:rsidR="00AE08AB" w:rsidRDefault="00AA2D9E">
      <w:pPr>
        <w:spacing w:after="60"/>
      </w:pPr>
      <w:r>
        <w:rPr>
          <w:color w:val="B9B9B9"/>
          <w:sz w:val="16"/>
        </w:rPr>
        <w:t>________________________________________________________</w:t>
      </w:r>
    </w:p>
    <w:p w14:paraId="3CD42524" w14:textId="77777777" w:rsidR="00AE08AB" w:rsidRDefault="00AA2D9E">
      <w:pPr>
        <w:spacing w:after="60"/>
      </w:pPr>
      <w:r>
        <w:rPr>
          <w:color w:val="B9B9B9"/>
          <w:sz w:val="16"/>
        </w:rPr>
        <w:t>________________________________________________________</w:t>
      </w:r>
    </w:p>
    <w:p w14:paraId="31A1A2E1" w14:textId="77777777" w:rsidR="00AE08AB" w:rsidRDefault="00AA2D9E">
      <w:pPr>
        <w:pStyle w:val="Heading2"/>
      </w:pPr>
      <w:r>
        <w:t>My Unfiltered Prayer</w:t>
      </w:r>
    </w:p>
    <w:p w14:paraId="20F2728C" w14:textId="77777777" w:rsidR="00AE08AB" w:rsidRDefault="00AA2D9E">
      <w:r>
        <w:t>God, as I sit with god meets us in vulnerability, what I most need to tell You honestly is…</w:t>
      </w:r>
    </w:p>
    <w:p w14:paraId="1021326A" w14:textId="77777777" w:rsidR="00AE08AB" w:rsidRDefault="00AA2D9E">
      <w:pPr>
        <w:spacing w:after="60"/>
      </w:pPr>
      <w:r>
        <w:rPr>
          <w:color w:val="B9B9B9"/>
          <w:sz w:val="16"/>
        </w:rPr>
        <w:t>________________________________________________________</w:t>
      </w:r>
    </w:p>
    <w:p w14:paraId="6497BFE8" w14:textId="77777777" w:rsidR="00AE08AB" w:rsidRDefault="00AA2D9E">
      <w:pPr>
        <w:spacing w:after="60"/>
      </w:pPr>
      <w:r>
        <w:rPr>
          <w:color w:val="B9B9B9"/>
          <w:sz w:val="16"/>
        </w:rPr>
        <w:t>________________________________________________________</w:t>
      </w:r>
    </w:p>
    <w:p w14:paraId="2CAA1859" w14:textId="77777777" w:rsidR="00AE08AB" w:rsidRDefault="00AA2D9E">
      <w:pPr>
        <w:spacing w:after="60"/>
      </w:pPr>
      <w:r>
        <w:rPr>
          <w:color w:val="B9B9B9"/>
          <w:sz w:val="16"/>
        </w:rPr>
        <w:t>________________________________________________________</w:t>
      </w:r>
    </w:p>
    <w:p w14:paraId="1474EBD8" w14:textId="77777777" w:rsidR="00AE08AB" w:rsidRDefault="00AA2D9E">
      <w:pPr>
        <w:spacing w:after="60"/>
      </w:pPr>
      <w:r>
        <w:rPr>
          <w:color w:val="B9B9B9"/>
          <w:sz w:val="16"/>
        </w:rPr>
        <w:lastRenderedPageBreak/>
        <w:t>________________________________________________________</w:t>
      </w:r>
    </w:p>
    <w:p w14:paraId="64888B51" w14:textId="77777777" w:rsidR="00AE08AB" w:rsidRDefault="00AA2D9E">
      <w:pPr>
        <w:spacing w:after="60"/>
      </w:pPr>
      <w:r>
        <w:rPr>
          <w:color w:val="B9B9B9"/>
          <w:sz w:val="16"/>
        </w:rPr>
        <w:t>________________________________________________________</w:t>
      </w:r>
    </w:p>
    <w:p w14:paraId="65559810" w14:textId="77777777" w:rsidR="00AE08AB" w:rsidRDefault="00AA2D9E">
      <w:pPr>
        <w:spacing w:after="60"/>
      </w:pPr>
      <w:r>
        <w:rPr>
          <w:color w:val="B9B9B9"/>
          <w:sz w:val="16"/>
        </w:rPr>
        <w:t>________________________________________________________</w:t>
      </w:r>
    </w:p>
    <w:p w14:paraId="1FB77E66" w14:textId="77777777" w:rsidR="00AE08AB" w:rsidRDefault="00AA2D9E">
      <w:pPr>
        <w:spacing w:after="60"/>
      </w:pPr>
      <w:r>
        <w:rPr>
          <w:color w:val="B9B9B9"/>
          <w:sz w:val="16"/>
        </w:rPr>
        <w:t>________________________________________________________</w:t>
      </w:r>
    </w:p>
    <w:p w14:paraId="5D78C7B3" w14:textId="77777777" w:rsidR="00AE08AB" w:rsidRDefault="00AA2D9E">
      <w:r>
        <w:br w:type="page"/>
      </w:r>
    </w:p>
    <w:p w14:paraId="7D920427" w14:textId="77777777" w:rsidR="00AE08AB" w:rsidRDefault="00AA2D9E">
      <w:pPr>
        <w:pStyle w:val="Heading2"/>
      </w:pPr>
      <w:r>
        <w:lastRenderedPageBreak/>
        <w:t>DAY 11</w:t>
      </w:r>
    </w:p>
    <w:p w14:paraId="65B63C1C" w14:textId="77777777" w:rsidR="00AE08AB" w:rsidRDefault="00AA2D9E">
      <w:pPr>
        <w:pStyle w:val="Heading1"/>
      </w:pPr>
      <w:r>
        <w:t>When Fear Starts Writing the Story</w:t>
      </w:r>
    </w:p>
    <w:p w14:paraId="1B2CE666" w14:textId="77777777" w:rsidR="00AE08AB" w:rsidRDefault="00AA2D9E">
      <w:r>
        <w:rPr>
          <w:b/>
          <w:color w:val="B08D3A"/>
        </w:rPr>
        <w:t xml:space="preserve">SCRIPTURE ANCHOR  </w:t>
      </w:r>
      <w:r>
        <w:t>Isaiah 41:10</w:t>
      </w:r>
    </w:p>
    <w:p w14:paraId="248FA3EF" w14:textId="77777777" w:rsidR="00AE08AB" w:rsidRDefault="00AA2D9E">
      <w:pPr>
        <w:pStyle w:val="Heading2"/>
      </w:pPr>
      <w:r>
        <w:t>Pause</w:t>
      </w:r>
    </w:p>
    <w:p w14:paraId="3590C93D" w14:textId="77777777" w:rsidR="00AE08AB" w:rsidRDefault="00AA2D9E">
      <w:r>
        <w:t>Take three slow breaths. Let your body become still. You do not have to solve anything before you pray.</w:t>
      </w:r>
    </w:p>
    <w:p w14:paraId="0E84F298" w14:textId="77777777" w:rsidR="00AE08AB" w:rsidRDefault="00AA2D9E">
      <w:pPr>
        <w:pStyle w:val="Heading2"/>
      </w:pPr>
      <w:r>
        <w:t>Guided Prayer</w:t>
      </w:r>
    </w:p>
    <w:p w14:paraId="1D5B64FF" w14:textId="77777777" w:rsidR="00AE08AB" w:rsidRDefault="00AA2D9E">
      <w:r>
        <w:t xml:space="preserve">Father, I bring You the reality of when fear starts writing the story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w:t>
      </w:r>
      <w:r>
        <w:t>questions remain unanswered. In Jesus' name, Amen.</w:t>
      </w:r>
    </w:p>
    <w:p w14:paraId="563E51D1" w14:textId="77777777" w:rsidR="00AE08AB" w:rsidRDefault="00AA2D9E">
      <w:pPr>
        <w:pStyle w:val="Heading2"/>
      </w:pPr>
      <w:r>
        <w:t>Release</w:t>
      </w:r>
    </w:p>
    <w:p w14:paraId="2FD5AE32" w14:textId="77777777" w:rsidR="00AE08AB" w:rsidRDefault="00AA2D9E">
      <w:r>
        <w:t>Complete this sentence slowly: “Father, today I place into Your hands…”</w:t>
      </w:r>
    </w:p>
    <w:p w14:paraId="338883E4" w14:textId="77777777" w:rsidR="00AE08AB" w:rsidRDefault="00AA2D9E">
      <w:pPr>
        <w:spacing w:after="60"/>
      </w:pPr>
      <w:r>
        <w:rPr>
          <w:color w:val="B9B9B9"/>
          <w:sz w:val="16"/>
        </w:rPr>
        <w:t>________________________________________________________</w:t>
      </w:r>
    </w:p>
    <w:p w14:paraId="17387F7F" w14:textId="77777777" w:rsidR="00AE08AB" w:rsidRDefault="00AA2D9E">
      <w:pPr>
        <w:spacing w:after="60"/>
      </w:pPr>
      <w:r>
        <w:rPr>
          <w:color w:val="B9B9B9"/>
          <w:sz w:val="16"/>
        </w:rPr>
        <w:t>________________________________________________________</w:t>
      </w:r>
    </w:p>
    <w:p w14:paraId="6D7FF16B" w14:textId="77777777" w:rsidR="00AE08AB" w:rsidRDefault="00AA2D9E">
      <w:pPr>
        <w:pStyle w:val="Heading2"/>
      </w:pPr>
      <w:r>
        <w:t>Listen</w:t>
      </w:r>
    </w:p>
    <w:p w14:paraId="605D7E3F" w14:textId="77777777" w:rsidR="00AE08AB" w:rsidRDefault="00AA2D9E">
      <w:r>
        <w:t>Remain quiet for a moment. What truth, Scripture, conviction, or gentle reminder is rising?</w:t>
      </w:r>
    </w:p>
    <w:p w14:paraId="7DC111C5" w14:textId="77777777" w:rsidR="00AE08AB" w:rsidRDefault="00AA2D9E">
      <w:pPr>
        <w:spacing w:after="60"/>
      </w:pPr>
      <w:r>
        <w:rPr>
          <w:color w:val="B9B9B9"/>
          <w:sz w:val="16"/>
        </w:rPr>
        <w:t>________________________________________________________</w:t>
      </w:r>
    </w:p>
    <w:p w14:paraId="72D3BF6E" w14:textId="77777777" w:rsidR="00AE08AB" w:rsidRDefault="00AA2D9E">
      <w:pPr>
        <w:spacing w:after="60"/>
      </w:pPr>
      <w:r>
        <w:rPr>
          <w:color w:val="B9B9B9"/>
          <w:sz w:val="16"/>
        </w:rPr>
        <w:t>________________________________________________________</w:t>
      </w:r>
    </w:p>
    <w:p w14:paraId="4063CB62" w14:textId="77777777" w:rsidR="00AE08AB" w:rsidRDefault="00AA2D9E">
      <w:pPr>
        <w:pStyle w:val="Heading2"/>
      </w:pPr>
      <w:r>
        <w:t>My Unfiltered Prayer</w:t>
      </w:r>
    </w:p>
    <w:p w14:paraId="4F7E4225" w14:textId="77777777" w:rsidR="00AE08AB" w:rsidRDefault="00AA2D9E">
      <w:r>
        <w:t>God, as I sit with when fear starts writing the story, what I most need to tell You honestly is…</w:t>
      </w:r>
    </w:p>
    <w:p w14:paraId="39BC7396" w14:textId="77777777" w:rsidR="00AE08AB" w:rsidRDefault="00AA2D9E">
      <w:pPr>
        <w:spacing w:after="60"/>
      </w:pPr>
      <w:r>
        <w:rPr>
          <w:color w:val="B9B9B9"/>
          <w:sz w:val="16"/>
        </w:rPr>
        <w:t>________________________________________________________</w:t>
      </w:r>
    </w:p>
    <w:p w14:paraId="0DAB1BC9" w14:textId="77777777" w:rsidR="00AE08AB" w:rsidRDefault="00AA2D9E">
      <w:pPr>
        <w:spacing w:after="60"/>
      </w:pPr>
      <w:r>
        <w:rPr>
          <w:color w:val="B9B9B9"/>
          <w:sz w:val="16"/>
        </w:rPr>
        <w:t>________________________________________________________</w:t>
      </w:r>
    </w:p>
    <w:p w14:paraId="78559CC6" w14:textId="77777777" w:rsidR="00AE08AB" w:rsidRDefault="00AA2D9E">
      <w:pPr>
        <w:spacing w:after="60"/>
      </w:pPr>
      <w:r>
        <w:rPr>
          <w:color w:val="B9B9B9"/>
          <w:sz w:val="16"/>
        </w:rPr>
        <w:t>________________________________________________________</w:t>
      </w:r>
    </w:p>
    <w:p w14:paraId="076C3EF6" w14:textId="77777777" w:rsidR="00AE08AB" w:rsidRDefault="00AA2D9E">
      <w:pPr>
        <w:spacing w:after="60"/>
      </w:pPr>
      <w:r>
        <w:rPr>
          <w:color w:val="B9B9B9"/>
          <w:sz w:val="16"/>
        </w:rPr>
        <w:lastRenderedPageBreak/>
        <w:t>________________________________________________________</w:t>
      </w:r>
    </w:p>
    <w:p w14:paraId="5EB80D8D" w14:textId="77777777" w:rsidR="00AE08AB" w:rsidRDefault="00AA2D9E">
      <w:pPr>
        <w:spacing w:after="60"/>
      </w:pPr>
      <w:r>
        <w:rPr>
          <w:color w:val="B9B9B9"/>
          <w:sz w:val="16"/>
        </w:rPr>
        <w:t>________________________________________________________</w:t>
      </w:r>
    </w:p>
    <w:p w14:paraId="55ECBE2D" w14:textId="77777777" w:rsidR="00AE08AB" w:rsidRDefault="00AA2D9E">
      <w:pPr>
        <w:spacing w:after="60"/>
      </w:pPr>
      <w:r>
        <w:rPr>
          <w:color w:val="B9B9B9"/>
          <w:sz w:val="16"/>
        </w:rPr>
        <w:t>________________________________________________________</w:t>
      </w:r>
    </w:p>
    <w:p w14:paraId="7648AA06" w14:textId="77777777" w:rsidR="00AE08AB" w:rsidRDefault="00AA2D9E">
      <w:pPr>
        <w:spacing w:after="60"/>
      </w:pPr>
      <w:r>
        <w:rPr>
          <w:color w:val="B9B9B9"/>
          <w:sz w:val="16"/>
        </w:rPr>
        <w:t>________________________________________________________</w:t>
      </w:r>
    </w:p>
    <w:p w14:paraId="5CAF94AD" w14:textId="77777777" w:rsidR="00AE08AB" w:rsidRDefault="00AA2D9E">
      <w:r>
        <w:br w:type="page"/>
      </w:r>
    </w:p>
    <w:p w14:paraId="56E78B49" w14:textId="77777777" w:rsidR="00AE08AB" w:rsidRDefault="00AA2D9E">
      <w:pPr>
        <w:pStyle w:val="Heading2"/>
      </w:pPr>
      <w:r>
        <w:lastRenderedPageBreak/>
        <w:t>DAY 12</w:t>
      </w:r>
    </w:p>
    <w:p w14:paraId="0BD75294" w14:textId="77777777" w:rsidR="00AE08AB" w:rsidRDefault="00AA2D9E">
      <w:pPr>
        <w:pStyle w:val="Heading1"/>
      </w:pPr>
      <w:r>
        <w:t>Questions Without Answers</w:t>
      </w:r>
    </w:p>
    <w:p w14:paraId="5E87B02F" w14:textId="77777777" w:rsidR="00AE08AB" w:rsidRDefault="00AA2D9E">
      <w:r>
        <w:rPr>
          <w:b/>
          <w:color w:val="B08D3A"/>
        </w:rPr>
        <w:t xml:space="preserve">SCRIPTURE ANCHOR  </w:t>
      </w:r>
      <w:r>
        <w:t>Deuteronomy 29:29</w:t>
      </w:r>
    </w:p>
    <w:p w14:paraId="167EF2AA" w14:textId="77777777" w:rsidR="00AE08AB" w:rsidRDefault="00AA2D9E">
      <w:pPr>
        <w:pStyle w:val="Heading2"/>
      </w:pPr>
      <w:r>
        <w:t>Pause</w:t>
      </w:r>
    </w:p>
    <w:p w14:paraId="1F301357" w14:textId="77777777" w:rsidR="00AE08AB" w:rsidRDefault="00AA2D9E">
      <w:r>
        <w:t>Take three slow breaths. Let your body become still. You do not have to solve anything before you pray.</w:t>
      </w:r>
    </w:p>
    <w:p w14:paraId="1262B132" w14:textId="77777777" w:rsidR="00AE08AB" w:rsidRDefault="00AA2D9E">
      <w:pPr>
        <w:pStyle w:val="Heading2"/>
      </w:pPr>
      <w:r>
        <w:t>Guided Prayer</w:t>
      </w:r>
    </w:p>
    <w:p w14:paraId="6F3494AB" w14:textId="77777777" w:rsidR="00AE08AB" w:rsidRDefault="00AA2D9E">
      <w:r>
        <w:t>Father, I bring You the reality of questions without answers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w:t>
      </w:r>
      <w:r>
        <w:t xml:space="preserve"> remain unanswered. In Jesus' name, Amen.</w:t>
      </w:r>
    </w:p>
    <w:p w14:paraId="4F38453A" w14:textId="77777777" w:rsidR="00AE08AB" w:rsidRDefault="00AA2D9E">
      <w:pPr>
        <w:pStyle w:val="Heading2"/>
      </w:pPr>
      <w:r>
        <w:t>Release</w:t>
      </w:r>
    </w:p>
    <w:p w14:paraId="3CC4AB7F" w14:textId="77777777" w:rsidR="00AE08AB" w:rsidRDefault="00AA2D9E">
      <w:r>
        <w:t>Complete this sentence slowly: “Father, today I place into Your hands…”</w:t>
      </w:r>
    </w:p>
    <w:p w14:paraId="5FF3F06A" w14:textId="77777777" w:rsidR="00AE08AB" w:rsidRDefault="00AA2D9E">
      <w:pPr>
        <w:spacing w:after="60"/>
      </w:pPr>
      <w:r>
        <w:rPr>
          <w:color w:val="B9B9B9"/>
          <w:sz w:val="16"/>
        </w:rPr>
        <w:t>________________________________________________________</w:t>
      </w:r>
    </w:p>
    <w:p w14:paraId="2C5B0513" w14:textId="77777777" w:rsidR="00AE08AB" w:rsidRDefault="00AA2D9E">
      <w:pPr>
        <w:spacing w:after="60"/>
      </w:pPr>
      <w:r>
        <w:rPr>
          <w:color w:val="B9B9B9"/>
          <w:sz w:val="16"/>
        </w:rPr>
        <w:t>________________________________________________________</w:t>
      </w:r>
    </w:p>
    <w:p w14:paraId="3ADE7954" w14:textId="77777777" w:rsidR="00AE08AB" w:rsidRDefault="00AA2D9E">
      <w:pPr>
        <w:pStyle w:val="Heading2"/>
      </w:pPr>
      <w:r>
        <w:t>Listen</w:t>
      </w:r>
    </w:p>
    <w:p w14:paraId="03E153AD" w14:textId="77777777" w:rsidR="00AE08AB" w:rsidRDefault="00AA2D9E">
      <w:r>
        <w:t>Remain quiet for a moment. What truth, Scripture, conviction, or gentle reminder is rising?</w:t>
      </w:r>
    </w:p>
    <w:p w14:paraId="7653C440" w14:textId="77777777" w:rsidR="00AE08AB" w:rsidRDefault="00AA2D9E">
      <w:pPr>
        <w:spacing w:after="60"/>
      </w:pPr>
      <w:r>
        <w:rPr>
          <w:color w:val="B9B9B9"/>
          <w:sz w:val="16"/>
        </w:rPr>
        <w:t>________________________________________________________</w:t>
      </w:r>
    </w:p>
    <w:p w14:paraId="069CB221" w14:textId="77777777" w:rsidR="00AE08AB" w:rsidRDefault="00AA2D9E">
      <w:pPr>
        <w:spacing w:after="60"/>
      </w:pPr>
      <w:r>
        <w:rPr>
          <w:color w:val="B9B9B9"/>
          <w:sz w:val="16"/>
        </w:rPr>
        <w:t>________________________________________________________</w:t>
      </w:r>
    </w:p>
    <w:p w14:paraId="446A5E99" w14:textId="77777777" w:rsidR="00AE08AB" w:rsidRDefault="00AA2D9E">
      <w:pPr>
        <w:pStyle w:val="Heading2"/>
      </w:pPr>
      <w:r>
        <w:t>My Unfiltered Prayer</w:t>
      </w:r>
    </w:p>
    <w:p w14:paraId="3FBBFFC7" w14:textId="77777777" w:rsidR="00AE08AB" w:rsidRDefault="00AA2D9E">
      <w:r>
        <w:t>God, as I sit with questions without answers, what I most need to tell You honestly is…</w:t>
      </w:r>
    </w:p>
    <w:p w14:paraId="2A505A39" w14:textId="77777777" w:rsidR="00AE08AB" w:rsidRDefault="00AA2D9E">
      <w:pPr>
        <w:spacing w:after="60"/>
      </w:pPr>
      <w:r>
        <w:rPr>
          <w:color w:val="B9B9B9"/>
          <w:sz w:val="16"/>
        </w:rPr>
        <w:t>________________________________________________________</w:t>
      </w:r>
    </w:p>
    <w:p w14:paraId="67A209E2" w14:textId="77777777" w:rsidR="00AE08AB" w:rsidRDefault="00AA2D9E">
      <w:pPr>
        <w:spacing w:after="60"/>
      </w:pPr>
      <w:r>
        <w:rPr>
          <w:color w:val="B9B9B9"/>
          <w:sz w:val="16"/>
        </w:rPr>
        <w:t>________________________________________________________</w:t>
      </w:r>
    </w:p>
    <w:p w14:paraId="4E620063" w14:textId="77777777" w:rsidR="00AE08AB" w:rsidRDefault="00AA2D9E">
      <w:pPr>
        <w:spacing w:after="60"/>
      </w:pPr>
      <w:r>
        <w:rPr>
          <w:color w:val="B9B9B9"/>
          <w:sz w:val="16"/>
        </w:rPr>
        <w:t>________________________________________________________</w:t>
      </w:r>
    </w:p>
    <w:p w14:paraId="20B5B547" w14:textId="77777777" w:rsidR="00AE08AB" w:rsidRDefault="00AA2D9E">
      <w:pPr>
        <w:spacing w:after="60"/>
      </w:pPr>
      <w:r>
        <w:rPr>
          <w:color w:val="B9B9B9"/>
          <w:sz w:val="16"/>
        </w:rPr>
        <w:t>________________________________________________________</w:t>
      </w:r>
    </w:p>
    <w:p w14:paraId="75F81A10" w14:textId="77777777" w:rsidR="00AE08AB" w:rsidRDefault="00AA2D9E">
      <w:pPr>
        <w:spacing w:after="60"/>
      </w:pPr>
      <w:r>
        <w:rPr>
          <w:color w:val="B9B9B9"/>
          <w:sz w:val="16"/>
        </w:rPr>
        <w:lastRenderedPageBreak/>
        <w:t>________________________________________________________</w:t>
      </w:r>
    </w:p>
    <w:p w14:paraId="4A0CDDA2" w14:textId="77777777" w:rsidR="00AE08AB" w:rsidRDefault="00AA2D9E">
      <w:pPr>
        <w:spacing w:after="60"/>
      </w:pPr>
      <w:r>
        <w:rPr>
          <w:color w:val="B9B9B9"/>
          <w:sz w:val="16"/>
        </w:rPr>
        <w:t>________________________________________________________</w:t>
      </w:r>
    </w:p>
    <w:p w14:paraId="6A9F7993" w14:textId="77777777" w:rsidR="00AE08AB" w:rsidRDefault="00AA2D9E">
      <w:pPr>
        <w:spacing w:after="60"/>
      </w:pPr>
      <w:r>
        <w:rPr>
          <w:color w:val="B9B9B9"/>
          <w:sz w:val="16"/>
        </w:rPr>
        <w:t>________________________________________________________</w:t>
      </w:r>
    </w:p>
    <w:p w14:paraId="0307E18F" w14:textId="77777777" w:rsidR="00AE08AB" w:rsidRDefault="00AA2D9E">
      <w:r>
        <w:br w:type="page"/>
      </w:r>
    </w:p>
    <w:p w14:paraId="6064E6AA" w14:textId="77777777" w:rsidR="00AE08AB" w:rsidRDefault="00AA2D9E">
      <w:pPr>
        <w:pStyle w:val="Heading2"/>
      </w:pPr>
      <w:r>
        <w:lastRenderedPageBreak/>
        <w:t>DAY 13</w:t>
      </w:r>
    </w:p>
    <w:p w14:paraId="19F1FF0C" w14:textId="77777777" w:rsidR="00AE08AB" w:rsidRDefault="00AA2D9E">
      <w:pPr>
        <w:pStyle w:val="Heading1"/>
      </w:pPr>
      <w:r>
        <w:t>What Can I Control Today?</w:t>
      </w:r>
    </w:p>
    <w:p w14:paraId="73D2406E" w14:textId="77777777" w:rsidR="00AE08AB" w:rsidRDefault="00AA2D9E">
      <w:r>
        <w:rPr>
          <w:b/>
          <w:color w:val="B08D3A"/>
        </w:rPr>
        <w:t xml:space="preserve">SCRIPTURE ANCHOR  </w:t>
      </w:r>
      <w:r>
        <w:t>Philippians 4:6-7</w:t>
      </w:r>
    </w:p>
    <w:p w14:paraId="63FEAA54" w14:textId="77777777" w:rsidR="00AE08AB" w:rsidRDefault="00AA2D9E">
      <w:pPr>
        <w:pStyle w:val="Heading2"/>
      </w:pPr>
      <w:r>
        <w:t>Pause</w:t>
      </w:r>
    </w:p>
    <w:p w14:paraId="3BD947C9" w14:textId="77777777" w:rsidR="00AE08AB" w:rsidRDefault="00AA2D9E">
      <w:r>
        <w:t>Take three slow breaths. Let your body become still. You do not have to solve anything before you pray.</w:t>
      </w:r>
    </w:p>
    <w:p w14:paraId="19A3B9BF" w14:textId="77777777" w:rsidR="00AE08AB" w:rsidRDefault="00AA2D9E">
      <w:pPr>
        <w:pStyle w:val="Heading2"/>
      </w:pPr>
      <w:r>
        <w:t>Guided Prayer</w:t>
      </w:r>
    </w:p>
    <w:p w14:paraId="3919920E" w14:textId="77777777" w:rsidR="00AE08AB" w:rsidRDefault="00AA2D9E">
      <w:r>
        <w:t>Father, I bring You the reality of what can i control today?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w:t>
      </w:r>
      <w:r>
        <w:t xml:space="preserve"> remain unanswered. In Jesus' name, Amen.</w:t>
      </w:r>
    </w:p>
    <w:p w14:paraId="2504E95F" w14:textId="77777777" w:rsidR="00AE08AB" w:rsidRDefault="00AA2D9E">
      <w:pPr>
        <w:pStyle w:val="Heading2"/>
      </w:pPr>
      <w:r>
        <w:t>Release</w:t>
      </w:r>
    </w:p>
    <w:p w14:paraId="4879A386" w14:textId="77777777" w:rsidR="00AE08AB" w:rsidRDefault="00AA2D9E">
      <w:r>
        <w:t>Complete this sentence slowly: “Father, today I place into Your hands…”</w:t>
      </w:r>
    </w:p>
    <w:p w14:paraId="7D83267D" w14:textId="77777777" w:rsidR="00AE08AB" w:rsidRDefault="00AA2D9E">
      <w:pPr>
        <w:spacing w:after="60"/>
      </w:pPr>
      <w:r>
        <w:rPr>
          <w:color w:val="B9B9B9"/>
          <w:sz w:val="16"/>
        </w:rPr>
        <w:t>________________________________________________________</w:t>
      </w:r>
    </w:p>
    <w:p w14:paraId="2B688F4F" w14:textId="77777777" w:rsidR="00AE08AB" w:rsidRDefault="00AA2D9E">
      <w:pPr>
        <w:spacing w:after="60"/>
      </w:pPr>
      <w:r>
        <w:rPr>
          <w:color w:val="B9B9B9"/>
          <w:sz w:val="16"/>
        </w:rPr>
        <w:t>________________________________________________________</w:t>
      </w:r>
    </w:p>
    <w:p w14:paraId="654E93F4" w14:textId="77777777" w:rsidR="00AE08AB" w:rsidRDefault="00AA2D9E">
      <w:pPr>
        <w:pStyle w:val="Heading2"/>
      </w:pPr>
      <w:r>
        <w:t>Listen</w:t>
      </w:r>
    </w:p>
    <w:p w14:paraId="128ED1B5" w14:textId="77777777" w:rsidR="00AE08AB" w:rsidRDefault="00AA2D9E">
      <w:r>
        <w:t>Remain quiet for a moment. What truth, Scripture, conviction, or gentle reminder is rising?</w:t>
      </w:r>
    </w:p>
    <w:p w14:paraId="0C0FCCF9" w14:textId="77777777" w:rsidR="00AE08AB" w:rsidRDefault="00AA2D9E">
      <w:pPr>
        <w:spacing w:after="60"/>
      </w:pPr>
      <w:r>
        <w:rPr>
          <w:color w:val="B9B9B9"/>
          <w:sz w:val="16"/>
        </w:rPr>
        <w:t>________________________________________________________</w:t>
      </w:r>
    </w:p>
    <w:p w14:paraId="5537131E" w14:textId="77777777" w:rsidR="00AE08AB" w:rsidRDefault="00AA2D9E">
      <w:pPr>
        <w:spacing w:after="60"/>
      </w:pPr>
      <w:r>
        <w:rPr>
          <w:color w:val="B9B9B9"/>
          <w:sz w:val="16"/>
        </w:rPr>
        <w:t>________________________________________________________</w:t>
      </w:r>
    </w:p>
    <w:p w14:paraId="3CE55B9C" w14:textId="77777777" w:rsidR="00AE08AB" w:rsidRDefault="00AA2D9E">
      <w:pPr>
        <w:pStyle w:val="Heading2"/>
      </w:pPr>
      <w:r>
        <w:t>My Unfiltered Prayer</w:t>
      </w:r>
    </w:p>
    <w:p w14:paraId="45F85739" w14:textId="77777777" w:rsidR="00AE08AB" w:rsidRDefault="00AA2D9E">
      <w:r>
        <w:t>God, as I sit with what can i control today?, what I most need to tell You honestly is…</w:t>
      </w:r>
    </w:p>
    <w:p w14:paraId="63370098" w14:textId="77777777" w:rsidR="00AE08AB" w:rsidRDefault="00AA2D9E">
      <w:pPr>
        <w:spacing w:after="60"/>
      </w:pPr>
      <w:r>
        <w:rPr>
          <w:color w:val="B9B9B9"/>
          <w:sz w:val="16"/>
        </w:rPr>
        <w:t>________________________________________________________</w:t>
      </w:r>
    </w:p>
    <w:p w14:paraId="501EADB8" w14:textId="77777777" w:rsidR="00AE08AB" w:rsidRDefault="00AA2D9E">
      <w:pPr>
        <w:spacing w:after="60"/>
      </w:pPr>
      <w:r>
        <w:rPr>
          <w:color w:val="B9B9B9"/>
          <w:sz w:val="16"/>
        </w:rPr>
        <w:t>________________________________________________________</w:t>
      </w:r>
    </w:p>
    <w:p w14:paraId="43FB5844" w14:textId="77777777" w:rsidR="00AE08AB" w:rsidRDefault="00AA2D9E">
      <w:pPr>
        <w:spacing w:after="60"/>
      </w:pPr>
      <w:r>
        <w:rPr>
          <w:color w:val="B9B9B9"/>
          <w:sz w:val="16"/>
        </w:rPr>
        <w:t>________________________________________________________</w:t>
      </w:r>
    </w:p>
    <w:p w14:paraId="1C75FC2D" w14:textId="77777777" w:rsidR="00AE08AB" w:rsidRDefault="00AA2D9E">
      <w:pPr>
        <w:spacing w:after="60"/>
      </w:pPr>
      <w:r>
        <w:rPr>
          <w:color w:val="B9B9B9"/>
          <w:sz w:val="16"/>
        </w:rPr>
        <w:t>________________________________________________________</w:t>
      </w:r>
    </w:p>
    <w:p w14:paraId="75580B28" w14:textId="77777777" w:rsidR="00AE08AB" w:rsidRDefault="00AA2D9E">
      <w:pPr>
        <w:spacing w:after="60"/>
      </w:pPr>
      <w:r>
        <w:rPr>
          <w:color w:val="B9B9B9"/>
          <w:sz w:val="16"/>
        </w:rPr>
        <w:lastRenderedPageBreak/>
        <w:t>________________________________________________________</w:t>
      </w:r>
    </w:p>
    <w:p w14:paraId="4DB1024E" w14:textId="77777777" w:rsidR="00AE08AB" w:rsidRDefault="00AA2D9E">
      <w:pPr>
        <w:spacing w:after="60"/>
      </w:pPr>
      <w:r>
        <w:rPr>
          <w:color w:val="B9B9B9"/>
          <w:sz w:val="16"/>
        </w:rPr>
        <w:t>________________________________________________________</w:t>
      </w:r>
    </w:p>
    <w:p w14:paraId="1AB23F15" w14:textId="77777777" w:rsidR="00AE08AB" w:rsidRDefault="00AA2D9E">
      <w:pPr>
        <w:spacing w:after="60"/>
      </w:pPr>
      <w:r>
        <w:rPr>
          <w:color w:val="B9B9B9"/>
          <w:sz w:val="16"/>
        </w:rPr>
        <w:t>________________________________________________________</w:t>
      </w:r>
    </w:p>
    <w:p w14:paraId="432ACCD0" w14:textId="77777777" w:rsidR="00AE08AB" w:rsidRDefault="00AA2D9E">
      <w:r>
        <w:br w:type="page"/>
      </w:r>
    </w:p>
    <w:p w14:paraId="5C002CA4" w14:textId="77777777" w:rsidR="00AE08AB" w:rsidRDefault="00AA2D9E">
      <w:pPr>
        <w:pStyle w:val="Heading2"/>
      </w:pPr>
      <w:r>
        <w:lastRenderedPageBreak/>
        <w:t>DAY 14</w:t>
      </w:r>
    </w:p>
    <w:p w14:paraId="0DBD6AB2" w14:textId="77777777" w:rsidR="00AE08AB" w:rsidRDefault="00AA2D9E">
      <w:pPr>
        <w:pStyle w:val="Heading1"/>
      </w:pPr>
      <w:r>
        <w:t>Finding Refuge</w:t>
      </w:r>
    </w:p>
    <w:p w14:paraId="36B2DD58" w14:textId="77777777" w:rsidR="00AE08AB" w:rsidRDefault="00AA2D9E">
      <w:r>
        <w:rPr>
          <w:b/>
          <w:color w:val="B08D3A"/>
        </w:rPr>
        <w:t xml:space="preserve">SCRIPTURE ANCHOR  </w:t>
      </w:r>
      <w:r>
        <w:t>Psalm 91:1-2</w:t>
      </w:r>
    </w:p>
    <w:p w14:paraId="06E25908" w14:textId="77777777" w:rsidR="00AE08AB" w:rsidRDefault="00AA2D9E">
      <w:pPr>
        <w:pStyle w:val="Heading2"/>
      </w:pPr>
      <w:r>
        <w:t>Pause</w:t>
      </w:r>
    </w:p>
    <w:p w14:paraId="347E3623" w14:textId="77777777" w:rsidR="00AE08AB" w:rsidRDefault="00AA2D9E">
      <w:r>
        <w:t>Take three slow breaths. Let your body become still. You do not have to solve anything before you pray.</w:t>
      </w:r>
    </w:p>
    <w:p w14:paraId="68EFB953" w14:textId="77777777" w:rsidR="00AE08AB" w:rsidRDefault="00AA2D9E">
      <w:pPr>
        <w:pStyle w:val="Heading2"/>
      </w:pPr>
      <w:r>
        <w:t>Guided Prayer</w:t>
      </w:r>
    </w:p>
    <w:p w14:paraId="4FA59279" w14:textId="77777777" w:rsidR="00AE08AB" w:rsidRDefault="00AA2D9E">
      <w:r>
        <w:t>Father, I bring You the reality of finding refuge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remain una</w:t>
      </w:r>
      <w:r>
        <w:t>nswered. In Jesus' name, Amen.</w:t>
      </w:r>
    </w:p>
    <w:p w14:paraId="1DF10653" w14:textId="77777777" w:rsidR="00AE08AB" w:rsidRDefault="00AA2D9E">
      <w:pPr>
        <w:pStyle w:val="Heading2"/>
      </w:pPr>
      <w:r>
        <w:t>Release</w:t>
      </w:r>
    </w:p>
    <w:p w14:paraId="428C53E0" w14:textId="77777777" w:rsidR="00AE08AB" w:rsidRDefault="00AA2D9E">
      <w:r>
        <w:t>Complete this sentence slowly: “Father, today I place into Your hands…”</w:t>
      </w:r>
    </w:p>
    <w:p w14:paraId="1C7A9B48" w14:textId="77777777" w:rsidR="00AE08AB" w:rsidRDefault="00AA2D9E">
      <w:pPr>
        <w:spacing w:after="60"/>
      </w:pPr>
      <w:r>
        <w:rPr>
          <w:color w:val="B9B9B9"/>
          <w:sz w:val="16"/>
        </w:rPr>
        <w:t>________________________________________________________</w:t>
      </w:r>
    </w:p>
    <w:p w14:paraId="26A3EA01" w14:textId="77777777" w:rsidR="00AE08AB" w:rsidRDefault="00AA2D9E">
      <w:pPr>
        <w:spacing w:after="60"/>
      </w:pPr>
      <w:r>
        <w:rPr>
          <w:color w:val="B9B9B9"/>
          <w:sz w:val="16"/>
        </w:rPr>
        <w:t>________________________________________________________</w:t>
      </w:r>
    </w:p>
    <w:p w14:paraId="795501D3" w14:textId="77777777" w:rsidR="00AE08AB" w:rsidRDefault="00AA2D9E">
      <w:pPr>
        <w:pStyle w:val="Heading2"/>
      </w:pPr>
      <w:r>
        <w:t>Listen</w:t>
      </w:r>
    </w:p>
    <w:p w14:paraId="4D33F735" w14:textId="77777777" w:rsidR="00AE08AB" w:rsidRDefault="00AA2D9E">
      <w:r>
        <w:t>Remain quiet for a moment. What truth, Scripture, conviction, or gentle reminder is rising?</w:t>
      </w:r>
    </w:p>
    <w:p w14:paraId="5D9F9A52" w14:textId="77777777" w:rsidR="00AE08AB" w:rsidRDefault="00AA2D9E">
      <w:pPr>
        <w:spacing w:after="60"/>
      </w:pPr>
      <w:r>
        <w:rPr>
          <w:color w:val="B9B9B9"/>
          <w:sz w:val="16"/>
        </w:rPr>
        <w:t>________________________________________________________</w:t>
      </w:r>
    </w:p>
    <w:p w14:paraId="4EF03579" w14:textId="77777777" w:rsidR="00AE08AB" w:rsidRDefault="00AA2D9E">
      <w:pPr>
        <w:spacing w:after="60"/>
      </w:pPr>
      <w:r>
        <w:rPr>
          <w:color w:val="B9B9B9"/>
          <w:sz w:val="16"/>
        </w:rPr>
        <w:t>________________________________________________________</w:t>
      </w:r>
    </w:p>
    <w:p w14:paraId="70403C32" w14:textId="77777777" w:rsidR="00AE08AB" w:rsidRDefault="00AA2D9E">
      <w:pPr>
        <w:pStyle w:val="Heading2"/>
      </w:pPr>
      <w:r>
        <w:t>My Unfiltered Prayer</w:t>
      </w:r>
    </w:p>
    <w:p w14:paraId="6B5230D0" w14:textId="77777777" w:rsidR="00AE08AB" w:rsidRDefault="00AA2D9E">
      <w:r>
        <w:t>God, as I sit with finding refuge, what I most need to tell You honestly is…</w:t>
      </w:r>
    </w:p>
    <w:p w14:paraId="4B279612" w14:textId="77777777" w:rsidR="00AE08AB" w:rsidRDefault="00AA2D9E">
      <w:pPr>
        <w:spacing w:after="60"/>
      </w:pPr>
      <w:r>
        <w:rPr>
          <w:color w:val="B9B9B9"/>
          <w:sz w:val="16"/>
        </w:rPr>
        <w:t>________________________________________________________</w:t>
      </w:r>
    </w:p>
    <w:p w14:paraId="48B509C7" w14:textId="77777777" w:rsidR="00AE08AB" w:rsidRDefault="00AA2D9E">
      <w:pPr>
        <w:spacing w:after="60"/>
      </w:pPr>
      <w:r>
        <w:rPr>
          <w:color w:val="B9B9B9"/>
          <w:sz w:val="16"/>
        </w:rPr>
        <w:t>________________________________________________________</w:t>
      </w:r>
    </w:p>
    <w:p w14:paraId="6444FDF1" w14:textId="77777777" w:rsidR="00AE08AB" w:rsidRDefault="00AA2D9E">
      <w:pPr>
        <w:spacing w:after="60"/>
      </w:pPr>
      <w:r>
        <w:rPr>
          <w:color w:val="B9B9B9"/>
          <w:sz w:val="16"/>
        </w:rPr>
        <w:t>________________________________________________________</w:t>
      </w:r>
    </w:p>
    <w:p w14:paraId="45CF00E9" w14:textId="77777777" w:rsidR="00AE08AB" w:rsidRDefault="00AA2D9E">
      <w:pPr>
        <w:spacing w:after="60"/>
      </w:pPr>
      <w:r>
        <w:rPr>
          <w:color w:val="B9B9B9"/>
          <w:sz w:val="16"/>
        </w:rPr>
        <w:t>________________________________________________________</w:t>
      </w:r>
    </w:p>
    <w:p w14:paraId="3162B5E0" w14:textId="77777777" w:rsidR="00AE08AB" w:rsidRDefault="00AA2D9E">
      <w:pPr>
        <w:spacing w:after="60"/>
      </w:pPr>
      <w:r>
        <w:rPr>
          <w:color w:val="B9B9B9"/>
          <w:sz w:val="16"/>
        </w:rPr>
        <w:t>________________________________________________________</w:t>
      </w:r>
    </w:p>
    <w:p w14:paraId="32E813F0" w14:textId="77777777" w:rsidR="00AE08AB" w:rsidRDefault="00AA2D9E">
      <w:pPr>
        <w:spacing w:after="60"/>
      </w:pPr>
      <w:r>
        <w:rPr>
          <w:color w:val="B9B9B9"/>
          <w:sz w:val="16"/>
        </w:rPr>
        <w:lastRenderedPageBreak/>
        <w:t>________________________________________________________</w:t>
      </w:r>
    </w:p>
    <w:p w14:paraId="0C51B58F" w14:textId="77777777" w:rsidR="00AE08AB" w:rsidRDefault="00AA2D9E">
      <w:pPr>
        <w:spacing w:after="60"/>
      </w:pPr>
      <w:r>
        <w:rPr>
          <w:color w:val="B9B9B9"/>
          <w:sz w:val="16"/>
        </w:rPr>
        <w:t>________________________________________________________</w:t>
      </w:r>
    </w:p>
    <w:p w14:paraId="35AEDA7C" w14:textId="77777777" w:rsidR="00AE08AB" w:rsidRDefault="00AA2D9E">
      <w:pPr>
        <w:pStyle w:val="Heading1"/>
      </w:pPr>
      <w:r>
        <w:t>Sacred Pause</w:t>
      </w:r>
    </w:p>
    <w:p w14:paraId="10008EFB" w14:textId="77777777" w:rsidR="00AE08AB" w:rsidRDefault="00AA2D9E">
      <w:pPr>
        <w:pStyle w:val="Heading3"/>
      </w:pPr>
      <w:r>
        <w:t>What happened within me this week?</w:t>
      </w:r>
    </w:p>
    <w:p w14:paraId="0079F50D" w14:textId="77777777" w:rsidR="00AE08AB" w:rsidRDefault="00AA2D9E">
      <w:pPr>
        <w:spacing w:after="60"/>
      </w:pPr>
      <w:r>
        <w:rPr>
          <w:color w:val="B9B9B9"/>
          <w:sz w:val="16"/>
        </w:rPr>
        <w:t>________________________________________________________</w:t>
      </w:r>
    </w:p>
    <w:p w14:paraId="61BA9A3C" w14:textId="77777777" w:rsidR="00AE08AB" w:rsidRDefault="00AA2D9E">
      <w:pPr>
        <w:pStyle w:val="Heading3"/>
      </w:pPr>
      <w:r>
        <w:t>What emotion appeared most often?</w:t>
      </w:r>
    </w:p>
    <w:p w14:paraId="4EBBD793" w14:textId="77777777" w:rsidR="00AE08AB" w:rsidRDefault="00AA2D9E">
      <w:pPr>
        <w:spacing w:after="60"/>
      </w:pPr>
      <w:r>
        <w:rPr>
          <w:color w:val="B9B9B9"/>
          <w:sz w:val="16"/>
        </w:rPr>
        <w:t>________________________________________________________</w:t>
      </w:r>
    </w:p>
    <w:p w14:paraId="1749F74D" w14:textId="77777777" w:rsidR="00AE08AB" w:rsidRDefault="00AA2D9E">
      <w:pPr>
        <w:pStyle w:val="Heading3"/>
      </w:pPr>
      <w:r>
        <w:t>Where did I recognize God's grace?</w:t>
      </w:r>
    </w:p>
    <w:p w14:paraId="0BA0F0BC" w14:textId="77777777" w:rsidR="00AE08AB" w:rsidRDefault="00AA2D9E">
      <w:pPr>
        <w:spacing w:after="60"/>
      </w:pPr>
      <w:r>
        <w:rPr>
          <w:color w:val="B9B9B9"/>
          <w:sz w:val="16"/>
        </w:rPr>
        <w:t>________________________________________________________</w:t>
      </w:r>
    </w:p>
    <w:p w14:paraId="384012C5" w14:textId="77777777" w:rsidR="00AE08AB" w:rsidRDefault="00AA2D9E">
      <w:pPr>
        <w:pStyle w:val="Heading3"/>
      </w:pPr>
      <w:r>
        <w:t>What do I refuse to carry into another week?</w:t>
      </w:r>
    </w:p>
    <w:p w14:paraId="0D1CEB6F" w14:textId="77777777" w:rsidR="00AE08AB" w:rsidRDefault="00AA2D9E">
      <w:pPr>
        <w:spacing w:after="60"/>
      </w:pPr>
      <w:r>
        <w:rPr>
          <w:color w:val="B9B9B9"/>
          <w:sz w:val="16"/>
        </w:rPr>
        <w:t>________________________________________________________</w:t>
      </w:r>
    </w:p>
    <w:p w14:paraId="2980A8F7" w14:textId="77777777" w:rsidR="00AE08AB" w:rsidRDefault="00AA2D9E">
      <w:pPr>
        <w:pStyle w:val="Heading3"/>
      </w:pPr>
      <w:r>
        <w:t>What do I need to receive from God now?</w:t>
      </w:r>
    </w:p>
    <w:p w14:paraId="47DEC294" w14:textId="77777777" w:rsidR="00AE08AB" w:rsidRDefault="00AA2D9E">
      <w:pPr>
        <w:spacing w:after="60"/>
      </w:pPr>
      <w:r>
        <w:rPr>
          <w:color w:val="B9B9B9"/>
          <w:sz w:val="16"/>
        </w:rPr>
        <w:t>________________________________________________________</w:t>
      </w:r>
    </w:p>
    <w:p w14:paraId="47DB801B" w14:textId="77777777" w:rsidR="00AE08AB" w:rsidRDefault="00AA2D9E">
      <w:r>
        <w:br w:type="page"/>
      </w:r>
    </w:p>
    <w:p w14:paraId="4ACE6B91" w14:textId="77777777" w:rsidR="00AE08AB" w:rsidRDefault="00AA2D9E">
      <w:pPr>
        <w:pStyle w:val="Heading2"/>
      </w:pPr>
      <w:r>
        <w:lastRenderedPageBreak/>
        <w:t>DAY 15</w:t>
      </w:r>
    </w:p>
    <w:p w14:paraId="6C0178C2" w14:textId="77777777" w:rsidR="00AE08AB" w:rsidRDefault="00AA2D9E">
      <w:pPr>
        <w:pStyle w:val="Heading1"/>
      </w:pPr>
      <w:r>
        <w:t>The Courage to Ask for Help</w:t>
      </w:r>
    </w:p>
    <w:p w14:paraId="0F829793" w14:textId="77777777" w:rsidR="00AE08AB" w:rsidRDefault="00AA2D9E">
      <w:r>
        <w:rPr>
          <w:b/>
          <w:color w:val="B08D3A"/>
        </w:rPr>
        <w:t xml:space="preserve">SCRIPTURE ANCHOR  </w:t>
      </w:r>
      <w:r>
        <w:t>Galatians 6:2</w:t>
      </w:r>
    </w:p>
    <w:p w14:paraId="1FFDA7DD" w14:textId="77777777" w:rsidR="00AE08AB" w:rsidRDefault="00AA2D9E">
      <w:pPr>
        <w:pStyle w:val="Heading2"/>
      </w:pPr>
      <w:r>
        <w:t>Pause</w:t>
      </w:r>
    </w:p>
    <w:p w14:paraId="611D8B5F" w14:textId="77777777" w:rsidR="00AE08AB" w:rsidRDefault="00AA2D9E">
      <w:r>
        <w:t>Take three slow breaths. Let your body become still. You do not have to solve anything before you pray.</w:t>
      </w:r>
    </w:p>
    <w:p w14:paraId="45789D4B" w14:textId="77777777" w:rsidR="00AE08AB" w:rsidRDefault="00AA2D9E">
      <w:pPr>
        <w:pStyle w:val="Heading2"/>
      </w:pPr>
      <w:r>
        <w:t>Guided Prayer</w:t>
      </w:r>
    </w:p>
    <w:p w14:paraId="3F3721A9" w14:textId="77777777" w:rsidR="00AE08AB" w:rsidRDefault="00AA2D9E">
      <w:r>
        <w:t>Father, I bring You the reality of the courage to ask for help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w:t>
      </w:r>
      <w:r>
        <w:t>ns remain unanswered. In Jesus' name, Amen.</w:t>
      </w:r>
    </w:p>
    <w:p w14:paraId="41131AF3" w14:textId="77777777" w:rsidR="00AE08AB" w:rsidRDefault="00AA2D9E">
      <w:pPr>
        <w:pStyle w:val="Heading2"/>
      </w:pPr>
      <w:r>
        <w:t>Release</w:t>
      </w:r>
    </w:p>
    <w:p w14:paraId="14FDABDB" w14:textId="77777777" w:rsidR="00AE08AB" w:rsidRDefault="00AA2D9E">
      <w:r>
        <w:t>Complete this sentence slowly: “Father, today I place into Your hands…”</w:t>
      </w:r>
    </w:p>
    <w:p w14:paraId="62B6A049" w14:textId="77777777" w:rsidR="00AE08AB" w:rsidRDefault="00AA2D9E">
      <w:pPr>
        <w:spacing w:after="60"/>
      </w:pPr>
      <w:r>
        <w:rPr>
          <w:color w:val="B9B9B9"/>
          <w:sz w:val="16"/>
        </w:rPr>
        <w:t>________________________________________________________</w:t>
      </w:r>
    </w:p>
    <w:p w14:paraId="13300569" w14:textId="77777777" w:rsidR="00AE08AB" w:rsidRDefault="00AA2D9E">
      <w:pPr>
        <w:spacing w:after="60"/>
      </w:pPr>
      <w:r>
        <w:rPr>
          <w:color w:val="B9B9B9"/>
          <w:sz w:val="16"/>
        </w:rPr>
        <w:t>________________________________________________________</w:t>
      </w:r>
    </w:p>
    <w:p w14:paraId="344C4E68" w14:textId="77777777" w:rsidR="00AE08AB" w:rsidRDefault="00AA2D9E">
      <w:pPr>
        <w:pStyle w:val="Heading2"/>
      </w:pPr>
      <w:r>
        <w:t>Listen</w:t>
      </w:r>
    </w:p>
    <w:p w14:paraId="6E68CDA3" w14:textId="77777777" w:rsidR="00AE08AB" w:rsidRDefault="00AA2D9E">
      <w:r>
        <w:t>Remain quiet for a moment. What truth, Scripture, conviction, or gentle reminder is rising?</w:t>
      </w:r>
    </w:p>
    <w:p w14:paraId="45A5C898" w14:textId="77777777" w:rsidR="00AE08AB" w:rsidRDefault="00AA2D9E">
      <w:pPr>
        <w:spacing w:after="60"/>
      </w:pPr>
      <w:r>
        <w:rPr>
          <w:color w:val="B9B9B9"/>
          <w:sz w:val="16"/>
        </w:rPr>
        <w:t>________________________________________________________</w:t>
      </w:r>
    </w:p>
    <w:p w14:paraId="040D5C18" w14:textId="77777777" w:rsidR="00AE08AB" w:rsidRDefault="00AA2D9E">
      <w:pPr>
        <w:spacing w:after="60"/>
      </w:pPr>
      <w:r>
        <w:rPr>
          <w:color w:val="B9B9B9"/>
          <w:sz w:val="16"/>
        </w:rPr>
        <w:t>________________________________________________________</w:t>
      </w:r>
    </w:p>
    <w:p w14:paraId="0F92B547" w14:textId="77777777" w:rsidR="00AE08AB" w:rsidRDefault="00AA2D9E">
      <w:pPr>
        <w:pStyle w:val="Heading2"/>
      </w:pPr>
      <w:r>
        <w:t>My Unfiltered Prayer</w:t>
      </w:r>
    </w:p>
    <w:p w14:paraId="0A410CE2" w14:textId="77777777" w:rsidR="00AE08AB" w:rsidRDefault="00AA2D9E">
      <w:r>
        <w:t>God, as I sit with the courage to ask for help, what I most need to tell You honestly is…</w:t>
      </w:r>
    </w:p>
    <w:p w14:paraId="7C97F464" w14:textId="77777777" w:rsidR="00AE08AB" w:rsidRDefault="00AA2D9E">
      <w:pPr>
        <w:spacing w:after="60"/>
      </w:pPr>
      <w:r>
        <w:rPr>
          <w:color w:val="B9B9B9"/>
          <w:sz w:val="16"/>
        </w:rPr>
        <w:t>________________________________________________________</w:t>
      </w:r>
    </w:p>
    <w:p w14:paraId="6C87ACAB" w14:textId="77777777" w:rsidR="00AE08AB" w:rsidRDefault="00AA2D9E">
      <w:pPr>
        <w:spacing w:after="60"/>
      </w:pPr>
      <w:r>
        <w:rPr>
          <w:color w:val="B9B9B9"/>
          <w:sz w:val="16"/>
        </w:rPr>
        <w:t>________________________________________________________</w:t>
      </w:r>
    </w:p>
    <w:p w14:paraId="2BF7FE34" w14:textId="77777777" w:rsidR="00AE08AB" w:rsidRDefault="00AA2D9E">
      <w:pPr>
        <w:spacing w:after="60"/>
      </w:pPr>
      <w:r>
        <w:rPr>
          <w:color w:val="B9B9B9"/>
          <w:sz w:val="16"/>
        </w:rPr>
        <w:t>________________________________________________________</w:t>
      </w:r>
    </w:p>
    <w:p w14:paraId="63DFE1E3" w14:textId="77777777" w:rsidR="00AE08AB" w:rsidRDefault="00AA2D9E">
      <w:pPr>
        <w:spacing w:after="60"/>
      </w:pPr>
      <w:r>
        <w:rPr>
          <w:color w:val="B9B9B9"/>
          <w:sz w:val="16"/>
        </w:rPr>
        <w:t>________________________________________________________</w:t>
      </w:r>
    </w:p>
    <w:p w14:paraId="1EE9A8DE" w14:textId="77777777" w:rsidR="00AE08AB" w:rsidRDefault="00AA2D9E">
      <w:pPr>
        <w:spacing w:after="60"/>
      </w:pPr>
      <w:r>
        <w:rPr>
          <w:color w:val="B9B9B9"/>
          <w:sz w:val="16"/>
        </w:rPr>
        <w:lastRenderedPageBreak/>
        <w:t>________________________________________________________</w:t>
      </w:r>
    </w:p>
    <w:p w14:paraId="0500199B" w14:textId="77777777" w:rsidR="00AE08AB" w:rsidRDefault="00AA2D9E">
      <w:pPr>
        <w:spacing w:after="60"/>
      </w:pPr>
      <w:r>
        <w:rPr>
          <w:color w:val="B9B9B9"/>
          <w:sz w:val="16"/>
        </w:rPr>
        <w:t>________________________________________________________</w:t>
      </w:r>
    </w:p>
    <w:p w14:paraId="6FE2F153" w14:textId="77777777" w:rsidR="00AE08AB" w:rsidRDefault="00AA2D9E">
      <w:pPr>
        <w:spacing w:after="60"/>
      </w:pPr>
      <w:r>
        <w:rPr>
          <w:color w:val="B9B9B9"/>
          <w:sz w:val="16"/>
        </w:rPr>
        <w:t>________________________________________________________</w:t>
      </w:r>
    </w:p>
    <w:p w14:paraId="7050E8D2" w14:textId="77777777" w:rsidR="00AE08AB" w:rsidRDefault="00AA2D9E">
      <w:r>
        <w:br w:type="page"/>
      </w:r>
    </w:p>
    <w:p w14:paraId="6B00C13D" w14:textId="77777777" w:rsidR="00AE08AB" w:rsidRDefault="00AA2D9E">
      <w:pPr>
        <w:pStyle w:val="Heading2"/>
      </w:pPr>
      <w:r>
        <w:lastRenderedPageBreak/>
        <w:t>DAY 16</w:t>
      </w:r>
    </w:p>
    <w:p w14:paraId="1702323B" w14:textId="77777777" w:rsidR="00AE08AB" w:rsidRDefault="00AA2D9E">
      <w:pPr>
        <w:pStyle w:val="Heading1"/>
      </w:pPr>
      <w:r>
        <w:t>When Faith Feels Tired</w:t>
      </w:r>
    </w:p>
    <w:p w14:paraId="4A4DB8A8" w14:textId="77777777" w:rsidR="00AE08AB" w:rsidRDefault="00AA2D9E">
      <w:r>
        <w:rPr>
          <w:b/>
          <w:color w:val="B08D3A"/>
        </w:rPr>
        <w:t xml:space="preserve">SCRIPTURE ANCHOR  </w:t>
      </w:r>
      <w:r>
        <w:t>Isaiah 40:29</w:t>
      </w:r>
    </w:p>
    <w:p w14:paraId="22B1D9DA" w14:textId="77777777" w:rsidR="00AE08AB" w:rsidRDefault="00AA2D9E">
      <w:pPr>
        <w:pStyle w:val="Heading2"/>
      </w:pPr>
      <w:r>
        <w:t>Pause</w:t>
      </w:r>
    </w:p>
    <w:p w14:paraId="1BFF4B5A" w14:textId="77777777" w:rsidR="00AE08AB" w:rsidRDefault="00AA2D9E">
      <w:r>
        <w:t>Take three slow breaths. Let your body become still. You do not have to solve anything before you pray.</w:t>
      </w:r>
    </w:p>
    <w:p w14:paraId="2BFA764A" w14:textId="77777777" w:rsidR="00AE08AB" w:rsidRDefault="00AA2D9E">
      <w:pPr>
        <w:pStyle w:val="Heading2"/>
      </w:pPr>
      <w:r>
        <w:t>Guided Prayer</w:t>
      </w:r>
    </w:p>
    <w:p w14:paraId="4298D05F" w14:textId="77777777" w:rsidR="00AE08AB" w:rsidRDefault="00AA2D9E">
      <w:r>
        <w:t>Father, I bring You the reality of when faith feels tired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w:t>
      </w:r>
      <w:r>
        <w:t>main unanswered. In Jesus' name, Amen.</w:t>
      </w:r>
    </w:p>
    <w:p w14:paraId="7B7E9E08" w14:textId="77777777" w:rsidR="00AE08AB" w:rsidRDefault="00AA2D9E">
      <w:pPr>
        <w:pStyle w:val="Heading2"/>
      </w:pPr>
      <w:r>
        <w:t>Release</w:t>
      </w:r>
    </w:p>
    <w:p w14:paraId="43818AB9" w14:textId="77777777" w:rsidR="00AE08AB" w:rsidRDefault="00AA2D9E">
      <w:r>
        <w:t>Complete this sentence slowly: “Father, today I place into Your hands…”</w:t>
      </w:r>
    </w:p>
    <w:p w14:paraId="5BB3B1BF" w14:textId="77777777" w:rsidR="00AE08AB" w:rsidRDefault="00AA2D9E">
      <w:pPr>
        <w:spacing w:after="60"/>
      </w:pPr>
      <w:r>
        <w:rPr>
          <w:color w:val="B9B9B9"/>
          <w:sz w:val="16"/>
        </w:rPr>
        <w:t>________________________________________________________</w:t>
      </w:r>
    </w:p>
    <w:p w14:paraId="17B6E4B9" w14:textId="77777777" w:rsidR="00AE08AB" w:rsidRDefault="00AA2D9E">
      <w:pPr>
        <w:spacing w:after="60"/>
      </w:pPr>
      <w:r>
        <w:rPr>
          <w:color w:val="B9B9B9"/>
          <w:sz w:val="16"/>
        </w:rPr>
        <w:t>________________________________________________________</w:t>
      </w:r>
    </w:p>
    <w:p w14:paraId="5E715C1B" w14:textId="77777777" w:rsidR="00AE08AB" w:rsidRDefault="00AA2D9E">
      <w:pPr>
        <w:pStyle w:val="Heading2"/>
      </w:pPr>
      <w:r>
        <w:t>Listen</w:t>
      </w:r>
    </w:p>
    <w:p w14:paraId="3DE75BEA" w14:textId="77777777" w:rsidR="00AE08AB" w:rsidRDefault="00AA2D9E">
      <w:r>
        <w:t>Remain quiet for a moment. What truth, Scripture, conviction, or gentle reminder is rising?</w:t>
      </w:r>
    </w:p>
    <w:p w14:paraId="6FBDED42" w14:textId="77777777" w:rsidR="00AE08AB" w:rsidRDefault="00AA2D9E">
      <w:pPr>
        <w:spacing w:after="60"/>
      </w:pPr>
      <w:r>
        <w:rPr>
          <w:color w:val="B9B9B9"/>
          <w:sz w:val="16"/>
        </w:rPr>
        <w:t>________________________________________________________</w:t>
      </w:r>
    </w:p>
    <w:p w14:paraId="6443E13B" w14:textId="77777777" w:rsidR="00AE08AB" w:rsidRDefault="00AA2D9E">
      <w:pPr>
        <w:spacing w:after="60"/>
      </w:pPr>
      <w:r>
        <w:rPr>
          <w:color w:val="B9B9B9"/>
          <w:sz w:val="16"/>
        </w:rPr>
        <w:t>________________________________________________________</w:t>
      </w:r>
    </w:p>
    <w:p w14:paraId="1B246FC6" w14:textId="77777777" w:rsidR="00AE08AB" w:rsidRDefault="00AA2D9E">
      <w:pPr>
        <w:pStyle w:val="Heading2"/>
      </w:pPr>
      <w:r>
        <w:t>My Unfiltered Prayer</w:t>
      </w:r>
    </w:p>
    <w:p w14:paraId="5FE0C283" w14:textId="77777777" w:rsidR="00AE08AB" w:rsidRDefault="00AA2D9E">
      <w:r>
        <w:t>God, as I sit with when faith feels tired, what I most need to tell You honestly is…</w:t>
      </w:r>
    </w:p>
    <w:p w14:paraId="4C9315A6" w14:textId="77777777" w:rsidR="00AE08AB" w:rsidRDefault="00AA2D9E">
      <w:pPr>
        <w:spacing w:after="60"/>
      </w:pPr>
      <w:r>
        <w:rPr>
          <w:color w:val="B9B9B9"/>
          <w:sz w:val="16"/>
        </w:rPr>
        <w:t>________________________________________________________</w:t>
      </w:r>
    </w:p>
    <w:p w14:paraId="41B25706" w14:textId="77777777" w:rsidR="00AE08AB" w:rsidRDefault="00AA2D9E">
      <w:pPr>
        <w:spacing w:after="60"/>
      </w:pPr>
      <w:r>
        <w:rPr>
          <w:color w:val="B9B9B9"/>
          <w:sz w:val="16"/>
        </w:rPr>
        <w:t>________________________________________________________</w:t>
      </w:r>
    </w:p>
    <w:p w14:paraId="71C15339" w14:textId="77777777" w:rsidR="00AE08AB" w:rsidRDefault="00AA2D9E">
      <w:pPr>
        <w:spacing w:after="60"/>
      </w:pPr>
      <w:r>
        <w:rPr>
          <w:color w:val="B9B9B9"/>
          <w:sz w:val="16"/>
        </w:rPr>
        <w:t>________________________________________________________</w:t>
      </w:r>
    </w:p>
    <w:p w14:paraId="20A2ADF1" w14:textId="77777777" w:rsidR="00AE08AB" w:rsidRDefault="00AA2D9E">
      <w:pPr>
        <w:spacing w:after="60"/>
      </w:pPr>
      <w:r>
        <w:rPr>
          <w:color w:val="B9B9B9"/>
          <w:sz w:val="16"/>
        </w:rPr>
        <w:t>________________________________________________________</w:t>
      </w:r>
    </w:p>
    <w:p w14:paraId="1BF7B053" w14:textId="77777777" w:rsidR="00AE08AB" w:rsidRDefault="00AA2D9E">
      <w:pPr>
        <w:spacing w:after="60"/>
      </w:pPr>
      <w:r>
        <w:rPr>
          <w:color w:val="B9B9B9"/>
          <w:sz w:val="16"/>
        </w:rPr>
        <w:lastRenderedPageBreak/>
        <w:t>________________________________________________________</w:t>
      </w:r>
    </w:p>
    <w:p w14:paraId="0834155B" w14:textId="77777777" w:rsidR="00AE08AB" w:rsidRDefault="00AA2D9E">
      <w:pPr>
        <w:spacing w:after="60"/>
      </w:pPr>
      <w:r>
        <w:rPr>
          <w:color w:val="B9B9B9"/>
          <w:sz w:val="16"/>
        </w:rPr>
        <w:t>________________________________________________________</w:t>
      </w:r>
    </w:p>
    <w:p w14:paraId="5123F62F" w14:textId="77777777" w:rsidR="00AE08AB" w:rsidRDefault="00AA2D9E">
      <w:pPr>
        <w:spacing w:after="60"/>
      </w:pPr>
      <w:r>
        <w:rPr>
          <w:color w:val="B9B9B9"/>
          <w:sz w:val="16"/>
        </w:rPr>
        <w:t>________________________________________________________</w:t>
      </w:r>
    </w:p>
    <w:p w14:paraId="6BA856C4" w14:textId="77777777" w:rsidR="00AE08AB" w:rsidRDefault="00AA2D9E">
      <w:r>
        <w:br w:type="page"/>
      </w:r>
    </w:p>
    <w:p w14:paraId="34159A69" w14:textId="77777777" w:rsidR="00AE08AB" w:rsidRDefault="00AA2D9E">
      <w:pPr>
        <w:pStyle w:val="Heading2"/>
      </w:pPr>
      <w:r>
        <w:lastRenderedPageBreak/>
        <w:t>DAY 17</w:t>
      </w:r>
    </w:p>
    <w:p w14:paraId="3BD175B4" w14:textId="77777777" w:rsidR="00AE08AB" w:rsidRDefault="00AA2D9E">
      <w:pPr>
        <w:pStyle w:val="Heading1"/>
      </w:pPr>
      <w:r>
        <w:t>Lament Is Still Faith</w:t>
      </w:r>
    </w:p>
    <w:p w14:paraId="6D9D3FC6" w14:textId="77777777" w:rsidR="00AE08AB" w:rsidRDefault="00AA2D9E">
      <w:r>
        <w:rPr>
          <w:b/>
          <w:color w:val="B08D3A"/>
        </w:rPr>
        <w:t xml:space="preserve">SCRIPTURE ANCHOR  </w:t>
      </w:r>
      <w:r>
        <w:t>Psalm 13</w:t>
      </w:r>
    </w:p>
    <w:p w14:paraId="44A47069" w14:textId="77777777" w:rsidR="00AE08AB" w:rsidRDefault="00AA2D9E">
      <w:pPr>
        <w:pStyle w:val="Heading2"/>
      </w:pPr>
      <w:r>
        <w:t>Pause</w:t>
      </w:r>
    </w:p>
    <w:p w14:paraId="7379521E" w14:textId="77777777" w:rsidR="00AE08AB" w:rsidRDefault="00AA2D9E">
      <w:r>
        <w:t>Take three slow breaths. Let your body become still. You do not have to solve anything before you pray.</w:t>
      </w:r>
    </w:p>
    <w:p w14:paraId="10505145" w14:textId="77777777" w:rsidR="00AE08AB" w:rsidRDefault="00AA2D9E">
      <w:pPr>
        <w:pStyle w:val="Heading2"/>
      </w:pPr>
      <w:r>
        <w:t>Guided Prayer</w:t>
      </w:r>
    </w:p>
    <w:p w14:paraId="744A8E05" w14:textId="77777777" w:rsidR="00AE08AB" w:rsidRDefault="00AA2D9E">
      <w:r>
        <w:t>Father, I bring You the reality of lament is still faith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w:t>
      </w:r>
      <w:r>
        <w:t>ain unanswered. In Jesus' name, Amen.</w:t>
      </w:r>
    </w:p>
    <w:p w14:paraId="6B373A5E" w14:textId="77777777" w:rsidR="00AE08AB" w:rsidRDefault="00AA2D9E">
      <w:pPr>
        <w:pStyle w:val="Heading2"/>
      </w:pPr>
      <w:r>
        <w:t>Release</w:t>
      </w:r>
    </w:p>
    <w:p w14:paraId="40C71F5C" w14:textId="77777777" w:rsidR="00AE08AB" w:rsidRDefault="00AA2D9E">
      <w:r>
        <w:t>Complete this sentence slowly: “Father, today I place into Your hands…”</w:t>
      </w:r>
    </w:p>
    <w:p w14:paraId="320AE5F6" w14:textId="77777777" w:rsidR="00AE08AB" w:rsidRDefault="00AA2D9E">
      <w:pPr>
        <w:spacing w:after="60"/>
      </w:pPr>
      <w:r>
        <w:rPr>
          <w:color w:val="B9B9B9"/>
          <w:sz w:val="16"/>
        </w:rPr>
        <w:t>________________________________________________________</w:t>
      </w:r>
    </w:p>
    <w:p w14:paraId="6724EA87" w14:textId="77777777" w:rsidR="00AE08AB" w:rsidRDefault="00AA2D9E">
      <w:pPr>
        <w:spacing w:after="60"/>
      </w:pPr>
      <w:r>
        <w:rPr>
          <w:color w:val="B9B9B9"/>
          <w:sz w:val="16"/>
        </w:rPr>
        <w:t>________________________________________________________</w:t>
      </w:r>
    </w:p>
    <w:p w14:paraId="0E4626EC" w14:textId="77777777" w:rsidR="00AE08AB" w:rsidRDefault="00AA2D9E">
      <w:pPr>
        <w:pStyle w:val="Heading2"/>
      </w:pPr>
      <w:r>
        <w:t>Listen</w:t>
      </w:r>
    </w:p>
    <w:p w14:paraId="344FD219" w14:textId="77777777" w:rsidR="00AE08AB" w:rsidRDefault="00AA2D9E">
      <w:r>
        <w:t>Remain quiet for a moment. What truth, Scripture, conviction, or gentle reminder is rising?</w:t>
      </w:r>
    </w:p>
    <w:p w14:paraId="753BE2EB" w14:textId="77777777" w:rsidR="00AE08AB" w:rsidRDefault="00AA2D9E">
      <w:pPr>
        <w:spacing w:after="60"/>
      </w:pPr>
      <w:r>
        <w:rPr>
          <w:color w:val="B9B9B9"/>
          <w:sz w:val="16"/>
        </w:rPr>
        <w:t>________________________________________________________</w:t>
      </w:r>
    </w:p>
    <w:p w14:paraId="157D4969" w14:textId="77777777" w:rsidR="00AE08AB" w:rsidRDefault="00AA2D9E">
      <w:pPr>
        <w:spacing w:after="60"/>
      </w:pPr>
      <w:r>
        <w:rPr>
          <w:color w:val="B9B9B9"/>
          <w:sz w:val="16"/>
        </w:rPr>
        <w:t>________________________________________________________</w:t>
      </w:r>
    </w:p>
    <w:p w14:paraId="0275F453" w14:textId="77777777" w:rsidR="00AE08AB" w:rsidRDefault="00AA2D9E">
      <w:pPr>
        <w:pStyle w:val="Heading2"/>
      </w:pPr>
      <w:r>
        <w:t>My Unfiltered Prayer</w:t>
      </w:r>
    </w:p>
    <w:p w14:paraId="022AC9F4" w14:textId="77777777" w:rsidR="00AE08AB" w:rsidRDefault="00AA2D9E">
      <w:r>
        <w:t>God, as I sit with lament is still faith, what I most need to tell You honestly is…</w:t>
      </w:r>
    </w:p>
    <w:p w14:paraId="3E925927" w14:textId="77777777" w:rsidR="00AE08AB" w:rsidRDefault="00AA2D9E">
      <w:pPr>
        <w:spacing w:after="60"/>
      </w:pPr>
      <w:r>
        <w:rPr>
          <w:color w:val="B9B9B9"/>
          <w:sz w:val="16"/>
        </w:rPr>
        <w:t>________________________________________________________</w:t>
      </w:r>
    </w:p>
    <w:p w14:paraId="0F7310E5" w14:textId="77777777" w:rsidR="00AE08AB" w:rsidRDefault="00AA2D9E">
      <w:pPr>
        <w:spacing w:after="60"/>
      </w:pPr>
      <w:r>
        <w:rPr>
          <w:color w:val="B9B9B9"/>
          <w:sz w:val="16"/>
        </w:rPr>
        <w:t>________________________________________________________</w:t>
      </w:r>
    </w:p>
    <w:p w14:paraId="4C5BEA52" w14:textId="77777777" w:rsidR="00AE08AB" w:rsidRDefault="00AA2D9E">
      <w:pPr>
        <w:spacing w:after="60"/>
      </w:pPr>
      <w:r>
        <w:rPr>
          <w:color w:val="B9B9B9"/>
          <w:sz w:val="16"/>
        </w:rPr>
        <w:t>________________________________________________________</w:t>
      </w:r>
    </w:p>
    <w:p w14:paraId="7D39306A" w14:textId="77777777" w:rsidR="00AE08AB" w:rsidRDefault="00AA2D9E">
      <w:pPr>
        <w:spacing w:after="60"/>
      </w:pPr>
      <w:r>
        <w:rPr>
          <w:color w:val="B9B9B9"/>
          <w:sz w:val="16"/>
        </w:rPr>
        <w:t>________________________________________________________</w:t>
      </w:r>
    </w:p>
    <w:p w14:paraId="1603508A" w14:textId="77777777" w:rsidR="00AE08AB" w:rsidRDefault="00AA2D9E">
      <w:pPr>
        <w:spacing w:after="60"/>
      </w:pPr>
      <w:r>
        <w:rPr>
          <w:color w:val="B9B9B9"/>
          <w:sz w:val="16"/>
        </w:rPr>
        <w:t>________________________________________________________</w:t>
      </w:r>
    </w:p>
    <w:p w14:paraId="183585B1" w14:textId="77777777" w:rsidR="00AE08AB" w:rsidRDefault="00AA2D9E">
      <w:pPr>
        <w:spacing w:after="60"/>
      </w:pPr>
      <w:r>
        <w:rPr>
          <w:color w:val="B9B9B9"/>
          <w:sz w:val="16"/>
        </w:rPr>
        <w:lastRenderedPageBreak/>
        <w:t>________________________________________________________</w:t>
      </w:r>
    </w:p>
    <w:p w14:paraId="58569CAF" w14:textId="77777777" w:rsidR="00AE08AB" w:rsidRDefault="00AA2D9E">
      <w:pPr>
        <w:spacing w:after="60"/>
      </w:pPr>
      <w:r>
        <w:rPr>
          <w:color w:val="B9B9B9"/>
          <w:sz w:val="16"/>
        </w:rPr>
        <w:t>________________________________________________________</w:t>
      </w:r>
    </w:p>
    <w:p w14:paraId="0DC5C70F" w14:textId="77777777" w:rsidR="00AE08AB" w:rsidRDefault="00AA2D9E">
      <w:r>
        <w:br w:type="page"/>
      </w:r>
    </w:p>
    <w:p w14:paraId="777249FC" w14:textId="77777777" w:rsidR="00AE08AB" w:rsidRDefault="00AA2D9E">
      <w:pPr>
        <w:pStyle w:val="Heading2"/>
      </w:pPr>
      <w:r>
        <w:lastRenderedPageBreak/>
        <w:t>DAY 18</w:t>
      </w:r>
    </w:p>
    <w:p w14:paraId="768D49F2" w14:textId="77777777" w:rsidR="00AE08AB" w:rsidRDefault="00AA2D9E">
      <w:pPr>
        <w:pStyle w:val="Heading1"/>
      </w:pPr>
      <w:r>
        <w:t>Making Room for Grief</w:t>
      </w:r>
    </w:p>
    <w:p w14:paraId="255ABD6E" w14:textId="77777777" w:rsidR="00AE08AB" w:rsidRDefault="00AA2D9E">
      <w:r>
        <w:rPr>
          <w:b/>
          <w:color w:val="B08D3A"/>
        </w:rPr>
        <w:t xml:space="preserve">SCRIPTURE ANCHOR  </w:t>
      </w:r>
      <w:r>
        <w:t>Ecclesiastes 3:4</w:t>
      </w:r>
    </w:p>
    <w:p w14:paraId="2521E9D2" w14:textId="77777777" w:rsidR="00AE08AB" w:rsidRDefault="00AA2D9E">
      <w:pPr>
        <w:pStyle w:val="Heading2"/>
      </w:pPr>
      <w:r>
        <w:t>Pause</w:t>
      </w:r>
    </w:p>
    <w:p w14:paraId="2113F45C" w14:textId="77777777" w:rsidR="00AE08AB" w:rsidRDefault="00AA2D9E">
      <w:r>
        <w:t>Take three slow breaths. Let your body become still. You do not have to solve anything before you pray.</w:t>
      </w:r>
    </w:p>
    <w:p w14:paraId="15922373" w14:textId="77777777" w:rsidR="00AE08AB" w:rsidRDefault="00AA2D9E">
      <w:pPr>
        <w:pStyle w:val="Heading2"/>
      </w:pPr>
      <w:r>
        <w:t>Guided Prayer</w:t>
      </w:r>
    </w:p>
    <w:p w14:paraId="2266A4D5" w14:textId="77777777" w:rsidR="00AE08AB" w:rsidRDefault="00AA2D9E">
      <w:r>
        <w:t>Father, I bring You the reality of making room for grief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w:t>
      </w:r>
      <w:r>
        <w:t>ain unanswered. In Jesus' name, Amen.</w:t>
      </w:r>
    </w:p>
    <w:p w14:paraId="56CE3FBE" w14:textId="77777777" w:rsidR="00AE08AB" w:rsidRDefault="00AA2D9E">
      <w:pPr>
        <w:pStyle w:val="Heading2"/>
      </w:pPr>
      <w:r>
        <w:t>Release</w:t>
      </w:r>
    </w:p>
    <w:p w14:paraId="417036FD" w14:textId="77777777" w:rsidR="00AE08AB" w:rsidRDefault="00AA2D9E">
      <w:r>
        <w:t>Complete this sentence slowly: “Father, today I place into Your hands…”</w:t>
      </w:r>
    </w:p>
    <w:p w14:paraId="08FA4F05" w14:textId="77777777" w:rsidR="00AE08AB" w:rsidRDefault="00AA2D9E">
      <w:pPr>
        <w:spacing w:after="60"/>
      </w:pPr>
      <w:r>
        <w:rPr>
          <w:color w:val="B9B9B9"/>
          <w:sz w:val="16"/>
        </w:rPr>
        <w:t>________________________________________________________</w:t>
      </w:r>
    </w:p>
    <w:p w14:paraId="05B634C2" w14:textId="77777777" w:rsidR="00AE08AB" w:rsidRDefault="00AA2D9E">
      <w:pPr>
        <w:spacing w:after="60"/>
      </w:pPr>
      <w:r>
        <w:rPr>
          <w:color w:val="B9B9B9"/>
          <w:sz w:val="16"/>
        </w:rPr>
        <w:t>________________________________________________________</w:t>
      </w:r>
    </w:p>
    <w:p w14:paraId="3A12A3F5" w14:textId="77777777" w:rsidR="00AE08AB" w:rsidRDefault="00AA2D9E">
      <w:pPr>
        <w:pStyle w:val="Heading2"/>
      </w:pPr>
      <w:r>
        <w:t>Listen</w:t>
      </w:r>
    </w:p>
    <w:p w14:paraId="7828D1A8" w14:textId="77777777" w:rsidR="00AE08AB" w:rsidRDefault="00AA2D9E">
      <w:r>
        <w:t>Remain quiet for a moment. What truth, Scripture, conviction, or gentle reminder is rising?</w:t>
      </w:r>
    </w:p>
    <w:p w14:paraId="51000A33" w14:textId="77777777" w:rsidR="00AE08AB" w:rsidRDefault="00AA2D9E">
      <w:pPr>
        <w:spacing w:after="60"/>
      </w:pPr>
      <w:r>
        <w:rPr>
          <w:color w:val="B9B9B9"/>
          <w:sz w:val="16"/>
        </w:rPr>
        <w:t>________________________________________________________</w:t>
      </w:r>
    </w:p>
    <w:p w14:paraId="09941D39" w14:textId="77777777" w:rsidR="00AE08AB" w:rsidRDefault="00AA2D9E">
      <w:pPr>
        <w:spacing w:after="60"/>
      </w:pPr>
      <w:r>
        <w:rPr>
          <w:color w:val="B9B9B9"/>
          <w:sz w:val="16"/>
        </w:rPr>
        <w:t>________________________________________________________</w:t>
      </w:r>
    </w:p>
    <w:p w14:paraId="1231CD41" w14:textId="77777777" w:rsidR="00AE08AB" w:rsidRDefault="00AA2D9E">
      <w:pPr>
        <w:pStyle w:val="Heading2"/>
      </w:pPr>
      <w:r>
        <w:t>My Unfiltered Prayer</w:t>
      </w:r>
    </w:p>
    <w:p w14:paraId="1B9BFD46" w14:textId="77777777" w:rsidR="00AE08AB" w:rsidRDefault="00AA2D9E">
      <w:r>
        <w:t>God, as I sit with making room for grief, what I most need to tell You honestly is…</w:t>
      </w:r>
    </w:p>
    <w:p w14:paraId="4A5024EB" w14:textId="77777777" w:rsidR="00AE08AB" w:rsidRDefault="00AA2D9E">
      <w:pPr>
        <w:spacing w:after="60"/>
      </w:pPr>
      <w:r>
        <w:rPr>
          <w:color w:val="B9B9B9"/>
          <w:sz w:val="16"/>
        </w:rPr>
        <w:t>________________________________________________________</w:t>
      </w:r>
    </w:p>
    <w:p w14:paraId="7FA537F0" w14:textId="77777777" w:rsidR="00AE08AB" w:rsidRDefault="00AA2D9E">
      <w:pPr>
        <w:spacing w:after="60"/>
      </w:pPr>
      <w:r>
        <w:rPr>
          <w:color w:val="B9B9B9"/>
          <w:sz w:val="16"/>
        </w:rPr>
        <w:t>________________________________________________________</w:t>
      </w:r>
    </w:p>
    <w:p w14:paraId="005FF9F6" w14:textId="77777777" w:rsidR="00AE08AB" w:rsidRDefault="00AA2D9E">
      <w:pPr>
        <w:spacing w:after="60"/>
      </w:pPr>
      <w:r>
        <w:rPr>
          <w:color w:val="B9B9B9"/>
          <w:sz w:val="16"/>
        </w:rPr>
        <w:t>________________________________________________________</w:t>
      </w:r>
    </w:p>
    <w:p w14:paraId="7D050AEF" w14:textId="77777777" w:rsidR="00AE08AB" w:rsidRDefault="00AA2D9E">
      <w:pPr>
        <w:spacing w:after="60"/>
      </w:pPr>
      <w:r>
        <w:rPr>
          <w:color w:val="B9B9B9"/>
          <w:sz w:val="16"/>
        </w:rPr>
        <w:t>________________________________________________________</w:t>
      </w:r>
    </w:p>
    <w:p w14:paraId="45817859" w14:textId="77777777" w:rsidR="00AE08AB" w:rsidRDefault="00AA2D9E">
      <w:pPr>
        <w:spacing w:after="60"/>
      </w:pPr>
      <w:r>
        <w:rPr>
          <w:color w:val="B9B9B9"/>
          <w:sz w:val="16"/>
        </w:rPr>
        <w:lastRenderedPageBreak/>
        <w:t>________________________________________________________</w:t>
      </w:r>
    </w:p>
    <w:p w14:paraId="12F2CA6C" w14:textId="77777777" w:rsidR="00AE08AB" w:rsidRDefault="00AA2D9E">
      <w:pPr>
        <w:spacing w:after="60"/>
      </w:pPr>
      <w:r>
        <w:rPr>
          <w:color w:val="B9B9B9"/>
          <w:sz w:val="16"/>
        </w:rPr>
        <w:t>________________________________________________________</w:t>
      </w:r>
    </w:p>
    <w:p w14:paraId="074C4DC8" w14:textId="77777777" w:rsidR="00AE08AB" w:rsidRDefault="00AA2D9E">
      <w:pPr>
        <w:spacing w:after="60"/>
      </w:pPr>
      <w:r>
        <w:rPr>
          <w:color w:val="B9B9B9"/>
          <w:sz w:val="16"/>
        </w:rPr>
        <w:t>________________________________________________________</w:t>
      </w:r>
    </w:p>
    <w:p w14:paraId="15509C25" w14:textId="77777777" w:rsidR="00AE08AB" w:rsidRDefault="00AA2D9E">
      <w:r>
        <w:br w:type="page"/>
      </w:r>
    </w:p>
    <w:p w14:paraId="5082EA8B" w14:textId="77777777" w:rsidR="00AE08AB" w:rsidRDefault="00AA2D9E">
      <w:pPr>
        <w:pStyle w:val="Heading2"/>
      </w:pPr>
      <w:r>
        <w:lastRenderedPageBreak/>
        <w:t>DAY 19</w:t>
      </w:r>
    </w:p>
    <w:p w14:paraId="496CABB0" w14:textId="77777777" w:rsidR="00AE08AB" w:rsidRDefault="00AA2D9E">
      <w:pPr>
        <w:pStyle w:val="Heading1"/>
      </w:pPr>
      <w:r>
        <w:t>When God Seems Silent</w:t>
      </w:r>
    </w:p>
    <w:p w14:paraId="69036CEE" w14:textId="77777777" w:rsidR="00AE08AB" w:rsidRDefault="00AA2D9E">
      <w:r>
        <w:rPr>
          <w:b/>
          <w:color w:val="B08D3A"/>
        </w:rPr>
        <w:t xml:space="preserve">SCRIPTURE ANCHOR  </w:t>
      </w:r>
      <w:r>
        <w:t>Psalm 27:13-14</w:t>
      </w:r>
    </w:p>
    <w:p w14:paraId="4376D92D" w14:textId="77777777" w:rsidR="00AE08AB" w:rsidRDefault="00AA2D9E">
      <w:pPr>
        <w:pStyle w:val="Heading2"/>
      </w:pPr>
      <w:r>
        <w:t>Pause</w:t>
      </w:r>
    </w:p>
    <w:p w14:paraId="417670B5" w14:textId="77777777" w:rsidR="00AE08AB" w:rsidRDefault="00AA2D9E">
      <w:r>
        <w:t>Take three slow breaths. Let your body become still. You do not have to solve anything before you pray.</w:t>
      </w:r>
    </w:p>
    <w:p w14:paraId="77CEB607" w14:textId="77777777" w:rsidR="00AE08AB" w:rsidRDefault="00AA2D9E">
      <w:pPr>
        <w:pStyle w:val="Heading2"/>
      </w:pPr>
      <w:r>
        <w:t>Guided Prayer</w:t>
      </w:r>
    </w:p>
    <w:p w14:paraId="502A286C" w14:textId="77777777" w:rsidR="00AE08AB" w:rsidRDefault="00AA2D9E">
      <w:r>
        <w:t>Father, I bring You the reality of when god seems silent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w:t>
      </w:r>
      <w:r>
        <w:t>ain unanswered. In Jesus' name, Amen.</w:t>
      </w:r>
    </w:p>
    <w:p w14:paraId="7C5D9710" w14:textId="77777777" w:rsidR="00AE08AB" w:rsidRDefault="00AA2D9E">
      <w:pPr>
        <w:pStyle w:val="Heading2"/>
      </w:pPr>
      <w:r>
        <w:t>Release</w:t>
      </w:r>
    </w:p>
    <w:p w14:paraId="2D794D3B" w14:textId="77777777" w:rsidR="00AE08AB" w:rsidRDefault="00AA2D9E">
      <w:r>
        <w:t>Complete this sentence slowly: “Father, today I place into Your hands…”</w:t>
      </w:r>
    </w:p>
    <w:p w14:paraId="21949332" w14:textId="77777777" w:rsidR="00AE08AB" w:rsidRDefault="00AA2D9E">
      <w:pPr>
        <w:spacing w:after="60"/>
      </w:pPr>
      <w:r>
        <w:rPr>
          <w:color w:val="B9B9B9"/>
          <w:sz w:val="16"/>
        </w:rPr>
        <w:t>________________________________________________________</w:t>
      </w:r>
    </w:p>
    <w:p w14:paraId="5BDFB8EF" w14:textId="77777777" w:rsidR="00AE08AB" w:rsidRDefault="00AA2D9E">
      <w:pPr>
        <w:spacing w:after="60"/>
      </w:pPr>
      <w:r>
        <w:rPr>
          <w:color w:val="B9B9B9"/>
          <w:sz w:val="16"/>
        </w:rPr>
        <w:t>________________________________________________________</w:t>
      </w:r>
    </w:p>
    <w:p w14:paraId="30C68583" w14:textId="77777777" w:rsidR="00AE08AB" w:rsidRDefault="00AA2D9E">
      <w:pPr>
        <w:pStyle w:val="Heading2"/>
      </w:pPr>
      <w:r>
        <w:t>Listen</w:t>
      </w:r>
    </w:p>
    <w:p w14:paraId="4AFCC084" w14:textId="77777777" w:rsidR="00AE08AB" w:rsidRDefault="00AA2D9E">
      <w:r>
        <w:t>Remain quiet for a moment. What truth, Scripture, conviction, or gentle reminder is rising?</w:t>
      </w:r>
    </w:p>
    <w:p w14:paraId="5D725E32" w14:textId="77777777" w:rsidR="00AE08AB" w:rsidRDefault="00AA2D9E">
      <w:pPr>
        <w:spacing w:after="60"/>
      </w:pPr>
      <w:r>
        <w:rPr>
          <w:color w:val="B9B9B9"/>
          <w:sz w:val="16"/>
        </w:rPr>
        <w:t>________________________________________________________</w:t>
      </w:r>
    </w:p>
    <w:p w14:paraId="079480A1" w14:textId="77777777" w:rsidR="00AE08AB" w:rsidRDefault="00AA2D9E">
      <w:pPr>
        <w:spacing w:after="60"/>
      </w:pPr>
      <w:r>
        <w:rPr>
          <w:color w:val="B9B9B9"/>
          <w:sz w:val="16"/>
        </w:rPr>
        <w:t>________________________________________________________</w:t>
      </w:r>
    </w:p>
    <w:p w14:paraId="67175982" w14:textId="77777777" w:rsidR="00AE08AB" w:rsidRDefault="00AA2D9E">
      <w:pPr>
        <w:pStyle w:val="Heading2"/>
      </w:pPr>
      <w:r>
        <w:t>My Unfiltered Prayer</w:t>
      </w:r>
    </w:p>
    <w:p w14:paraId="05D1B2D6" w14:textId="77777777" w:rsidR="00AE08AB" w:rsidRDefault="00AA2D9E">
      <w:r>
        <w:t>God, as I sit with when god seems silent, what I most need to tell You honestly is…</w:t>
      </w:r>
    </w:p>
    <w:p w14:paraId="58C670B7" w14:textId="77777777" w:rsidR="00AE08AB" w:rsidRDefault="00AA2D9E">
      <w:pPr>
        <w:spacing w:after="60"/>
      </w:pPr>
      <w:r>
        <w:rPr>
          <w:color w:val="B9B9B9"/>
          <w:sz w:val="16"/>
        </w:rPr>
        <w:t>________________________________________________________</w:t>
      </w:r>
    </w:p>
    <w:p w14:paraId="4FDF066E" w14:textId="77777777" w:rsidR="00AE08AB" w:rsidRDefault="00AA2D9E">
      <w:pPr>
        <w:spacing w:after="60"/>
      </w:pPr>
      <w:r>
        <w:rPr>
          <w:color w:val="B9B9B9"/>
          <w:sz w:val="16"/>
        </w:rPr>
        <w:t>________________________________________________________</w:t>
      </w:r>
    </w:p>
    <w:p w14:paraId="3A067DA8" w14:textId="77777777" w:rsidR="00AE08AB" w:rsidRDefault="00AA2D9E">
      <w:pPr>
        <w:spacing w:after="60"/>
      </w:pPr>
      <w:r>
        <w:rPr>
          <w:color w:val="B9B9B9"/>
          <w:sz w:val="16"/>
        </w:rPr>
        <w:t>________________________________________________________</w:t>
      </w:r>
    </w:p>
    <w:p w14:paraId="260F6BC0" w14:textId="77777777" w:rsidR="00AE08AB" w:rsidRDefault="00AA2D9E">
      <w:pPr>
        <w:spacing w:after="60"/>
      </w:pPr>
      <w:r>
        <w:rPr>
          <w:color w:val="B9B9B9"/>
          <w:sz w:val="16"/>
        </w:rPr>
        <w:t>________________________________________________________</w:t>
      </w:r>
    </w:p>
    <w:p w14:paraId="38A576CC" w14:textId="77777777" w:rsidR="00AE08AB" w:rsidRDefault="00AA2D9E">
      <w:pPr>
        <w:spacing w:after="60"/>
      </w:pPr>
      <w:r>
        <w:rPr>
          <w:color w:val="B9B9B9"/>
          <w:sz w:val="16"/>
        </w:rPr>
        <w:lastRenderedPageBreak/>
        <w:t>________________________________________________________</w:t>
      </w:r>
    </w:p>
    <w:p w14:paraId="3ECB45FA" w14:textId="77777777" w:rsidR="00AE08AB" w:rsidRDefault="00AA2D9E">
      <w:pPr>
        <w:spacing w:after="60"/>
      </w:pPr>
      <w:r>
        <w:rPr>
          <w:color w:val="B9B9B9"/>
          <w:sz w:val="16"/>
        </w:rPr>
        <w:t>________________________________________________________</w:t>
      </w:r>
    </w:p>
    <w:p w14:paraId="174867CE" w14:textId="77777777" w:rsidR="00AE08AB" w:rsidRDefault="00AA2D9E">
      <w:pPr>
        <w:spacing w:after="60"/>
      </w:pPr>
      <w:r>
        <w:rPr>
          <w:color w:val="B9B9B9"/>
          <w:sz w:val="16"/>
        </w:rPr>
        <w:t>________________________________________________________</w:t>
      </w:r>
    </w:p>
    <w:p w14:paraId="4FC31776" w14:textId="77777777" w:rsidR="00AE08AB" w:rsidRDefault="00AA2D9E">
      <w:r>
        <w:br w:type="page"/>
      </w:r>
    </w:p>
    <w:p w14:paraId="0A67EA9A" w14:textId="77777777" w:rsidR="00AE08AB" w:rsidRDefault="00AA2D9E">
      <w:pPr>
        <w:pStyle w:val="Heading2"/>
      </w:pPr>
      <w:r>
        <w:lastRenderedPageBreak/>
        <w:t>DAY 20</w:t>
      </w:r>
    </w:p>
    <w:p w14:paraId="4F9FDC87" w14:textId="77777777" w:rsidR="00AE08AB" w:rsidRDefault="00AA2D9E">
      <w:pPr>
        <w:pStyle w:val="Heading1"/>
      </w:pPr>
      <w:r>
        <w:t>You Are More Than This Moment</w:t>
      </w:r>
    </w:p>
    <w:p w14:paraId="42DC04EE" w14:textId="77777777" w:rsidR="00AE08AB" w:rsidRDefault="00AA2D9E">
      <w:r>
        <w:rPr>
          <w:b/>
          <w:color w:val="B08D3A"/>
        </w:rPr>
        <w:t xml:space="preserve">SCRIPTURE ANCHOR  </w:t>
      </w:r>
      <w:r>
        <w:t>Romans 8:37</w:t>
      </w:r>
    </w:p>
    <w:p w14:paraId="0DB5E8CB" w14:textId="77777777" w:rsidR="00AE08AB" w:rsidRDefault="00AA2D9E">
      <w:pPr>
        <w:pStyle w:val="Heading2"/>
      </w:pPr>
      <w:r>
        <w:t>Pause</w:t>
      </w:r>
    </w:p>
    <w:p w14:paraId="16B06E6B" w14:textId="77777777" w:rsidR="00AE08AB" w:rsidRDefault="00AA2D9E">
      <w:r>
        <w:t>Take three slow breaths. Let your body become still. You do not have to solve anything before you pray.</w:t>
      </w:r>
    </w:p>
    <w:p w14:paraId="0988BAF8" w14:textId="77777777" w:rsidR="00AE08AB" w:rsidRDefault="00AA2D9E">
      <w:pPr>
        <w:pStyle w:val="Heading2"/>
      </w:pPr>
      <w:r>
        <w:t>Guided Prayer</w:t>
      </w:r>
    </w:p>
    <w:p w14:paraId="5D796321" w14:textId="77777777" w:rsidR="00AE08AB" w:rsidRDefault="00AA2D9E">
      <w:r>
        <w:t>Father, I bring You the reality of you are more than this moment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w:t>
      </w:r>
      <w:r>
        <w:t>ions remain unanswered. In Jesus' name, Amen.</w:t>
      </w:r>
    </w:p>
    <w:p w14:paraId="14DCDB2F" w14:textId="77777777" w:rsidR="00AE08AB" w:rsidRDefault="00AA2D9E">
      <w:pPr>
        <w:pStyle w:val="Heading2"/>
      </w:pPr>
      <w:r>
        <w:t>Release</w:t>
      </w:r>
    </w:p>
    <w:p w14:paraId="77D146A7" w14:textId="77777777" w:rsidR="00AE08AB" w:rsidRDefault="00AA2D9E">
      <w:r>
        <w:t>Complete this sentence slowly: “Father, today I place into Your hands…”</w:t>
      </w:r>
    </w:p>
    <w:p w14:paraId="329077CB" w14:textId="77777777" w:rsidR="00AE08AB" w:rsidRDefault="00AA2D9E">
      <w:pPr>
        <w:spacing w:after="60"/>
      </w:pPr>
      <w:r>
        <w:rPr>
          <w:color w:val="B9B9B9"/>
          <w:sz w:val="16"/>
        </w:rPr>
        <w:t>________________________________________________________</w:t>
      </w:r>
    </w:p>
    <w:p w14:paraId="6B507BCA" w14:textId="77777777" w:rsidR="00AE08AB" w:rsidRDefault="00AA2D9E">
      <w:pPr>
        <w:spacing w:after="60"/>
      </w:pPr>
      <w:r>
        <w:rPr>
          <w:color w:val="B9B9B9"/>
          <w:sz w:val="16"/>
        </w:rPr>
        <w:t>________________________________________________________</w:t>
      </w:r>
    </w:p>
    <w:p w14:paraId="09A9D472" w14:textId="77777777" w:rsidR="00AE08AB" w:rsidRDefault="00AA2D9E">
      <w:pPr>
        <w:pStyle w:val="Heading2"/>
      </w:pPr>
      <w:r>
        <w:t>Listen</w:t>
      </w:r>
    </w:p>
    <w:p w14:paraId="5347C7CB" w14:textId="77777777" w:rsidR="00AE08AB" w:rsidRDefault="00AA2D9E">
      <w:r>
        <w:t>Remain quiet for a moment. What truth, Scripture, conviction, or gentle reminder is rising?</w:t>
      </w:r>
    </w:p>
    <w:p w14:paraId="03C8A14C" w14:textId="77777777" w:rsidR="00AE08AB" w:rsidRDefault="00AA2D9E">
      <w:pPr>
        <w:spacing w:after="60"/>
      </w:pPr>
      <w:r>
        <w:rPr>
          <w:color w:val="B9B9B9"/>
          <w:sz w:val="16"/>
        </w:rPr>
        <w:t>________________________________________________________</w:t>
      </w:r>
    </w:p>
    <w:p w14:paraId="42E09F53" w14:textId="77777777" w:rsidR="00AE08AB" w:rsidRDefault="00AA2D9E">
      <w:pPr>
        <w:spacing w:after="60"/>
      </w:pPr>
      <w:r>
        <w:rPr>
          <w:color w:val="B9B9B9"/>
          <w:sz w:val="16"/>
        </w:rPr>
        <w:t>________________________________________________________</w:t>
      </w:r>
    </w:p>
    <w:p w14:paraId="3E4D0E44" w14:textId="77777777" w:rsidR="00AE08AB" w:rsidRDefault="00AA2D9E">
      <w:pPr>
        <w:pStyle w:val="Heading2"/>
      </w:pPr>
      <w:r>
        <w:t>My Unfiltered Prayer</w:t>
      </w:r>
    </w:p>
    <w:p w14:paraId="2D291BC0" w14:textId="77777777" w:rsidR="00AE08AB" w:rsidRDefault="00AA2D9E">
      <w:r>
        <w:t>God, as I sit with you are more than this moment, what I most need to tell You honestly is…</w:t>
      </w:r>
    </w:p>
    <w:p w14:paraId="1D1A4E72" w14:textId="77777777" w:rsidR="00AE08AB" w:rsidRDefault="00AA2D9E">
      <w:pPr>
        <w:spacing w:after="60"/>
      </w:pPr>
      <w:r>
        <w:rPr>
          <w:color w:val="B9B9B9"/>
          <w:sz w:val="16"/>
        </w:rPr>
        <w:t>________________________________________________________</w:t>
      </w:r>
    </w:p>
    <w:p w14:paraId="15404003" w14:textId="77777777" w:rsidR="00AE08AB" w:rsidRDefault="00AA2D9E">
      <w:pPr>
        <w:spacing w:after="60"/>
      </w:pPr>
      <w:r>
        <w:rPr>
          <w:color w:val="B9B9B9"/>
          <w:sz w:val="16"/>
        </w:rPr>
        <w:t>________________________________________________________</w:t>
      </w:r>
    </w:p>
    <w:p w14:paraId="5CE46956" w14:textId="77777777" w:rsidR="00AE08AB" w:rsidRDefault="00AA2D9E">
      <w:pPr>
        <w:spacing w:after="60"/>
      </w:pPr>
      <w:r>
        <w:rPr>
          <w:color w:val="B9B9B9"/>
          <w:sz w:val="16"/>
        </w:rPr>
        <w:t>________________________________________________________</w:t>
      </w:r>
    </w:p>
    <w:p w14:paraId="41A9F590" w14:textId="77777777" w:rsidR="00AE08AB" w:rsidRDefault="00AA2D9E">
      <w:pPr>
        <w:spacing w:after="60"/>
      </w:pPr>
      <w:r>
        <w:rPr>
          <w:color w:val="B9B9B9"/>
          <w:sz w:val="16"/>
        </w:rPr>
        <w:lastRenderedPageBreak/>
        <w:t>________________________________________________________</w:t>
      </w:r>
    </w:p>
    <w:p w14:paraId="303E6FAD" w14:textId="77777777" w:rsidR="00AE08AB" w:rsidRDefault="00AA2D9E">
      <w:pPr>
        <w:spacing w:after="60"/>
      </w:pPr>
      <w:r>
        <w:rPr>
          <w:color w:val="B9B9B9"/>
          <w:sz w:val="16"/>
        </w:rPr>
        <w:t>________________________________________________________</w:t>
      </w:r>
    </w:p>
    <w:p w14:paraId="664F1BEF" w14:textId="77777777" w:rsidR="00AE08AB" w:rsidRDefault="00AA2D9E">
      <w:pPr>
        <w:spacing w:after="60"/>
      </w:pPr>
      <w:r>
        <w:rPr>
          <w:color w:val="B9B9B9"/>
          <w:sz w:val="16"/>
        </w:rPr>
        <w:t>________________________________________________________</w:t>
      </w:r>
    </w:p>
    <w:p w14:paraId="03EF82BC" w14:textId="77777777" w:rsidR="00AE08AB" w:rsidRDefault="00AA2D9E">
      <w:pPr>
        <w:spacing w:after="60"/>
      </w:pPr>
      <w:r>
        <w:rPr>
          <w:color w:val="B9B9B9"/>
          <w:sz w:val="16"/>
        </w:rPr>
        <w:t>________________________________________________________</w:t>
      </w:r>
    </w:p>
    <w:p w14:paraId="167710C9" w14:textId="77777777" w:rsidR="00AE08AB" w:rsidRDefault="00AA2D9E">
      <w:r>
        <w:br w:type="page"/>
      </w:r>
    </w:p>
    <w:p w14:paraId="70CBA21E" w14:textId="77777777" w:rsidR="00AE08AB" w:rsidRDefault="00AA2D9E">
      <w:pPr>
        <w:pStyle w:val="Heading2"/>
      </w:pPr>
      <w:r>
        <w:lastRenderedPageBreak/>
        <w:t>DAY 21</w:t>
      </w:r>
    </w:p>
    <w:p w14:paraId="4F175474" w14:textId="77777777" w:rsidR="00AE08AB" w:rsidRDefault="00AA2D9E">
      <w:pPr>
        <w:pStyle w:val="Heading1"/>
      </w:pPr>
      <w:r>
        <w:t>Separating Reality From Fear</w:t>
      </w:r>
    </w:p>
    <w:p w14:paraId="4D0FD436" w14:textId="77777777" w:rsidR="00AE08AB" w:rsidRDefault="00AA2D9E">
      <w:r>
        <w:rPr>
          <w:b/>
          <w:color w:val="B08D3A"/>
        </w:rPr>
        <w:t xml:space="preserve">SCRIPTURE ANCHOR  </w:t>
      </w:r>
      <w:r>
        <w:t>2 Timothy 1:7</w:t>
      </w:r>
    </w:p>
    <w:p w14:paraId="734CEEEF" w14:textId="77777777" w:rsidR="00AE08AB" w:rsidRDefault="00AA2D9E">
      <w:pPr>
        <w:pStyle w:val="Heading2"/>
      </w:pPr>
      <w:r>
        <w:t>Pause</w:t>
      </w:r>
    </w:p>
    <w:p w14:paraId="6977466D" w14:textId="77777777" w:rsidR="00AE08AB" w:rsidRDefault="00AA2D9E">
      <w:r>
        <w:t>Take three slow breaths. Let your body become still. You do not have to solve anything before you pray.</w:t>
      </w:r>
    </w:p>
    <w:p w14:paraId="1FD5AA54" w14:textId="77777777" w:rsidR="00AE08AB" w:rsidRDefault="00AA2D9E">
      <w:pPr>
        <w:pStyle w:val="Heading2"/>
      </w:pPr>
      <w:r>
        <w:t>Guided Prayer</w:t>
      </w:r>
    </w:p>
    <w:p w14:paraId="62F40D1D" w14:textId="77777777" w:rsidR="00AE08AB" w:rsidRDefault="00AA2D9E">
      <w:r>
        <w:t>Father, I bring You the reality of separating reality from fear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w:t>
      </w:r>
      <w:r>
        <w:t>ons remain unanswered. In Jesus' name, Amen.</w:t>
      </w:r>
    </w:p>
    <w:p w14:paraId="47A7FF01" w14:textId="77777777" w:rsidR="00AE08AB" w:rsidRDefault="00AA2D9E">
      <w:pPr>
        <w:pStyle w:val="Heading2"/>
      </w:pPr>
      <w:r>
        <w:t>Release</w:t>
      </w:r>
    </w:p>
    <w:p w14:paraId="12EEB1AB" w14:textId="77777777" w:rsidR="00AE08AB" w:rsidRDefault="00AA2D9E">
      <w:r>
        <w:t>Complete this sentence slowly: “Father, today I place into Your hands…”</w:t>
      </w:r>
    </w:p>
    <w:p w14:paraId="6A229A9A" w14:textId="77777777" w:rsidR="00AE08AB" w:rsidRDefault="00AA2D9E">
      <w:pPr>
        <w:spacing w:after="60"/>
      </w:pPr>
      <w:r>
        <w:rPr>
          <w:color w:val="B9B9B9"/>
          <w:sz w:val="16"/>
        </w:rPr>
        <w:t>________________________________________________________</w:t>
      </w:r>
    </w:p>
    <w:p w14:paraId="4C91E999" w14:textId="77777777" w:rsidR="00AE08AB" w:rsidRDefault="00AA2D9E">
      <w:pPr>
        <w:spacing w:after="60"/>
      </w:pPr>
      <w:r>
        <w:rPr>
          <w:color w:val="B9B9B9"/>
          <w:sz w:val="16"/>
        </w:rPr>
        <w:t>________________________________________________________</w:t>
      </w:r>
    </w:p>
    <w:p w14:paraId="14BB82C1" w14:textId="77777777" w:rsidR="00AE08AB" w:rsidRDefault="00AA2D9E">
      <w:pPr>
        <w:pStyle w:val="Heading2"/>
      </w:pPr>
      <w:r>
        <w:t>Listen</w:t>
      </w:r>
    </w:p>
    <w:p w14:paraId="7893D65D" w14:textId="77777777" w:rsidR="00AE08AB" w:rsidRDefault="00AA2D9E">
      <w:r>
        <w:t>Remain quiet for a moment. What truth, Scripture, conviction, or gentle reminder is rising?</w:t>
      </w:r>
    </w:p>
    <w:p w14:paraId="5A93AD16" w14:textId="77777777" w:rsidR="00AE08AB" w:rsidRDefault="00AA2D9E">
      <w:pPr>
        <w:spacing w:after="60"/>
      </w:pPr>
      <w:r>
        <w:rPr>
          <w:color w:val="B9B9B9"/>
          <w:sz w:val="16"/>
        </w:rPr>
        <w:t>________________________________________________________</w:t>
      </w:r>
    </w:p>
    <w:p w14:paraId="6E641635" w14:textId="77777777" w:rsidR="00AE08AB" w:rsidRDefault="00AA2D9E">
      <w:pPr>
        <w:spacing w:after="60"/>
      </w:pPr>
      <w:r>
        <w:rPr>
          <w:color w:val="B9B9B9"/>
          <w:sz w:val="16"/>
        </w:rPr>
        <w:t>________________________________________________________</w:t>
      </w:r>
    </w:p>
    <w:p w14:paraId="10B4DAB4" w14:textId="77777777" w:rsidR="00AE08AB" w:rsidRDefault="00AA2D9E">
      <w:pPr>
        <w:pStyle w:val="Heading2"/>
      </w:pPr>
      <w:r>
        <w:t>My Unfiltered Prayer</w:t>
      </w:r>
    </w:p>
    <w:p w14:paraId="0536F127" w14:textId="77777777" w:rsidR="00AE08AB" w:rsidRDefault="00AA2D9E">
      <w:r>
        <w:t>God, as I sit with separating reality from fear, what I most need to tell You honestly is…</w:t>
      </w:r>
    </w:p>
    <w:p w14:paraId="27CE1CC4" w14:textId="77777777" w:rsidR="00AE08AB" w:rsidRDefault="00AA2D9E">
      <w:pPr>
        <w:spacing w:after="60"/>
      </w:pPr>
      <w:r>
        <w:rPr>
          <w:color w:val="B9B9B9"/>
          <w:sz w:val="16"/>
        </w:rPr>
        <w:t>________________________________________________________</w:t>
      </w:r>
    </w:p>
    <w:p w14:paraId="29325C81" w14:textId="77777777" w:rsidR="00AE08AB" w:rsidRDefault="00AA2D9E">
      <w:pPr>
        <w:spacing w:after="60"/>
      </w:pPr>
      <w:r>
        <w:rPr>
          <w:color w:val="B9B9B9"/>
          <w:sz w:val="16"/>
        </w:rPr>
        <w:t>________________________________________________________</w:t>
      </w:r>
    </w:p>
    <w:p w14:paraId="0C13776A" w14:textId="77777777" w:rsidR="00AE08AB" w:rsidRDefault="00AA2D9E">
      <w:pPr>
        <w:spacing w:after="60"/>
      </w:pPr>
      <w:r>
        <w:rPr>
          <w:color w:val="B9B9B9"/>
          <w:sz w:val="16"/>
        </w:rPr>
        <w:t>________________________________________________________</w:t>
      </w:r>
    </w:p>
    <w:p w14:paraId="61D8D9F9" w14:textId="77777777" w:rsidR="00AE08AB" w:rsidRDefault="00AA2D9E">
      <w:pPr>
        <w:spacing w:after="60"/>
      </w:pPr>
      <w:r>
        <w:rPr>
          <w:color w:val="B9B9B9"/>
          <w:sz w:val="16"/>
        </w:rPr>
        <w:t>________________________________________________________</w:t>
      </w:r>
    </w:p>
    <w:p w14:paraId="572F15B3" w14:textId="77777777" w:rsidR="00AE08AB" w:rsidRDefault="00AA2D9E">
      <w:pPr>
        <w:spacing w:after="60"/>
      </w:pPr>
      <w:r>
        <w:rPr>
          <w:color w:val="B9B9B9"/>
          <w:sz w:val="16"/>
        </w:rPr>
        <w:lastRenderedPageBreak/>
        <w:t>________________________________________________________</w:t>
      </w:r>
    </w:p>
    <w:p w14:paraId="4460519D" w14:textId="77777777" w:rsidR="00AE08AB" w:rsidRDefault="00AA2D9E">
      <w:pPr>
        <w:spacing w:after="60"/>
      </w:pPr>
      <w:r>
        <w:rPr>
          <w:color w:val="B9B9B9"/>
          <w:sz w:val="16"/>
        </w:rPr>
        <w:t>________________________________________________________</w:t>
      </w:r>
    </w:p>
    <w:p w14:paraId="3E27C8DB" w14:textId="77777777" w:rsidR="00AE08AB" w:rsidRDefault="00AA2D9E">
      <w:pPr>
        <w:spacing w:after="60"/>
      </w:pPr>
      <w:r>
        <w:rPr>
          <w:color w:val="B9B9B9"/>
          <w:sz w:val="16"/>
        </w:rPr>
        <w:t>________________________________________________________</w:t>
      </w:r>
    </w:p>
    <w:p w14:paraId="175144B7" w14:textId="77777777" w:rsidR="00AE08AB" w:rsidRDefault="00AA2D9E">
      <w:pPr>
        <w:pStyle w:val="Heading1"/>
      </w:pPr>
      <w:r>
        <w:t>Sacred Pause</w:t>
      </w:r>
    </w:p>
    <w:p w14:paraId="23C5DB14" w14:textId="77777777" w:rsidR="00AE08AB" w:rsidRDefault="00AA2D9E">
      <w:pPr>
        <w:pStyle w:val="Heading3"/>
      </w:pPr>
      <w:r>
        <w:t>What happened within me this week?</w:t>
      </w:r>
    </w:p>
    <w:p w14:paraId="78724363" w14:textId="77777777" w:rsidR="00AE08AB" w:rsidRDefault="00AA2D9E">
      <w:pPr>
        <w:spacing w:after="60"/>
      </w:pPr>
      <w:r>
        <w:rPr>
          <w:color w:val="B9B9B9"/>
          <w:sz w:val="16"/>
        </w:rPr>
        <w:t>________________________________________________________</w:t>
      </w:r>
    </w:p>
    <w:p w14:paraId="529024D9" w14:textId="77777777" w:rsidR="00AE08AB" w:rsidRDefault="00AA2D9E">
      <w:pPr>
        <w:pStyle w:val="Heading3"/>
      </w:pPr>
      <w:r>
        <w:t>What emotion appeared most often?</w:t>
      </w:r>
    </w:p>
    <w:p w14:paraId="7EE28AA5" w14:textId="77777777" w:rsidR="00AE08AB" w:rsidRDefault="00AA2D9E">
      <w:pPr>
        <w:spacing w:after="60"/>
      </w:pPr>
      <w:r>
        <w:rPr>
          <w:color w:val="B9B9B9"/>
          <w:sz w:val="16"/>
        </w:rPr>
        <w:t>________________________________________________________</w:t>
      </w:r>
    </w:p>
    <w:p w14:paraId="53EDD8C5" w14:textId="77777777" w:rsidR="00AE08AB" w:rsidRDefault="00AA2D9E">
      <w:pPr>
        <w:pStyle w:val="Heading3"/>
      </w:pPr>
      <w:r>
        <w:t>Where did I recognize God's grace?</w:t>
      </w:r>
    </w:p>
    <w:p w14:paraId="66A1EF15" w14:textId="77777777" w:rsidR="00AE08AB" w:rsidRDefault="00AA2D9E">
      <w:pPr>
        <w:spacing w:after="60"/>
      </w:pPr>
      <w:r>
        <w:rPr>
          <w:color w:val="B9B9B9"/>
          <w:sz w:val="16"/>
        </w:rPr>
        <w:t>________________________________________________________</w:t>
      </w:r>
    </w:p>
    <w:p w14:paraId="6D5DD995" w14:textId="77777777" w:rsidR="00AE08AB" w:rsidRDefault="00AA2D9E">
      <w:pPr>
        <w:pStyle w:val="Heading3"/>
      </w:pPr>
      <w:r>
        <w:t>What do I refuse to carry into another week?</w:t>
      </w:r>
    </w:p>
    <w:p w14:paraId="44712AFB" w14:textId="77777777" w:rsidR="00AE08AB" w:rsidRDefault="00AA2D9E">
      <w:pPr>
        <w:spacing w:after="60"/>
      </w:pPr>
      <w:r>
        <w:rPr>
          <w:color w:val="B9B9B9"/>
          <w:sz w:val="16"/>
        </w:rPr>
        <w:t>________________________________________________________</w:t>
      </w:r>
    </w:p>
    <w:p w14:paraId="448AB0C8" w14:textId="77777777" w:rsidR="00AE08AB" w:rsidRDefault="00AA2D9E">
      <w:pPr>
        <w:pStyle w:val="Heading3"/>
      </w:pPr>
      <w:r>
        <w:t>What do I need to receive from God now?</w:t>
      </w:r>
    </w:p>
    <w:p w14:paraId="17ACBB15" w14:textId="77777777" w:rsidR="00AE08AB" w:rsidRDefault="00AA2D9E">
      <w:pPr>
        <w:spacing w:after="60"/>
      </w:pPr>
      <w:r>
        <w:rPr>
          <w:color w:val="B9B9B9"/>
          <w:sz w:val="16"/>
        </w:rPr>
        <w:t>________________________________________________________</w:t>
      </w:r>
    </w:p>
    <w:p w14:paraId="5891C09C" w14:textId="77777777" w:rsidR="00AE08AB" w:rsidRDefault="00AA2D9E">
      <w:r>
        <w:br w:type="page"/>
      </w:r>
    </w:p>
    <w:p w14:paraId="6A971269" w14:textId="77777777" w:rsidR="00AE08AB" w:rsidRDefault="00AA2D9E">
      <w:pPr>
        <w:pStyle w:val="Heading2"/>
      </w:pPr>
      <w:r>
        <w:lastRenderedPageBreak/>
        <w:t>DAY 22</w:t>
      </w:r>
    </w:p>
    <w:p w14:paraId="40AA3C02" w14:textId="77777777" w:rsidR="00AE08AB" w:rsidRDefault="00AA2D9E">
      <w:pPr>
        <w:pStyle w:val="Heading1"/>
      </w:pPr>
      <w:r>
        <w:t>What the Storm Is Revealing</w:t>
      </w:r>
    </w:p>
    <w:p w14:paraId="5DCCE7D9" w14:textId="77777777" w:rsidR="00AE08AB" w:rsidRDefault="00AA2D9E">
      <w:r>
        <w:rPr>
          <w:b/>
          <w:color w:val="B08D3A"/>
        </w:rPr>
        <w:t xml:space="preserve">SCRIPTURE ANCHOR  </w:t>
      </w:r>
      <w:r>
        <w:t>James 1:2-4</w:t>
      </w:r>
    </w:p>
    <w:p w14:paraId="18E768D8" w14:textId="77777777" w:rsidR="00AE08AB" w:rsidRDefault="00AA2D9E">
      <w:pPr>
        <w:pStyle w:val="Heading2"/>
      </w:pPr>
      <w:r>
        <w:t>Pause</w:t>
      </w:r>
    </w:p>
    <w:p w14:paraId="00ADE75C" w14:textId="77777777" w:rsidR="00AE08AB" w:rsidRDefault="00AA2D9E">
      <w:r>
        <w:t>Take three slow breaths. Let your body become still. You do not have to solve anything before you pray.</w:t>
      </w:r>
    </w:p>
    <w:p w14:paraId="2A917370" w14:textId="77777777" w:rsidR="00AE08AB" w:rsidRDefault="00AA2D9E">
      <w:pPr>
        <w:pStyle w:val="Heading2"/>
      </w:pPr>
      <w:r>
        <w:t>Guided Prayer</w:t>
      </w:r>
    </w:p>
    <w:p w14:paraId="29066050" w14:textId="77777777" w:rsidR="00AE08AB" w:rsidRDefault="00AA2D9E">
      <w:r>
        <w:t>Father, I bring You the reality of what the storm is revealing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w:t>
      </w:r>
      <w:r>
        <w:t>ns remain unanswered. In Jesus' name, Amen.</w:t>
      </w:r>
    </w:p>
    <w:p w14:paraId="74A9AD1F" w14:textId="77777777" w:rsidR="00AE08AB" w:rsidRDefault="00AA2D9E">
      <w:pPr>
        <w:pStyle w:val="Heading2"/>
      </w:pPr>
      <w:r>
        <w:t>Release</w:t>
      </w:r>
    </w:p>
    <w:p w14:paraId="2C636E78" w14:textId="77777777" w:rsidR="00AE08AB" w:rsidRDefault="00AA2D9E">
      <w:r>
        <w:t>Complete this sentence slowly: “Father, today I place into Your hands…”</w:t>
      </w:r>
    </w:p>
    <w:p w14:paraId="7D91B88C" w14:textId="77777777" w:rsidR="00AE08AB" w:rsidRDefault="00AA2D9E">
      <w:pPr>
        <w:spacing w:after="60"/>
      </w:pPr>
      <w:r>
        <w:rPr>
          <w:color w:val="B9B9B9"/>
          <w:sz w:val="16"/>
        </w:rPr>
        <w:t>________________________________________________________</w:t>
      </w:r>
    </w:p>
    <w:p w14:paraId="5A61D396" w14:textId="77777777" w:rsidR="00AE08AB" w:rsidRDefault="00AA2D9E">
      <w:pPr>
        <w:spacing w:after="60"/>
      </w:pPr>
      <w:r>
        <w:rPr>
          <w:color w:val="B9B9B9"/>
          <w:sz w:val="16"/>
        </w:rPr>
        <w:t>________________________________________________________</w:t>
      </w:r>
    </w:p>
    <w:p w14:paraId="75FEFDBA" w14:textId="77777777" w:rsidR="00AE08AB" w:rsidRDefault="00AA2D9E">
      <w:pPr>
        <w:pStyle w:val="Heading2"/>
      </w:pPr>
      <w:r>
        <w:t>Listen</w:t>
      </w:r>
    </w:p>
    <w:p w14:paraId="5258B969" w14:textId="77777777" w:rsidR="00AE08AB" w:rsidRDefault="00AA2D9E">
      <w:r>
        <w:t>Remain quiet for a moment. What truth, Scripture, conviction, or gentle reminder is rising?</w:t>
      </w:r>
    </w:p>
    <w:p w14:paraId="30CDE044" w14:textId="77777777" w:rsidR="00AE08AB" w:rsidRDefault="00AA2D9E">
      <w:pPr>
        <w:spacing w:after="60"/>
      </w:pPr>
      <w:r>
        <w:rPr>
          <w:color w:val="B9B9B9"/>
          <w:sz w:val="16"/>
        </w:rPr>
        <w:t>________________________________________________________</w:t>
      </w:r>
    </w:p>
    <w:p w14:paraId="6521527D" w14:textId="77777777" w:rsidR="00AE08AB" w:rsidRDefault="00AA2D9E">
      <w:pPr>
        <w:spacing w:after="60"/>
      </w:pPr>
      <w:r>
        <w:rPr>
          <w:color w:val="B9B9B9"/>
          <w:sz w:val="16"/>
        </w:rPr>
        <w:t>________________________________________________________</w:t>
      </w:r>
    </w:p>
    <w:p w14:paraId="4A6671AE" w14:textId="77777777" w:rsidR="00AE08AB" w:rsidRDefault="00AA2D9E">
      <w:pPr>
        <w:pStyle w:val="Heading2"/>
      </w:pPr>
      <w:r>
        <w:t>My Unfiltered Prayer</w:t>
      </w:r>
    </w:p>
    <w:p w14:paraId="57240C1B" w14:textId="77777777" w:rsidR="00AE08AB" w:rsidRDefault="00AA2D9E">
      <w:r>
        <w:t>God, as I sit with what the storm is revealing, what I most need to tell You honestly is…</w:t>
      </w:r>
    </w:p>
    <w:p w14:paraId="1CF1573B" w14:textId="77777777" w:rsidR="00AE08AB" w:rsidRDefault="00AA2D9E">
      <w:pPr>
        <w:spacing w:after="60"/>
      </w:pPr>
      <w:r>
        <w:rPr>
          <w:color w:val="B9B9B9"/>
          <w:sz w:val="16"/>
        </w:rPr>
        <w:t>________________________________________________________</w:t>
      </w:r>
    </w:p>
    <w:p w14:paraId="71AC29BA" w14:textId="77777777" w:rsidR="00AE08AB" w:rsidRDefault="00AA2D9E">
      <w:pPr>
        <w:spacing w:after="60"/>
      </w:pPr>
      <w:r>
        <w:rPr>
          <w:color w:val="B9B9B9"/>
          <w:sz w:val="16"/>
        </w:rPr>
        <w:t>________________________________________________________</w:t>
      </w:r>
    </w:p>
    <w:p w14:paraId="74C9C6B8" w14:textId="77777777" w:rsidR="00AE08AB" w:rsidRDefault="00AA2D9E">
      <w:pPr>
        <w:spacing w:after="60"/>
      </w:pPr>
      <w:r>
        <w:rPr>
          <w:color w:val="B9B9B9"/>
          <w:sz w:val="16"/>
        </w:rPr>
        <w:t>________________________________________________________</w:t>
      </w:r>
    </w:p>
    <w:p w14:paraId="7BD96E50" w14:textId="77777777" w:rsidR="00AE08AB" w:rsidRDefault="00AA2D9E">
      <w:pPr>
        <w:spacing w:after="60"/>
      </w:pPr>
      <w:r>
        <w:rPr>
          <w:color w:val="B9B9B9"/>
          <w:sz w:val="16"/>
        </w:rPr>
        <w:t>________________________________________________________</w:t>
      </w:r>
    </w:p>
    <w:p w14:paraId="5F69DB70" w14:textId="77777777" w:rsidR="00AE08AB" w:rsidRDefault="00AA2D9E">
      <w:pPr>
        <w:spacing w:after="60"/>
      </w:pPr>
      <w:r>
        <w:rPr>
          <w:color w:val="B9B9B9"/>
          <w:sz w:val="16"/>
        </w:rPr>
        <w:lastRenderedPageBreak/>
        <w:t>________________________________________________________</w:t>
      </w:r>
    </w:p>
    <w:p w14:paraId="7B143292" w14:textId="77777777" w:rsidR="00AE08AB" w:rsidRDefault="00AA2D9E">
      <w:pPr>
        <w:spacing w:after="60"/>
      </w:pPr>
      <w:r>
        <w:rPr>
          <w:color w:val="B9B9B9"/>
          <w:sz w:val="16"/>
        </w:rPr>
        <w:t>________________________________________________________</w:t>
      </w:r>
    </w:p>
    <w:p w14:paraId="50E517E7" w14:textId="77777777" w:rsidR="00AE08AB" w:rsidRDefault="00AA2D9E">
      <w:pPr>
        <w:spacing w:after="60"/>
      </w:pPr>
      <w:r>
        <w:rPr>
          <w:color w:val="B9B9B9"/>
          <w:sz w:val="16"/>
        </w:rPr>
        <w:t>________________________________________________________</w:t>
      </w:r>
    </w:p>
    <w:p w14:paraId="7FD2E556" w14:textId="77777777" w:rsidR="00AE08AB" w:rsidRDefault="00AA2D9E">
      <w:r>
        <w:br w:type="page"/>
      </w:r>
    </w:p>
    <w:p w14:paraId="58B50E13" w14:textId="77777777" w:rsidR="00AE08AB" w:rsidRDefault="00AA2D9E">
      <w:pPr>
        <w:pStyle w:val="Heading2"/>
      </w:pPr>
      <w:r>
        <w:lastRenderedPageBreak/>
        <w:t>DAY 23</w:t>
      </w:r>
    </w:p>
    <w:p w14:paraId="34E9D63B" w14:textId="77777777" w:rsidR="00AE08AB" w:rsidRDefault="00AA2D9E">
      <w:pPr>
        <w:pStyle w:val="Heading1"/>
      </w:pPr>
      <w:r>
        <w:t>Grace for Today</w:t>
      </w:r>
    </w:p>
    <w:p w14:paraId="09CC5B6C" w14:textId="77777777" w:rsidR="00AE08AB" w:rsidRDefault="00AA2D9E">
      <w:r>
        <w:rPr>
          <w:b/>
          <w:color w:val="B08D3A"/>
        </w:rPr>
        <w:t xml:space="preserve">SCRIPTURE ANCHOR  </w:t>
      </w:r>
      <w:r>
        <w:t>Lamentations 3:22-23</w:t>
      </w:r>
    </w:p>
    <w:p w14:paraId="7FDBE45F" w14:textId="77777777" w:rsidR="00AE08AB" w:rsidRDefault="00AA2D9E">
      <w:pPr>
        <w:pStyle w:val="Heading2"/>
      </w:pPr>
      <w:r>
        <w:t>Pause</w:t>
      </w:r>
    </w:p>
    <w:p w14:paraId="31D4FBCF" w14:textId="77777777" w:rsidR="00AE08AB" w:rsidRDefault="00AA2D9E">
      <w:r>
        <w:t>Take three slow breaths. Let your body become still. You do not have to solve anything before you pray.</w:t>
      </w:r>
    </w:p>
    <w:p w14:paraId="52CD123C" w14:textId="77777777" w:rsidR="00AE08AB" w:rsidRDefault="00AA2D9E">
      <w:pPr>
        <w:pStyle w:val="Heading2"/>
      </w:pPr>
      <w:r>
        <w:t>Guided Prayer</w:t>
      </w:r>
    </w:p>
    <w:p w14:paraId="20416011" w14:textId="77777777" w:rsidR="00AE08AB" w:rsidRDefault="00AA2D9E">
      <w:r>
        <w:t>Father, I bring You the reality of grace for today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remain un</w:t>
      </w:r>
      <w:r>
        <w:t>answered. In Jesus' name, Amen.</w:t>
      </w:r>
    </w:p>
    <w:p w14:paraId="070F1E9B" w14:textId="77777777" w:rsidR="00AE08AB" w:rsidRDefault="00AA2D9E">
      <w:pPr>
        <w:pStyle w:val="Heading2"/>
      </w:pPr>
      <w:r>
        <w:t>Release</w:t>
      </w:r>
    </w:p>
    <w:p w14:paraId="6A15DD26" w14:textId="77777777" w:rsidR="00AE08AB" w:rsidRDefault="00AA2D9E">
      <w:r>
        <w:t>Complete this sentence slowly: “Father, today I place into Your hands…”</w:t>
      </w:r>
    </w:p>
    <w:p w14:paraId="63D1E786" w14:textId="77777777" w:rsidR="00AE08AB" w:rsidRDefault="00AA2D9E">
      <w:pPr>
        <w:spacing w:after="60"/>
      </w:pPr>
      <w:r>
        <w:rPr>
          <w:color w:val="B9B9B9"/>
          <w:sz w:val="16"/>
        </w:rPr>
        <w:t>________________________________________________________</w:t>
      </w:r>
    </w:p>
    <w:p w14:paraId="06ABEF07" w14:textId="77777777" w:rsidR="00AE08AB" w:rsidRDefault="00AA2D9E">
      <w:pPr>
        <w:spacing w:after="60"/>
      </w:pPr>
      <w:r>
        <w:rPr>
          <w:color w:val="B9B9B9"/>
          <w:sz w:val="16"/>
        </w:rPr>
        <w:t>________________________________________________________</w:t>
      </w:r>
    </w:p>
    <w:p w14:paraId="0CFD8FE0" w14:textId="77777777" w:rsidR="00AE08AB" w:rsidRDefault="00AA2D9E">
      <w:pPr>
        <w:pStyle w:val="Heading2"/>
      </w:pPr>
      <w:r>
        <w:t>Listen</w:t>
      </w:r>
    </w:p>
    <w:p w14:paraId="76853DEB" w14:textId="77777777" w:rsidR="00AE08AB" w:rsidRDefault="00AA2D9E">
      <w:r>
        <w:t>Remain quiet for a moment. What truth, Scripture, conviction, or gentle reminder is rising?</w:t>
      </w:r>
    </w:p>
    <w:p w14:paraId="70A54D64" w14:textId="77777777" w:rsidR="00AE08AB" w:rsidRDefault="00AA2D9E">
      <w:pPr>
        <w:spacing w:after="60"/>
      </w:pPr>
      <w:r>
        <w:rPr>
          <w:color w:val="B9B9B9"/>
          <w:sz w:val="16"/>
        </w:rPr>
        <w:t>________________________________________________________</w:t>
      </w:r>
    </w:p>
    <w:p w14:paraId="1096DA42" w14:textId="77777777" w:rsidR="00AE08AB" w:rsidRDefault="00AA2D9E">
      <w:pPr>
        <w:spacing w:after="60"/>
      </w:pPr>
      <w:r>
        <w:rPr>
          <w:color w:val="B9B9B9"/>
          <w:sz w:val="16"/>
        </w:rPr>
        <w:t>________________________________________________________</w:t>
      </w:r>
    </w:p>
    <w:p w14:paraId="063FE33B" w14:textId="77777777" w:rsidR="00AE08AB" w:rsidRDefault="00AA2D9E">
      <w:pPr>
        <w:pStyle w:val="Heading2"/>
      </w:pPr>
      <w:r>
        <w:t>My Unfiltered Prayer</w:t>
      </w:r>
    </w:p>
    <w:p w14:paraId="5BFD0C53" w14:textId="77777777" w:rsidR="00AE08AB" w:rsidRDefault="00AA2D9E">
      <w:r>
        <w:t>God, as I sit with grace for today, what I most need to tell You honestly is…</w:t>
      </w:r>
    </w:p>
    <w:p w14:paraId="15CEA758" w14:textId="77777777" w:rsidR="00AE08AB" w:rsidRDefault="00AA2D9E">
      <w:pPr>
        <w:spacing w:after="60"/>
      </w:pPr>
      <w:r>
        <w:rPr>
          <w:color w:val="B9B9B9"/>
          <w:sz w:val="16"/>
        </w:rPr>
        <w:t>________________________________________________________</w:t>
      </w:r>
    </w:p>
    <w:p w14:paraId="33F6909E" w14:textId="77777777" w:rsidR="00AE08AB" w:rsidRDefault="00AA2D9E">
      <w:pPr>
        <w:spacing w:after="60"/>
      </w:pPr>
      <w:r>
        <w:rPr>
          <w:color w:val="B9B9B9"/>
          <w:sz w:val="16"/>
        </w:rPr>
        <w:t>________________________________________________________</w:t>
      </w:r>
    </w:p>
    <w:p w14:paraId="1516D957" w14:textId="77777777" w:rsidR="00AE08AB" w:rsidRDefault="00AA2D9E">
      <w:pPr>
        <w:spacing w:after="60"/>
      </w:pPr>
      <w:r>
        <w:rPr>
          <w:color w:val="B9B9B9"/>
          <w:sz w:val="16"/>
        </w:rPr>
        <w:t>________________________________________________________</w:t>
      </w:r>
    </w:p>
    <w:p w14:paraId="289C8D36" w14:textId="77777777" w:rsidR="00AE08AB" w:rsidRDefault="00AA2D9E">
      <w:pPr>
        <w:spacing w:after="60"/>
      </w:pPr>
      <w:r>
        <w:rPr>
          <w:color w:val="B9B9B9"/>
          <w:sz w:val="16"/>
        </w:rPr>
        <w:t>________________________________________________________</w:t>
      </w:r>
    </w:p>
    <w:p w14:paraId="18E229B6" w14:textId="77777777" w:rsidR="00AE08AB" w:rsidRDefault="00AA2D9E">
      <w:pPr>
        <w:spacing w:after="60"/>
      </w:pPr>
      <w:r>
        <w:rPr>
          <w:color w:val="B9B9B9"/>
          <w:sz w:val="16"/>
        </w:rPr>
        <w:t>________________________________________________________</w:t>
      </w:r>
    </w:p>
    <w:p w14:paraId="3766DD78" w14:textId="77777777" w:rsidR="00AE08AB" w:rsidRDefault="00AA2D9E">
      <w:pPr>
        <w:spacing w:after="60"/>
      </w:pPr>
      <w:r>
        <w:rPr>
          <w:color w:val="B9B9B9"/>
          <w:sz w:val="16"/>
        </w:rPr>
        <w:lastRenderedPageBreak/>
        <w:t>________________________________________________________</w:t>
      </w:r>
    </w:p>
    <w:p w14:paraId="004B20D6" w14:textId="77777777" w:rsidR="00AE08AB" w:rsidRDefault="00AA2D9E">
      <w:pPr>
        <w:spacing w:after="60"/>
      </w:pPr>
      <w:r>
        <w:rPr>
          <w:color w:val="B9B9B9"/>
          <w:sz w:val="16"/>
        </w:rPr>
        <w:t>________________________________________________________</w:t>
      </w:r>
    </w:p>
    <w:p w14:paraId="5D3755DB" w14:textId="77777777" w:rsidR="00AE08AB" w:rsidRDefault="00AA2D9E">
      <w:r>
        <w:br w:type="page"/>
      </w:r>
    </w:p>
    <w:p w14:paraId="2EE5A188" w14:textId="77777777" w:rsidR="00AE08AB" w:rsidRDefault="00AA2D9E">
      <w:pPr>
        <w:pStyle w:val="Heading2"/>
      </w:pPr>
      <w:r>
        <w:lastRenderedPageBreak/>
        <w:t>DAY 24</w:t>
      </w:r>
    </w:p>
    <w:p w14:paraId="3A72A0A5" w14:textId="77777777" w:rsidR="00AE08AB" w:rsidRDefault="00AA2D9E">
      <w:pPr>
        <w:pStyle w:val="Heading1"/>
      </w:pPr>
      <w:r>
        <w:t>Emotional Exhaustion</w:t>
      </w:r>
    </w:p>
    <w:p w14:paraId="5A89A34B" w14:textId="77777777" w:rsidR="00AE08AB" w:rsidRDefault="00AA2D9E">
      <w:r>
        <w:rPr>
          <w:b/>
          <w:color w:val="B08D3A"/>
        </w:rPr>
        <w:t xml:space="preserve">SCRIPTURE ANCHOR  </w:t>
      </w:r>
      <w:r>
        <w:t>Matthew 11:28-30</w:t>
      </w:r>
    </w:p>
    <w:p w14:paraId="6D4A6DC7" w14:textId="77777777" w:rsidR="00AE08AB" w:rsidRDefault="00AA2D9E">
      <w:pPr>
        <w:pStyle w:val="Heading2"/>
      </w:pPr>
      <w:r>
        <w:t>Pause</w:t>
      </w:r>
    </w:p>
    <w:p w14:paraId="5B625CF5" w14:textId="77777777" w:rsidR="00AE08AB" w:rsidRDefault="00AA2D9E">
      <w:r>
        <w:t>Take three slow breaths. Let your body become still. You do not have to solve anything before you pray.</w:t>
      </w:r>
    </w:p>
    <w:p w14:paraId="679511F8" w14:textId="77777777" w:rsidR="00AE08AB" w:rsidRDefault="00AA2D9E">
      <w:pPr>
        <w:pStyle w:val="Heading2"/>
      </w:pPr>
      <w:r>
        <w:t>Guided Prayer</w:t>
      </w:r>
    </w:p>
    <w:p w14:paraId="5CDF57AB" w14:textId="77777777" w:rsidR="00AE08AB" w:rsidRDefault="00AA2D9E">
      <w:r>
        <w:t>Father, I bring You the reality of emotional exhaustion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w:t>
      </w:r>
      <w:r>
        <w:t>in unanswered. In Jesus' name, Amen.</w:t>
      </w:r>
    </w:p>
    <w:p w14:paraId="7F332FA2" w14:textId="77777777" w:rsidR="00AE08AB" w:rsidRDefault="00AA2D9E">
      <w:pPr>
        <w:pStyle w:val="Heading2"/>
      </w:pPr>
      <w:r>
        <w:t>Release</w:t>
      </w:r>
    </w:p>
    <w:p w14:paraId="69B744FF" w14:textId="77777777" w:rsidR="00AE08AB" w:rsidRDefault="00AA2D9E">
      <w:r>
        <w:t>Complete this sentence slowly: “Father, today I place into Your hands…”</w:t>
      </w:r>
    </w:p>
    <w:p w14:paraId="36DEE140" w14:textId="77777777" w:rsidR="00AE08AB" w:rsidRDefault="00AA2D9E">
      <w:pPr>
        <w:spacing w:after="60"/>
      </w:pPr>
      <w:r>
        <w:rPr>
          <w:color w:val="B9B9B9"/>
          <w:sz w:val="16"/>
        </w:rPr>
        <w:t>________________________________________________________</w:t>
      </w:r>
    </w:p>
    <w:p w14:paraId="1F741C55" w14:textId="77777777" w:rsidR="00AE08AB" w:rsidRDefault="00AA2D9E">
      <w:pPr>
        <w:spacing w:after="60"/>
      </w:pPr>
      <w:r>
        <w:rPr>
          <w:color w:val="B9B9B9"/>
          <w:sz w:val="16"/>
        </w:rPr>
        <w:t>________________________________________________________</w:t>
      </w:r>
    </w:p>
    <w:p w14:paraId="446FB8AD" w14:textId="77777777" w:rsidR="00AE08AB" w:rsidRDefault="00AA2D9E">
      <w:pPr>
        <w:pStyle w:val="Heading2"/>
      </w:pPr>
      <w:r>
        <w:t>Listen</w:t>
      </w:r>
    </w:p>
    <w:p w14:paraId="0D0CAFD9" w14:textId="77777777" w:rsidR="00AE08AB" w:rsidRDefault="00AA2D9E">
      <w:r>
        <w:t>Remain quiet for a moment. What truth, Scripture, conviction, or gentle reminder is rising?</w:t>
      </w:r>
    </w:p>
    <w:p w14:paraId="3AC2D9FF" w14:textId="77777777" w:rsidR="00AE08AB" w:rsidRDefault="00AA2D9E">
      <w:pPr>
        <w:spacing w:after="60"/>
      </w:pPr>
      <w:r>
        <w:rPr>
          <w:color w:val="B9B9B9"/>
          <w:sz w:val="16"/>
        </w:rPr>
        <w:t>________________________________________________________</w:t>
      </w:r>
    </w:p>
    <w:p w14:paraId="6031CE06" w14:textId="77777777" w:rsidR="00AE08AB" w:rsidRDefault="00AA2D9E">
      <w:pPr>
        <w:spacing w:after="60"/>
      </w:pPr>
      <w:r>
        <w:rPr>
          <w:color w:val="B9B9B9"/>
          <w:sz w:val="16"/>
        </w:rPr>
        <w:t>________________________________________________________</w:t>
      </w:r>
    </w:p>
    <w:p w14:paraId="71B99378" w14:textId="77777777" w:rsidR="00AE08AB" w:rsidRDefault="00AA2D9E">
      <w:pPr>
        <w:pStyle w:val="Heading2"/>
      </w:pPr>
      <w:r>
        <w:t>My Unfiltered Prayer</w:t>
      </w:r>
    </w:p>
    <w:p w14:paraId="775B53E2" w14:textId="77777777" w:rsidR="00AE08AB" w:rsidRDefault="00AA2D9E">
      <w:r>
        <w:t>God, as I sit with emotional exhaustion, what I most need to tell You honestly is…</w:t>
      </w:r>
    </w:p>
    <w:p w14:paraId="05ADF785" w14:textId="77777777" w:rsidR="00AE08AB" w:rsidRDefault="00AA2D9E">
      <w:pPr>
        <w:spacing w:after="60"/>
      </w:pPr>
      <w:r>
        <w:rPr>
          <w:color w:val="B9B9B9"/>
          <w:sz w:val="16"/>
        </w:rPr>
        <w:t>________________________________________________________</w:t>
      </w:r>
    </w:p>
    <w:p w14:paraId="7DFD6AE0" w14:textId="77777777" w:rsidR="00AE08AB" w:rsidRDefault="00AA2D9E">
      <w:pPr>
        <w:spacing w:after="60"/>
      </w:pPr>
      <w:r>
        <w:rPr>
          <w:color w:val="B9B9B9"/>
          <w:sz w:val="16"/>
        </w:rPr>
        <w:t>________________________________________________________</w:t>
      </w:r>
    </w:p>
    <w:p w14:paraId="7DFA111A" w14:textId="77777777" w:rsidR="00AE08AB" w:rsidRDefault="00AA2D9E">
      <w:pPr>
        <w:spacing w:after="60"/>
      </w:pPr>
      <w:r>
        <w:rPr>
          <w:color w:val="B9B9B9"/>
          <w:sz w:val="16"/>
        </w:rPr>
        <w:t>________________________________________________________</w:t>
      </w:r>
    </w:p>
    <w:p w14:paraId="7D6F0ADA" w14:textId="77777777" w:rsidR="00AE08AB" w:rsidRDefault="00AA2D9E">
      <w:pPr>
        <w:spacing w:after="60"/>
      </w:pPr>
      <w:r>
        <w:rPr>
          <w:color w:val="B9B9B9"/>
          <w:sz w:val="16"/>
        </w:rPr>
        <w:t>________________________________________________________</w:t>
      </w:r>
    </w:p>
    <w:p w14:paraId="28004981" w14:textId="77777777" w:rsidR="00AE08AB" w:rsidRDefault="00AA2D9E">
      <w:pPr>
        <w:spacing w:after="60"/>
      </w:pPr>
      <w:r>
        <w:rPr>
          <w:color w:val="B9B9B9"/>
          <w:sz w:val="16"/>
        </w:rPr>
        <w:lastRenderedPageBreak/>
        <w:t>________________________________________________________</w:t>
      </w:r>
    </w:p>
    <w:p w14:paraId="2E109A87" w14:textId="77777777" w:rsidR="00AE08AB" w:rsidRDefault="00AA2D9E">
      <w:pPr>
        <w:spacing w:after="60"/>
      </w:pPr>
      <w:r>
        <w:rPr>
          <w:color w:val="B9B9B9"/>
          <w:sz w:val="16"/>
        </w:rPr>
        <w:t>________________________________________________________</w:t>
      </w:r>
    </w:p>
    <w:p w14:paraId="4E04FD84" w14:textId="77777777" w:rsidR="00AE08AB" w:rsidRDefault="00AA2D9E">
      <w:pPr>
        <w:spacing w:after="60"/>
      </w:pPr>
      <w:r>
        <w:rPr>
          <w:color w:val="B9B9B9"/>
          <w:sz w:val="16"/>
        </w:rPr>
        <w:t>________________________________________________________</w:t>
      </w:r>
    </w:p>
    <w:p w14:paraId="307E8DF1" w14:textId="77777777" w:rsidR="00AE08AB" w:rsidRDefault="00AA2D9E">
      <w:r>
        <w:br w:type="page"/>
      </w:r>
    </w:p>
    <w:p w14:paraId="021819FE" w14:textId="77777777" w:rsidR="00AE08AB" w:rsidRDefault="00AA2D9E">
      <w:pPr>
        <w:pStyle w:val="Heading2"/>
      </w:pPr>
      <w:r>
        <w:lastRenderedPageBreak/>
        <w:t>DAY 25</w:t>
      </w:r>
    </w:p>
    <w:p w14:paraId="71A9C4AA" w14:textId="77777777" w:rsidR="00AE08AB" w:rsidRDefault="00AA2D9E">
      <w:pPr>
        <w:pStyle w:val="Heading1"/>
      </w:pPr>
      <w:r>
        <w:t>Stop Fighting Tomorrow Today</w:t>
      </w:r>
    </w:p>
    <w:p w14:paraId="18EAB216" w14:textId="77777777" w:rsidR="00AE08AB" w:rsidRDefault="00AA2D9E">
      <w:r>
        <w:rPr>
          <w:b/>
          <w:color w:val="B08D3A"/>
        </w:rPr>
        <w:t xml:space="preserve">SCRIPTURE ANCHOR  </w:t>
      </w:r>
      <w:r>
        <w:t>Matthew 6:34</w:t>
      </w:r>
    </w:p>
    <w:p w14:paraId="7EBEB800" w14:textId="77777777" w:rsidR="00AE08AB" w:rsidRDefault="00AA2D9E">
      <w:pPr>
        <w:pStyle w:val="Heading2"/>
      </w:pPr>
      <w:r>
        <w:t>Pause</w:t>
      </w:r>
    </w:p>
    <w:p w14:paraId="75A5D92C" w14:textId="77777777" w:rsidR="00AE08AB" w:rsidRDefault="00AA2D9E">
      <w:r>
        <w:t>Take three slow breaths. Let your body become still. You do not have to solve anything before you pray.</w:t>
      </w:r>
    </w:p>
    <w:p w14:paraId="768972E1" w14:textId="77777777" w:rsidR="00AE08AB" w:rsidRDefault="00AA2D9E">
      <w:pPr>
        <w:pStyle w:val="Heading2"/>
      </w:pPr>
      <w:r>
        <w:t>Guided Prayer</w:t>
      </w:r>
    </w:p>
    <w:p w14:paraId="1209125C" w14:textId="77777777" w:rsidR="00AE08AB" w:rsidRDefault="00AA2D9E">
      <w:r>
        <w:t>Father, I bring You the reality of stop fighting tomorrow today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w:t>
      </w:r>
      <w:r>
        <w:t>ons remain unanswered. In Jesus' name, Amen.</w:t>
      </w:r>
    </w:p>
    <w:p w14:paraId="01120734" w14:textId="77777777" w:rsidR="00AE08AB" w:rsidRDefault="00AA2D9E">
      <w:pPr>
        <w:pStyle w:val="Heading2"/>
      </w:pPr>
      <w:r>
        <w:t>Release</w:t>
      </w:r>
    </w:p>
    <w:p w14:paraId="2BAAF6B6" w14:textId="77777777" w:rsidR="00AE08AB" w:rsidRDefault="00AA2D9E">
      <w:r>
        <w:t>Complete this sentence slowly: “Father, today I place into Your hands…”</w:t>
      </w:r>
    </w:p>
    <w:p w14:paraId="58C76D06" w14:textId="77777777" w:rsidR="00AE08AB" w:rsidRDefault="00AA2D9E">
      <w:pPr>
        <w:spacing w:after="60"/>
      </w:pPr>
      <w:r>
        <w:rPr>
          <w:color w:val="B9B9B9"/>
          <w:sz w:val="16"/>
        </w:rPr>
        <w:t>________________________________________________________</w:t>
      </w:r>
    </w:p>
    <w:p w14:paraId="75AE5A67" w14:textId="77777777" w:rsidR="00AE08AB" w:rsidRDefault="00AA2D9E">
      <w:pPr>
        <w:spacing w:after="60"/>
      </w:pPr>
      <w:r>
        <w:rPr>
          <w:color w:val="B9B9B9"/>
          <w:sz w:val="16"/>
        </w:rPr>
        <w:t>________________________________________________________</w:t>
      </w:r>
    </w:p>
    <w:p w14:paraId="3CCF140F" w14:textId="77777777" w:rsidR="00AE08AB" w:rsidRDefault="00AA2D9E">
      <w:pPr>
        <w:pStyle w:val="Heading2"/>
      </w:pPr>
      <w:r>
        <w:t>Listen</w:t>
      </w:r>
    </w:p>
    <w:p w14:paraId="6F4159FD" w14:textId="77777777" w:rsidR="00AE08AB" w:rsidRDefault="00AA2D9E">
      <w:r>
        <w:t>Remain quiet for a moment. What truth, Scripture, conviction, or gentle reminder is rising?</w:t>
      </w:r>
    </w:p>
    <w:p w14:paraId="3926373F" w14:textId="77777777" w:rsidR="00AE08AB" w:rsidRDefault="00AA2D9E">
      <w:pPr>
        <w:spacing w:after="60"/>
      </w:pPr>
      <w:r>
        <w:rPr>
          <w:color w:val="B9B9B9"/>
          <w:sz w:val="16"/>
        </w:rPr>
        <w:t>________________________________________________________</w:t>
      </w:r>
    </w:p>
    <w:p w14:paraId="0A223AF1" w14:textId="77777777" w:rsidR="00AE08AB" w:rsidRDefault="00AA2D9E">
      <w:pPr>
        <w:spacing w:after="60"/>
      </w:pPr>
      <w:r>
        <w:rPr>
          <w:color w:val="B9B9B9"/>
          <w:sz w:val="16"/>
        </w:rPr>
        <w:t>________________________________________________________</w:t>
      </w:r>
    </w:p>
    <w:p w14:paraId="5E3BD4DD" w14:textId="77777777" w:rsidR="00AE08AB" w:rsidRDefault="00AA2D9E">
      <w:pPr>
        <w:pStyle w:val="Heading2"/>
      </w:pPr>
      <w:r>
        <w:t>My Unfiltered Prayer</w:t>
      </w:r>
    </w:p>
    <w:p w14:paraId="38620DA8" w14:textId="77777777" w:rsidR="00AE08AB" w:rsidRDefault="00AA2D9E">
      <w:r>
        <w:t>God, as I sit with stop fighting tomorrow today, what I most need to tell You honestly is…</w:t>
      </w:r>
    </w:p>
    <w:p w14:paraId="24B2CB09" w14:textId="77777777" w:rsidR="00AE08AB" w:rsidRDefault="00AA2D9E">
      <w:pPr>
        <w:spacing w:after="60"/>
      </w:pPr>
      <w:r>
        <w:rPr>
          <w:color w:val="B9B9B9"/>
          <w:sz w:val="16"/>
        </w:rPr>
        <w:t>________________________________________________________</w:t>
      </w:r>
    </w:p>
    <w:p w14:paraId="7A23EC69" w14:textId="77777777" w:rsidR="00AE08AB" w:rsidRDefault="00AA2D9E">
      <w:pPr>
        <w:spacing w:after="60"/>
      </w:pPr>
      <w:r>
        <w:rPr>
          <w:color w:val="B9B9B9"/>
          <w:sz w:val="16"/>
        </w:rPr>
        <w:t>________________________________________________________</w:t>
      </w:r>
    </w:p>
    <w:p w14:paraId="4F3177AC" w14:textId="77777777" w:rsidR="00AE08AB" w:rsidRDefault="00AA2D9E">
      <w:pPr>
        <w:spacing w:after="60"/>
      </w:pPr>
      <w:r>
        <w:rPr>
          <w:color w:val="B9B9B9"/>
          <w:sz w:val="16"/>
        </w:rPr>
        <w:t>________________________________________________________</w:t>
      </w:r>
    </w:p>
    <w:p w14:paraId="37C8E152" w14:textId="77777777" w:rsidR="00AE08AB" w:rsidRDefault="00AA2D9E">
      <w:pPr>
        <w:spacing w:after="60"/>
      </w:pPr>
      <w:r>
        <w:rPr>
          <w:color w:val="B9B9B9"/>
          <w:sz w:val="16"/>
        </w:rPr>
        <w:lastRenderedPageBreak/>
        <w:t>________________________________________________________</w:t>
      </w:r>
    </w:p>
    <w:p w14:paraId="3078C67B" w14:textId="77777777" w:rsidR="00AE08AB" w:rsidRDefault="00AA2D9E">
      <w:pPr>
        <w:spacing w:after="60"/>
      </w:pPr>
      <w:r>
        <w:rPr>
          <w:color w:val="B9B9B9"/>
          <w:sz w:val="16"/>
        </w:rPr>
        <w:t>________________________________________________________</w:t>
      </w:r>
    </w:p>
    <w:p w14:paraId="24631F4C" w14:textId="77777777" w:rsidR="00AE08AB" w:rsidRDefault="00AA2D9E">
      <w:pPr>
        <w:spacing w:after="60"/>
      </w:pPr>
      <w:r>
        <w:rPr>
          <w:color w:val="B9B9B9"/>
          <w:sz w:val="16"/>
        </w:rPr>
        <w:t>________________________________________________________</w:t>
      </w:r>
    </w:p>
    <w:p w14:paraId="09B46C72" w14:textId="77777777" w:rsidR="00AE08AB" w:rsidRDefault="00AA2D9E">
      <w:pPr>
        <w:spacing w:after="60"/>
      </w:pPr>
      <w:r>
        <w:rPr>
          <w:color w:val="B9B9B9"/>
          <w:sz w:val="16"/>
        </w:rPr>
        <w:t>________________________________________________________</w:t>
      </w:r>
    </w:p>
    <w:p w14:paraId="69B10FFA" w14:textId="77777777" w:rsidR="00AE08AB" w:rsidRDefault="00AA2D9E">
      <w:r>
        <w:br w:type="page"/>
      </w:r>
    </w:p>
    <w:p w14:paraId="48BEDD5C" w14:textId="77777777" w:rsidR="00AE08AB" w:rsidRDefault="00AA2D9E">
      <w:pPr>
        <w:pStyle w:val="Heading2"/>
      </w:pPr>
      <w:r>
        <w:lastRenderedPageBreak/>
        <w:t>DAY 26</w:t>
      </w:r>
    </w:p>
    <w:p w14:paraId="5D3EEFB5" w14:textId="77777777" w:rsidR="00AE08AB" w:rsidRDefault="00AA2D9E">
      <w:pPr>
        <w:pStyle w:val="Heading1"/>
      </w:pPr>
      <w:r>
        <w:t>The Gift of Stillness</w:t>
      </w:r>
    </w:p>
    <w:p w14:paraId="527ED210" w14:textId="77777777" w:rsidR="00AE08AB" w:rsidRDefault="00AA2D9E">
      <w:r>
        <w:rPr>
          <w:b/>
          <w:color w:val="B08D3A"/>
        </w:rPr>
        <w:t xml:space="preserve">SCRIPTURE ANCHOR  </w:t>
      </w:r>
      <w:r>
        <w:t>Psalm 46:10</w:t>
      </w:r>
    </w:p>
    <w:p w14:paraId="664D8B73" w14:textId="77777777" w:rsidR="00AE08AB" w:rsidRDefault="00AA2D9E">
      <w:pPr>
        <w:pStyle w:val="Heading2"/>
      </w:pPr>
      <w:r>
        <w:t>Pause</w:t>
      </w:r>
    </w:p>
    <w:p w14:paraId="47EB9A3C" w14:textId="77777777" w:rsidR="00AE08AB" w:rsidRDefault="00AA2D9E">
      <w:r>
        <w:t>Take three slow breaths. Let your body become still. You do not have to solve anything before you pray.</w:t>
      </w:r>
    </w:p>
    <w:p w14:paraId="3488D95F" w14:textId="77777777" w:rsidR="00AE08AB" w:rsidRDefault="00AA2D9E">
      <w:pPr>
        <w:pStyle w:val="Heading2"/>
      </w:pPr>
      <w:r>
        <w:t>Guided Prayer</w:t>
      </w:r>
    </w:p>
    <w:p w14:paraId="0107E8BB" w14:textId="77777777" w:rsidR="00AE08AB" w:rsidRDefault="00AA2D9E">
      <w:r>
        <w:t>Father, I bring You the reality of the gift of stillness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w:t>
      </w:r>
      <w:r>
        <w:t>ain unanswered. In Jesus' name, Amen.</w:t>
      </w:r>
    </w:p>
    <w:p w14:paraId="277811E5" w14:textId="77777777" w:rsidR="00AE08AB" w:rsidRDefault="00AA2D9E">
      <w:pPr>
        <w:pStyle w:val="Heading2"/>
      </w:pPr>
      <w:r>
        <w:t>Release</w:t>
      </w:r>
    </w:p>
    <w:p w14:paraId="44534E5E" w14:textId="77777777" w:rsidR="00AE08AB" w:rsidRDefault="00AA2D9E">
      <w:r>
        <w:t>Complete this sentence slowly: “Father, today I place into Your hands…”</w:t>
      </w:r>
    </w:p>
    <w:p w14:paraId="4AF238C3" w14:textId="77777777" w:rsidR="00AE08AB" w:rsidRDefault="00AA2D9E">
      <w:pPr>
        <w:spacing w:after="60"/>
      </w:pPr>
      <w:r>
        <w:rPr>
          <w:color w:val="B9B9B9"/>
          <w:sz w:val="16"/>
        </w:rPr>
        <w:t>________________________________________________________</w:t>
      </w:r>
    </w:p>
    <w:p w14:paraId="49787372" w14:textId="77777777" w:rsidR="00AE08AB" w:rsidRDefault="00AA2D9E">
      <w:pPr>
        <w:spacing w:after="60"/>
      </w:pPr>
      <w:r>
        <w:rPr>
          <w:color w:val="B9B9B9"/>
          <w:sz w:val="16"/>
        </w:rPr>
        <w:t>________________________________________________________</w:t>
      </w:r>
    </w:p>
    <w:p w14:paraId="2CF1B7C1" w14:textId="77777777" w:rsidR="00AE08AB" w:rsidRDefault="00AA2D9E">
      <w:pPr>
        <w:pStyle w:val="Heading2"/>
      </w:pPr>
      <w:r>
        <w:t>Listen</w:t>
      </w:r>
    </w:p>
    <w:p w14:paraId="50232AB3" w14:textId="77777777" w:rsidR="00AE08AB" w:rsidRDefault="00AA2D9E">
      <w:r>
        <w:t>Remain quiet for a moment. What truth, Scripture, conviction, or gentle reminder is rising?</w:t>
      </w:r>
    </w:p>
    <w:p w14:paraId="7029E8B8" w14:textId="77777777" w:rsidR="00AE08AB" w:rsidRDefault="00AA2D9E">
      <w:pPr>
        <w:spacing w:after="60"/>
      </w:pPr>
      <w:r>
        <w:rPr>
          <w:color w:val="B9B9B9"/>
          <w:sz w:val="16"/>
        </w:rPr>
        <w:t>________________________________________________________</w:t>
      </w:r>
    </w:p>
    <w:p w14:paraId="12D1D6EE" w14:textId="77777777" w:rsidR="00AE08AB" w:rsidRDefault="00AA2D9E">
      <w:pPr>
        <w:spacing w:after="60"/>
      </w:pPr>
      <w:r>
        <w:rPr>
          <w:color w:val="B9B9B9"/>
          <w:sz w:val="16"/>
        </w:rPr>
        <w:t>________________________________________________________</w:t>
      </w:r>
    </w:p>
    <w:p w14:paraId="172F1426" w14:textId="77777777" w:rsidR="00AE08AB" w:rsidRDefault="00AA2D9E">
      <w:pPr>
        <w:pStyle w:val="Heading2"/>
      </w:pPr>
      <w:r>
        <w:t>My Unfiltered Prayer</w:t>
      </w:r>
    </w:p>
    <w:p w14:paraId="0424A550" w14:textId="77777777" w:rsidR="00AE08AB" w:rsidRDefault="00AA2D9E">
      <w:r>
        <w:t>God, as I sit with the gift of stillness, what I most need to tell You honestly is…</w:t>
      </w:r>
    </w:p>
    <w:p w14:paraId="0CE6A7B0" w14:textId="77777777" w:rsidR="00AE08AB" w:rsidRDefault="00AA2D9E">
      <w:pPr>
        <w:spacing w:after="60"/>
      </w:pPr>
      <w:r>
        <w:rPr>
          <w:color w:val="B9B9B9"/>
          <w:sz w:val="16"/>
        </w:rPr>
        <w:t>________________________________________________________</w:t>
      </w:r>
    </w:p>
    <w:p w14:paraId="07BBB234" w14:textId="77777777" w:rsidR="00AE08AB" w:rsidRDefault="00AA2D9E">
      <w:pPr>
        <w:spacing w:after="60"/>
      </w:pPr>
      <w:r>
        <w:rPr>
          <w:color w:val="B9B9B9"/>
          <w:sz w:val="16"/>
        </w:rPr>
        <w:t>________________________________________________________</w:t>
      </w:r>
    </w:p>
    <w:p w14:paraId="46B02F42" w14:textId="77777777" w:rsidR="00AE08AB" w:rsidRDefault="00AA2D9E">
      <w:pPr>
        <w:spacing w:after="60"/>
      </w:pPr>
      <w:r>
        <w:rPr>
          <w:color w:val="B9B9B9"/>
          <w:sz w:val="16"/>
        </w:rPr>
        <w:t>________________________________________________________</w:t>
      </w:r>
    </w:p>
    <w:p w14:paraId="7011E3EB" w14:textId="77777777" w:rsidR="00AE08AB" w:rsidRDefault="00AA2D9E">
      <w:pPr>
        <w:spacing w:after="60"/>
      </w:pPr>
      <w:r>
        <w:rPr>
          <w:color w:val="B9B9B9"/>
          <w:sz w:val="16"/>
        </w:rPr>
        <w:t>________________________________________________________</w:t>
      </w:r>
    </w:p>
    <w:p w14:paraId="7961B29E" w14:textId="77777777" w:rsidR="00AE08AB" w:rsidRDefault="00AA2D9E">
      <w:pPr>
        <w:spacing w:after="60"/>
      </w:pPr>
      <w:r>
        <w:rPr>
          <w:color w:val="B9B9B9"/>
          <w:sz w:val="16"/>
        </w:rPr>
        <w:t>________________________________________________________</w:t>
      </w:r>
    </w:p>
    <w:p w14:paraId="340E482B" w14:textId="77777777" w:rsidR="00AE08AB" w:rsidRDefault="00AA2D9E">
      <w:pPr>
        <w:spacing w:after="60"/>
      </w:pPr>
      <w:r>
        <w:rPr>
          <w:color w:val="B9B9B9"/>
          <w:sz w:val="16"/>
        </w:rPr>
        <w:lastRenderedPageBreak/>
        <w:t>________________________________________________________</w:t>
      </w:r>
    </w:p>
    <w:p w14:paraId="22F35B56" w14:textId="77777777" w:rsidR="00AE08AB" w:rsidRDefault="00AA2D9E">
      <w:pPr>
        <w:spacing w:after="60"/>
      </w:pPr>
      <w:r>
        <w:rPr>
          <w:color w:val="B9B9B9"/>
          <w:sz w:val="16"/>
        </w:rPr>
        <w:t>________________________________________________________</w:t>
      </w:r>
    </w:p>
    <w:p w14:paraId="6D03B12E" w14:textId="77777777" w:rsidR="00AE08AB" w:rsidRDefault="00AA2D9E">
      <w:r>
        <w:br w:type="page"/>
      </w:r>
    </w:p>
    <w:p w14:paraId="41B121BB" w14:textId="77777777" w:rsidR="00AE08AB" w:rsidRDefault="00AA2D9E">
      <w:pPr>
        <w:pStyle w:val="Heading2"/>
      </w:pPr>
      <w:r>
        <w:lastRenderedPageBreak/>
        <w:t>DAY 27</w:t>
      </w:r>
    </w:p>
    <w:p w14:paraId="4367CBB0" w14:textId="77777777" w:rsidR="00AE08AB" w:rsidRDefault="00AA2D9E">
      <w:pPr>
        <w:pStyle w:val="Heading1"/>
      </w:pPr>
      <w:r>
        <w:t>Remembering Previous Deliverance</w:t>
      </w:r>
    </w:p>
    <w:p w14:paraId="7FFE0716" w14:textId="77777777" w:rsidR="00AE08AB" w:rsidRDefault="00AA2D9E">
      <w:r>
        <w:rPr>
          <w:b/>
          <w:color w:val="B08D3A"/>
        </w:rPr>
        <w:t xml:space="preserve">SCRIPTURE ANCHOR  </w:t>
      </w:r>
      <w:r>
        <w:t>Psalm 77:11-12</w:t>
      </w:r>
    </w:p>
    <w:p w14:paraId="4F62C343" w14:textId="77777777" w:rsidR="00AE08AB" w:rsidRDefault="00AA2D9E">
      <w:pPr>
        <w:pStyle w:val="Heading2"/>
      </w:pPr>
      <w:r>
        <w:t>Pause</w:t>
      </w:r>
    </w:p>
    <w:p w14:paraId="1AE9CD50" w14:textId="77777777" w:rsidR="00AE08AB" w:rsidRDefault="00AA2D9E">
      <w:r>
        <w:t>Take three slow breaths. Let your body become still. You do not have to solve anything before you pray.</w:t>
      </w:r>
    </w:p>
    <w:p w14:paraId="16764617" w14:textId="77777777" w:rsidR="00AE08AB" w:rsidRDefault="00AA2D9E">
      <w:pPr>
        <w:pStyle w:val="Heading2"/>
      </w:pPr>
      <w:r>
        <w:t>Guided Prayer</w:t>
      </w:r>
    </w:p>
    <w:p w14:paraId="526B9388" w14:textId="77777777" w:rsidR="00AE08AB" w:rsidRDefault="00AA2D9E">
      <w:r>
        <w:t>Father, I bring You the reality of remembering previous deliverance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w:t>
      </w:r>
      <w:r>
        <w:t>estions remain unanswered. In Jesus' name, Amen.</w:t>
      </w:r>
    </w:p>
    <w:p w14:paraId="0407A492" w14:textId="77777777" w:rsidR="00AE08AB" w:rsidRDefault="00AA2D9E">
      <w:pPr>
        <w:pStyle w:val="Heading2"/>
      </w:pPr>
      <w:r>
        <w:t>Release</w:t>
      </w:r>
    </w:p>
    <w:p w14:paraId="3441388D" w14:textId="77777777" w:rsidR="00AE08AB" w:rsidRDefault="00AA2D9E">
      <w:r>
        <w:t>Complete this sentence slowly: “Father, today I place into Your hands…”</w:t>
      </w:r>
    </w:p>
    <w:p w14:paraId="452345F3" w14:textId="77777777" w:rsidR="00AE08AB" w:rsidRDefault="00AA2D9E">
      <w:pPr>
        <w:spacing w:after="60"/>
      </w:pPr>
      <w:r>
        <w:rPr>
          <w:color w:val="B9B9B9"/>
          <w:sz w:val="16"/>
        </w:rPr>
        <w:t>________________________________________________________</w:t>
      </w:r>
    </w:p>
    <w:p w14:paraId="753F551D" w14:textId="77777777" w:rsidR="00AE08AB" w:rsidRDefault="00AA2D9E">
      <w:pPr>
        <w:spacing w:after="60"/>
      </w:pPr>
      <w:r>
        <w:rPr>
          <w:color w:val="B9B9B9"/>
          <w:sz w:val="16"/>
        </w:rPr>
        <w:t>________________________________________________________</w:t>
      </w:r>
    </w:p>
    <w:p w14:paraId="19B13193" w14:textId="77777777" w:rsidR="00AE08AB" w:rsidRDefault="00AA2D9E">
      <w:pPr>
        <w:pStyle w:val="Heading2"/>
      </w:pPr>
      <w:r>
        <w:t>Listen</w:t>
      </w:r>
    </w:p>
    <w:p w14:paraId="3DC78794" w14:textId="77777777" w:rsidR="00AE08AB" w:rsidRDefault="00AA2D9E">
      <w:r>
        <w:t>Remain quiet for a moment. What truth, Scripture, conviction, or gentle reminder is rising?</w:t>
      </w:r>
    </w:p>
    <w:p w14:paraId="2AA914EE" w14:textId="77777777" w:rsidR="00AE08AB" w:rsidRDefault="00AA2D9E">
      <w:pPr>
        <w:spacing w:after="60"/>
      </w:pPr>
      <w:r>
        <w:rPr>
          <w:color w:val="B9B9B9"/>
          <w:sz w:val="16"/>
        </w:rPr>
        <w:t>________________________________________________________</w:t>
      </w:r>
    </w:p>
    <w:p w14:paraId="3394B1F9" w14:textId="77777777" w:rsidR="00AE08AB" w:rsidRDefault="00AA2D9E">
      <w:pPr>
        <w:spacing w:after="60"/>
      </w:pPr>
      <w:r>
        <w:rPr>
          <w:color w:val="B9B9B9"/>
          <w:sz w:val="16"/>
        </w:rPr>
        <w:t>________________________________________________________</w:t>
      </w:r>
    </w:p>
    <w:p w14:paraId="6A7C6A2E" w14:textId="77777777" w:rsidR="00AE08AB" w:rsidRDefault="00AA2D9E">
      <w:pPr>
        <w:pStyle w:val="Heading2"/>
      </w:pPr>
      <w:r>
        <w:t>My Unfiltered Prayer</w:t>
      </w:r>
    </w:p>
    <w:p w14:paraId="420266EA" w14:textId="77777777" w:rsidR="00AE08AB" w:rsidRDefault="00AA2D9E">
      <w:r>
        <w:t>God, as I sit with remembering previous deliverance, what I most need to tell You honestly is…</w:t>
      </w:r>
    </w:p>
    <w:p w14:paraId="7132F0AD" w14:textId="77777777" w:rsidR="00AE08AB" w:rsidRDefault="00AA2D9E">
      <w:pPr>
        <w:spacing w:after="60"/>
      </w:pPr>
      <w:r>
        <w:rPr>
          <w:color w:val="B9B9B9"/>
          <w:sz w:val="16"/>
        </w:rPr>
        <w:t>________________________________________________________</w:t>
      </w:r>
    </w:p>
    <w:p w14:paraId="4A481C9A" w14:textId="77777777" w:rsidR="00AE08AB" w:rsidRDefault="00AA2D9E">
      <w:pPr>
        <w:spacing w:after="60"/>
      </w:pPr>
      <w:r>
        <w:rPr>
          <w:color w:val="B9B9B9"/>
          <w:sz w:val="16"/>
        </w:rPr>
        <w:t>________________________________________________________</w:t>
      </w:r>
    </w:p>
    <w:p w14:paraId="4B7E0E3F" w14:textId="77777777" w:rsidR="00AE08AB" w:rsidRDefault="00AA2D9E">
      <w:pPr>
        <w:spacing w:after="60"/>
      </w:pPr>
      <w:r>
        <w:rPr>
          <w:color w:val="B9B9B9"/>
          <w:sz w:val="16"/>
        </w:rPr>
        <w:t>________________________________________________________</w:t>
      </w:r>
    </w:p>
    <w:p w14:paraId="3DF5599C" w14:textId="77777777" w:rsidR="00AE08AB" w:rsidRDefault="00AA2D9E">
      <w:pPr>
        <w:spacing w:after="60"/>
      </w:pPr>
      <w:r>
        <w:rPr>
          <w:color w:val="B9B9B9"/>
          <w:sz w:val="16"/>
        </w:rPr>
        <w:lastRenderedPageBreak/>
        <w:t>________________________________________________________</w:t>
      </w:r>
    </w:p>
    <w:p w14:paraId="087B7D88" w14:textId="77777777" w:rsidR="00AE08AB" w:rsidRDefault="00AA2D9E">
      <w:pPr>
        <w:spacing w:after="60"/>
      </w:pPr>
      <w:r>
        <w:rPr>
          <w:color w:val="B9B9B9"/>
          <w:sz w:val="16"/>
        </w:rPr>
        <w:t>________________________________________________________</w:t>
      </w:r>
    </w:p>
    <w:p w14:paraId="048B854E" w14:textId="77777777" w:rsidR="00AE08AB" w:rsidRDefault="00AA2D9E">
      <w:pPr>
        <w:spacing w:after="60"/>
      </w:pPr>
      <w:r>
        <w:rPr>
          <w:color w:val="B9B9B9"/>
          <w:sz w:val="16"/>
        </w:rPr>
        <w:t>________________________________________________________</w:t>
      </w:r>
    </w:p>
    <w:p w14:paraId="7785ABF8" w14:textId="77777777" w:rsidR="00AE08AB" w:rsidRDefault="00AA2D9E">
      <w:pPr>
        <w:spacing w:after="60"/>
      </w:pPr>
      <w:r>
        <w:rPr>
          <w:color w:val="B9B9B9"/>
          <w:sz w:val="16"/>
        </w:rPr>
        <w:t>________________________________________________________</w:t>
      </w:r>
    </w:p>
    <w:p w14:paraId="5E23307E" w14:textId="77777777" w:rsidR="00AE08AB" w:rsidRDefault="00AA2D9E">
      <w:r>
        <w:br w:type="page"/>
      </w:r>
    </w:p>
    <w:p w14:paraId="07084518" w14:textId="77777777" w:rsidR="00AE08AB" w:rsidRDefault="00AA2D9E">
      <w:pPr>
        <w:pStyle w:val="Heading2"/>
      </w:pPr>
      <w:r>
        <w:lastRenderedPageBreak/>
        <w:t>DAY 28</w:t>
      </w:r>
    </w:p>
    <w:p w14:paraId="634F4BBC" w14:textId="77777777" w:rsidR="00AE08AB" w:rsidRDefault="00AA2D9E">
      <w:pPr>
        <w:pStyle w:val="Heading1"/>
      </w:pPr>
      <w:r>
        <w:t>Gratitude Without Denying Pain</w:t>
      </w:r>
    </w:p>
    <w:p w14:paraId="741956F7" w14:textId="77777777" w:rsidR="00AE08AB" w:rsidRDefault="00AA2D9E">
      <w:r>
        <w:rPr>
          <w:b/>
          <w:color w:val="B08D3A"/>
        </w:rPr>
        <w:t xml:space="preserve">SCRIPTURE ANCHOR  </w:t>
      </w:r>
      <w:r>
        <w:t>1 Thessalonians 5:18</w:t>
      </w:r>
    </w:p>
    <w:p w14:paraId="0B2A429C" w14:textId="77777777" w:rsidR="00AE08AB" w:rsidRDefault="00AA2D9E">
      <w:pPr>
        <w:pStyle w:val="Heading2"/>
      </w:pPr>
      <w:r>
        <w:t>Pause</w:t>
      </w:r>
    </w:p>
    <w:p w14:paraId="6F4A1E54" w14:textId="77777777" w:rsidR="00AE08AB" w:rsidRDefault="00AA2D9E">
      <w:r>
        <w:t>Take three slow breaths. Let your body become still. You do not have to solve anything before you pray.</w:t>
      </w:r>
    </w:p>
    <w:p w14:paraId="097A7D8C" w14:textId="77777777" w:rsidR="00AE08AB" w:rsidRDefault="00AA2D9E">
      <w:pPr>
        <w:pStyle w:val="Heading2"/>
      </w:pPr>
      <w:r>
        <w:t>Guided Prayer</w:t>
      </w:r>
    </w:p>
    <w:p w14:paraId="3B2F0F3E" w14:textId="77777777" w:rsidR="00AE08AB" w:rsidRDefault="00AA2D9E">
      <w:r>
        <w:t>Father, I bring You the reality of gratitude without denying pain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17689DE2" w14:textId="77777777" w:rsidR="00AE08AB" w:rsidRDefault="00AA2D9E">
      <w:pPr>
        <w:pStyle w:val="Heading2"/>
      </w:pPr>
      <w:r>
        <w:t>Release</w:t>
      </w:r>
    </w:p>
    <w:p w14:paraId="237DB135" w14:textId="77777777" w:rsidR="00AE08AB" w:rsidRDefault="00AA2D9E">
      <w:r>
        <w:t>Complete this sentence slowly: “Father, today I place into Your hands…”</w:t>
      </w:r>
    </w:p>
    <w:p w14:paraId="28040A62" w14:textId="77777777" w:rsidR="00AE08AB" w:rsidRDefault="00AA2D9E">
      <w:pPr>
        <w:spacing w:after="60"/>
      </w:pPr>
      <w:r>
        <w:rPr>
          <w:color w:val="B9B9B9"/>
          <w:sz w:val="16"/>
        </w:rPr>
        <w:t>________________________________________________________</w:t>
      </w:r>
    </w:p>
    <w:p w14:paraId="3E0F1A0F" w14:textId="77777777" w:rsidR="00AE08AB" w:rsidRDefault="00AA2D9E">
      <w:pPr>
        <w:spacing w:after="60"/>
      </w:pPr>
      <w:r>
        <w:rPr>
          <w:color w:val="B9B9B9"/>
          <w:sz w:val="16"/>
        </w:rPr>
        <w:t>________________________________________________________</w:t>
      </w:r>
    </w:p>
    <w:p w14:paraId="64677DB9" w14:textId="77777777" w:rsidR="00AE08AB" w:rsidRDefault="00AA2D9E">
      <w:pPr>
        <w:pStyle w:val="Heading2"/>
      </w:pPr>
      <w:r>
        <w:t>Listen</w:t>
      </w:r>
    </w:p>
    <w:p w14:paraId="714F1EF6" w14:textId="77777777" w:rsidR="00AE08AB" w:rsidRDefault="00AA2D9E">
      <w:r>
        <w:t>Remain quiet for a moment. What truth, Scripture, conviction, or gentle reminder is rising?</w:t>
      </w:r>
    </w:p>
    <w:p w14:paraId="0363ADC5" w14:textId="77777777" w:rsidR="00AE08AB" w:rsidRDefault="00AA2D9E">
      <w:pPr>
        <w:spacing w:after="60"/>
      </w:pPr>
      <w:r>
        <w:rPr>
          <w:color w:val="B9B9B9"/>
          <w:sz w:val="16"/>
        </w:rPr>
        <w:t>________________________________________________________</w:t>
      </w:r>
    </w:p>
    <w:p w14:paraId="220E0F59" w14:textId="77777777" w:rsidR="00AE08AB" w:rsidRDefault="00AA2D9E">
      <w:pPr>
        <w:spacing w:after="60"/>
      </w:pPr>
      <w:r>
        <w:rPr>
          <w:color w:val="B9B9B9"/>
          <w:sz w:val="16"/>
        </w:rPr>
        <w:t>________________________________________________________</w:t>
      </w:r>
    </w:p>
    <w:p w14:paraId="106F8654" w14:textId="77777777" w:rsidR="00AE08AB" w:rsidRDefault="00AA2D9E">
      <w:pPr>
        <w:pStyle w:val="Heading2"/>
      </w:pPr>
      <w:r>
        <w:t>My Unfiltered Prayer</w:t>
      </w:r>
    </w:p>
    <w:p w14:paraId="2180F273" w14:textId="77777777" w:rsidR="00AE08AB" w:rsidRDefault="00AA2D9E">
      <w:r>
        <w:t>God, as I sit with gratitude without denying pain, what I most need to tell You honestly is…</w:t>
      </w:r>
    </w:p>
    <w:p w14:paraId="6AE1E683" w14:textId="77777777" w:rsidR="00AE08AB" w:rsidRDefault="00AA2D9E">
      <w:pPr>
        <w:spacing w:after="60"/>
      </w:pPr>
      <w:r>
        <w:rPr>
          <w:color w:val="B9B9B9"/>
          <w:sz w:val="16"/>
        </w:rPr>
        <w:t>________________________________________________________</w:t>
      </w:r>
    </w:p>
    <w:p w14:paraId="77552D64" w14:textId="77777777" w:rsidR="00AE08AB" w:rsidRDefault="00AA2D9E">
      <w:pPr>
        <w:spacing w:after="60"/>
      </w:pPr>
      <w:r>
        <w:rPr>
          <w:color w:val="B9B9B9"/>
          <w:sz w:val="16"/>
        </w:rPr>
        <w:t>________________________________________________________</w:t>
      </w:r>
    </w:p>
    <w:p w14:paraId="19BB54A2" w14:textId="77777777" w:rsidR="00AE08AB" w:rsidRDefault="00AA2D9E">
      <w:pPr>
        <w:spacing w:after="60"/>
      </w:pPr>
      <w:r>
        <w:rPr>
          <w:color w:val="B9B9B9"/>
          <w:sz w:val="16"/>
        </w:rPr>
        <w:t>________________________________________________________</w:t>
      </w:r>
    </w:p>
    <w:p w14:paraId="42AA95B5" w14:textId="77777777" w:rsidR="00AE08AB" w:rsidRDefault="00AA2D9E">
      <w:pPr>
        <w:spacing w:after="60"/>
      </w:pPr>
      <w:r>
        <w:rPr>
          <w:color w:val="B9B9B9"/>
          <w:sz w:val="16"/>
        </w:rPr>
        <w:lastRenderedPageBreak/>
        <w:t>________________________________________________________</w:t>
      </w:r>
    </w:p>
    <w:p w14:paraId="253E05D7" w14:textId="77777777" w:rsidR="00AE08AB" w:rsidRDefault="00AA2D9E">
      <w:pPr>
        <w:spacing w:after="60"/>
      </w:pPr>
      <w:r>
        <w:rPr>
          <w:color w:val="B9B9B9"/>
          <w:sz w:val="16"/>
        </w:rPr>
        <w:t>________________________________________________________</w:t>
      </w:r>
    </w:p>
    <w:p w14:paraId="5772CEB6" w14:textId="77777777" w:rsidR="00AE08AB" w:rsidRDefault="00AA2D9E">
      <w:pPr>
        <w:spacing w:after="60"/>
      </w:pPr>
      <w:r>
        <w:rPr>
          <w:color w:val="B9B9B9"/>
          <w:sz w:val="16"/>
        </w:rPr>
        <w:t>________________________________________________________</w:t>
      </w:r>
    </w:p>
    <w:p w14:paraId="6A711280" w14:textId="77777777" w:rsidR="00AE08AB" w:rsidRDefault="00AA2D9E">
      <w:pPr>
        <w:spacing w:after="60"/>
      </w:pPr>
      <w:r>
        <w:rPr>
          <w:color w:val="B9B9B9"/>
          <w:sz w:val="16"/>
        </w:rPr>
        <w:t>________________________________________________________</w:t>
      </w:r>
    </w:p>
    <w:p w14:paraId="0EDFB868" w14:textId="77777777" w:rsidR="00AE08AB" w:rsidRDefault="00AA2D9E">
      <w:pPr>
        <w:pStyle w:val="Heading1"/>
      </w:pPr>
      <w:r>
        <w:t>Sacred Pause</w:t>
      </w:r>
    </w:p>
    <w:p w14:paraId="37B22395" w14:textId="77777777" w:rsidR="00AE08AB" w:rsidRDefault="00AA2D9E">
      <w:pPr>
        <w:pStyle w:val="Heading3"/>
      </w:pPr>
      <w:r>
        <w:t>What happened within me this week?</w:t>
      </w:r>
    </w:p>
    <w:p w14:paraId="480BCEA4" w14:textId="77777777" w:rsidR="00AE08AB" w:rsidRDefault="00AA2D9E">
      <w:pPr>
        <w:spacing w:after="60"/>
      </w:pPr>
      <w:r>
        <w:rPr>
          <w:color w:val="B9B9B9"/>
          <w:sz w:val="16"/>
        </w:rPr>
        <w:t>________________________________________________________</w:t>
      </w:r>
    </w:p>
    <w:p w14:paraId="0803364F" w14:textId="77777777" w:rsidR="00AE08AB" w:rsidRDefault="00AA2D9E">
      <w:pPr>
        <w:pStyle w:val="Heading3"/>
      </w:pPr>
      <w:r>
        <w:t>What emotion appeared most often?</w:t>
      </w:r>
    </w:p>
    <w:p w14:paraId="7E47282C" w14:textId="77777777" w:rsidR="00AE08AB" w:rsidRDefault="00AA2D9E">
      <w:pPr>
        <w:spacing w:after="60"/>
      </w:pPr>
      <w:r>
        <w:rPr>
          <w:color w:val="B9B9B9"/>
          <w:sz w:val="16"/>
        </w:rPr>
        <w:t>________________________________________________________</w:t>
      </w:r>
    </w:p>
    <w:p w14:paraId="0ADD1806" w14:textId="77777777" w:rsidR="00AE08AB" w:rsidRDefault="00AA2D9E">
      <w:pPr>
        <w:pStyle w:val="Heading3"/>
      </w:pPr>
      <w:r>
        <w:t>Where did I recognize God's grace?</w:t>
      </w:r>
    </w:p>
    <w:p w14:paraId="5EEF515B" w14:textId="77777777" w:rsidR="00AE08AB" w:rsidRDefault="00AA2D9E">
      <w:pPr>
        <w:spacing w:after="60"/>
      </w:pPr>
      <w:r>
        <w:rPr>
          <w:color w:val="B9B9B9"/>
          <w:sz w:val="16"/>
        </w:rPr>
        <w:t>________________________________________________________</w:t>
      </w:r>
    </w:p>
    <w:p w14:paraId="1E10EC39" w14:textId="77777777" w:rsidR="00AE08AB" w:rsidRDefault="00AA2D9E">
      <w:pPr>
        <w:pStyle w:val="Heading3"/>
      </w:pPr>
      <w:r>
        <w:t>What do I refuse to carry into another week?</w:t>
      </w:r>
    </w:p>
    <w:p w14:paraId="0A430A39" w14:textId="77777777" w:rsidR="00AE08AB" w:rsidRDefault="00AA2D9E">
      <w:pPr>
        <w:spacing w:after="60"/>
      </w:pPr>
      <w:r>
        <w:rPr>
          <w:color w:val="B9B9B9"/>
          <w:sz w:val="16"/>
        </w:rPr>
        <w:t>________________________________________________________</w:t>
      </w:r>
    </w:p>
    <w:p w14:paraId="48EBD312" w14:textId="77777777" w:rsidR="00AE08AB" w:rsidRDefault="00AA2D9E">
      <w:pPr>
        <w:pStyle w:val="Heading3"/>
      </w:pPr>
      <w:r>
        <w:t>What do I need to receive from God now?</w:t>
      </w:r>
    </w:p>
    <w:p w14:paraId="1A0D3361" w14:textId="77777777" w:rsidR="00AE08AB" w:rsidRDefault="00AA2D9E">
      <w:pPr>
        <w:spacing w:after="60"/>
      </w:pPr>
      <w:r>
        <w:rPr>
          <w:color w:val="B9B9B9"/>
          <w:sz w:val="16"/>
        </w:rPr>
        <w:t>________________________________________________________</w:t>
      </w:r>
    </w:p>
    <w:p w14:paraId="0778E1EA" w14:textId="77777777" w:rsidR="00AE08AB" w:rsidRDefault="00AA2D9E">
      <w:r>
        <w:br w:type="page"/>
      </w:r>
    </w:p>
    <w:p w14:paraId="437F8109" w14:textId="77777777" w:rsidR="00AE08AB" w:rsidRDefault="00AA2D9E">
      <w:pPr>
        <w:pStyle w:val="Heading2"/>
      </w:pPr>
      <w:r>
        <w:lastRenderedPageBreak/>
        <w:t>DAY 29</w:t>
      </w:r>
    </w:p>
    <w:p w14:paraId="0D860480" w14:textId="77777777" w:rsidR="00AE08AB" w:rsidRDefault="00AA2D9E">
      <w:pPr>
        <w:pStyle w:val="Heading1"/>
      </w:pPr>
      <w:r>
        <w:t>The Storm Is Not Your Identity</w:t>
      </w:r>
    </w:p>
    <w:p w14:paraId="696747E3" w14:textId="77777777" w:rsidR="00AE08AB" w:rsidRDefault="00AA2D9E">
      <w:r>
        <w:rPr>
          <w:b/>
          <w:color w:val="B08D3A"/>
        </w:rPr>
        <w:t xml:space="preserve">SCRIPTURE ANCHOR  </w:t>
      </w:r>
      <w:r>
        <w:t>Isaiah 43:1</w:t>
      </w:r>
    </w:p>
    <w:p w14:paraId="3A3DC1CE" w14:textId="77777777" w:rsidR="00AE08AB" w:rsidRDefault="00AA2D9E">
      <w:pPr>
        <w:pStyle w:val="Heading2"/>
      </w:pPr>
      <w:r>
        <w:t>Pause</w:t>
      </w:r>
    </w:p>
    <w:p w14:paraId="6E40DCB7" w14:textId="77777777" w:rsidR="00AE08AB" w:rsidRDefault="00AA2D9E">
      <w:r>
        <w:t>Take three slow breaths. Let your body become still. You do not have to solve anything before you pray.</w:t>
      </w:r>
    </w:p>
    <w:p w14:paraId="4960535D" w14:textId="77777777" w:rsidR="00AE08AB" w:rsidRDefault="00AA2D9E">
      <w:pPr>
        <w:pStyle w:val="Heading2"/>
      </w:pPr>
      <w:r>
        <w:t>Guided Prayer</w:t>
      </w:r>
    </w:p>
    <w:p w14:paraId="0F6AEC6E" w14:textId="77777777" w:rsidR="00AE08AB" w:rsidRDefault="00AA2D9E">
      <w:r>
        <w:t>Father, I bring You the reality of the storm is not your identity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13FD030B" w14:textId="77777777" w:rsidR="00AE08AB" w:rsidRDefault="00AA2D9E">
      <w:pPr>
        <w:pStyle w:val="Heading2"/>
      </w:pPr>
      <w:r>
        <w:t>Release</w:t>
      </w:r>
    </w:p>
    <w:p w14:paraId="6C6A709F" w14:textId="77777777" w:rsidR="00AE08AB" w:rsidRDefault="00AA2D9E">
      <w:r>
        <w:t>Complete this sentence slowly: “Father, today I place into Your hands…”</w:t>
      </w:r>
    </w:p>
    <w:p w14:paraId="4A6F635F" w14:textId="77777777" w:rsidR="00AE08AB" w:rsidRDefault="00AA2D9E">
      <w:pPr>
        <w:spacing w:after="60"/>
      </w:pPr>
      <w:r>
        <w:rPr>
          <w:color w:val="B9B9B9"/>
          <w:sz w:val="16"/>
        </w:rPr>
        <w:t>________________________________________________________</w:t>
      </w:r>
    </w:p>
    <w:p w14:paraId="2E4404A9" w14:textId="77777777" w:rsidR="00AE08AB" w:rsidRDefault="00AA2D9E">
      <w:pPr>
        <w:spacing w:after="60"/>
      </w:pPr>
      <w:r>
        <w:rPr>
          <w:color w:val="B9B9B9"/>
          <w:sz w:val="16"/>
        </w:rPr>
        <w:t>________________________________________________________</w:t>
      </w:r>
    </w:p>
    <w:p w14:paraId="0273965F" w14:textId="77777777" w:rsidR="00AE08AB" w:rsidRDefault="00AA2D9E">
      <w:pPr>
        <w:pStyle w:val="Heading2"/>
      </w:pPr>
      <w:r>
        <w:t>Listen</w:t>
      </w:r>
    </w:p>
    <w:p w14:paraId="275C7F39" w14:textId="77777777" w:rsidR="00AE08AB" w:rsidRDefault="00AA2D9E">
      <w:r>
        <w:t>Remain quiet for a moment. What truth, Scripture, conviction, or gentle reminder is rising?</w:t>
      </w:r>
    </w:p>
    <w:p w14:paraId="228976D7" w14:textId="77777777" w:rsidR="00AE08AB" w:rsidRDefault="00AA2D9E">
      <w:pPr>
        <w:spacing w:after="60"/>
      </w:pPr>
      <w:r>
        <w:rPr>
          <w:color w:val="B9B9B9"/>
          <w:sz w:val="16"/>
        </w:rPr>
        <w:t>________________________________________________________</w:t>
      </w:r>
    </w:p>
    <w:p w14:paraId="0EA0EB61" w14:textId="77777777" w:rsidR="00AE08AB" w:rsidRDefault="00AA2D9E">
      <w:pPr>
        <w:spacing w:after="60"/>
      </w:pPr>
      <w:r>
        <w:rPr>
          <w:color w:val="B9B9B9"/>
          <w:sz w:val="16"/>
        </w:rPr>
        <w:t>________________________________________________________</w:t>
      </w:r>
    </w:p>
    <w:p w14:paraId="4E729079" w14:textId="77777777" w:rsidR="00AE08AB" w:rsidRDefault="00AA2D9E">
      <w:pPr>
        <w:pStyle w:val="Heading2"/>
      </w:pPr>
      <w:r>
        <w:t>My Unfiltered Prayer</w:t>
      </w:r>
    </w:p>
    <w:p w14:paraId="1C1D608E" w14:textId="77777777" w:rsidR="00AE08AB" w:rsidRDefault="00AA2D9E">
      <w:r>
        <w:t>God, as I sit with the storm is not your identity, what I most need to tell You honestly is…</w:t>
      </w:r>
    </w:p>
    <w:p w14:paraId="2E0DDEF6" w14:textId="77777777" w:rsidR="00AE08AB" w:rsidRDefault="00AA2D9E">
      <w:pPr>
        <w:spacing w:after="60"/>
      </w:pPr>
      <w:r>
        <w:rPr>
          <w:color w:val="B9B9B9"/>
          <w:sz w:val="16"/>
        </w:rPr>
        <w:t>________________________________________________________</w:t>
      </w:r>
    </w:p>
    <w:p w14:paraId="652F3FC2" w14:textId="77777777" w:rsidR="00AE08AB" w:rsidRDefault="00AA2D9E">
      <w:pPr>
        <w:spacing w:after="60"/>
      </w:pPr>
      <w:r>
        <w:rPr>
          <w:color w:val="B9B9B9"/>
          <w:sz w:val="16"/>
        </w:rPr>
        <w:t>________________________________________________________</w:t>
      </w:r>
    </w:p>
    <w:p w14:paraId="60ADDEC0" w14:textId="77777777" w:rsidR="00AE08AB" w:rsidRDefault="00AA2D9E">
      <w:pPr>
        <w:spacing w:after="60"/>
      </w:pPr>
      <w:r>
        <w:rPr>
          <w:color w:val="B9B9B9"/>
          <w:sz w:val="16"/>
        </w:rPr>
        <w:t>________________________________________________________</w:t>
      </w:r>
    </w:p>
    <w:p w14:paraId="09474D76" w14:textId="77777777" w:rsidR="00AE08AB" w:rsidRDefault="00AA2D9E">
      <w:pPr>
        <w:spacing w:after="60"/>
      </w:pPr>
      <w:r>
        <w:rPr>
          <w:color w:val="B9B9B9"/>
          <w:sz w:val="16"/>
        </w:rPr>
        <w:lastRenderedPageBreak/>
        <w:t>________________________________________________________</w:t>
      </w:r>
    </w:p>
    <w:p w14:paraId="0F7355F4" w14:textId="77777777" w:rsidR="00AE08AB" w:rsidRDefault="00AA2D9E">
      <w:pPr>
        <w:spacing w:after="60"/>
      </w:pPr>
      <w:r>
        <w:rPr>
          <w:color w:val="B9B9B9"/>
          <w:sz w:val="16"/>
        </w:rPr>
        <w:t>________________________________________________________</w:t>
      </w:r>
    </w:p>
    <w:p w14:paraId="56B519F3" w14:textId="77777777" w:rsidR="00AE08AB" w:rsidRDefault="00AA2D9E">
      <w:pPr>
        <w:spacing w:after="60"/>
      </w:pPr>
      <w:r>
        <w:rPr>
          <w:color w:val="B9B9B9"/>
          <w:sz w:val="16"/>
        </w:rPr>
        <w:t>________________________________________________________</w:t>
      </w:r>
    </w:p>
    <w:p w14:paraId="7CB174D6" w14:textId="77777777" w:rsidR="00AE08AB" w:rsidRDefault="00AA2D9E">
      <w:pPr>
        <w:spacing w:after="60"/>
      </w:pPr>
      <w:r>
        <w:rPr>
          <w:color w:val="B9B9B9"/>
          <w:sz w:val="16"/>
        </w:rPr>
        <w:t>________________________________________________________</w:t>
      </w:r>
    </w:p>
    <w:p w14:paraId="3EDC35B8" w14:textId="77777777" w:rsidR="00AE08AB" w:rsidRDefault="00AA2D9E">
      <w:r>
        <w:br w:type="page"/>
      </w:r>
    </w:p>
    <w:p w14:paraId="2105B6FA" w14:textId="77777777" w:rsidR="00AE08AB" w:rsidRDefault="00AA2D9E">
      <w:pPr>
        <w:pStyle w:val="Heading2"/>
      </w:pPr>
      <w:r>
        <w:lastRenderedPageBreak/>
        <w:t>DAY 30</w:t>
      </w:r>
    </w:p>
    <w:p w14:paraId="73495435" w14:textId="77777777" w:rsidR="00AE08AB" w:rsidRDefault="00AA2D9E">
      <w:pPr>
        <w:pStyle w:val="Heading1"/>
      </w:pPr>
      <w:r>
        <w:t>Still Standing</w:t>
      </w:r>
    </w:p>
    <w:p w14:paraId="5F3068B8" w14:textId="77777777" w:rsidR="00AE08AB" w:rsidRDefault="00AA2D9E">
      <w:r>
        <w:rPr>
          <w:b/>
          <w:color w:val="B08D3A"/>
        </w:rPr>
        <w:t xml:space="preserve">SCRIPTURE ANCHOR  </w:t>
      </w:r>
      <w:r>
        <w:t>Ephesians 6:13</w:t>
      </w:r>
    </w:p>
    <w:p w14:paraId="5F2E313C" w14:textId="77777777" w:rsidR="00AE08AB" w:rsidRDefault="00AA2D9E">
      <w:pPr>
        <w:pStyle w:val="Heading2"/>
      </w:pPr>
      <w:r>
        <w:t>Pause</w:t>
      </w:r>
    </w:p>
    <w:p w14:paraId="0A23B533" w14:textId="77777777" w:rsidR="00AE08AB" w:rsidRDefault="00AA2D9E">
      <w:r>
        <w:t>Take three slow breaths. Let your body become still. You do not have to solve anything before you pray.</w:t>
      </w:r>
    </w:p>
    <w:p w14:paraId="16EB164F" w14:textId="77777777" w:rsidR="00AE08AB" w:rsidRDefault="00AA2D9E">
      <w:pPr>
        <w:pStyle w:val="Heading2"/>
      </w:pPr>
      <w:r>
        <w:t>Guided Prayer</w:t>
      </w:r>
    </w:p>
    <w:p w14:paraId="53C391B1" w14:textId="77777777" w:rsidR="00AE08AB" w:rsidRDefault="00AA2D9E">
      <w:r>
        <w:t>Father, I bring You the reality of still standing without pretending or hiding. Meet me here with truth and mercy. In this season of when the storm breaks,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remain una</w:t>
      </w:r>
      <w:r>
        <w:t>nswered. In Jesus' name, Amen.</w:t>
      </w:r>
    </w:p>
    <w:p w14:paraId="10B90799" w14:textId="77777777" w:rsidR="00AE08AB" w:rsidRDefault="00AA2D9E">
      <w:pPr>
        <w:pStyle w:val="Heading2"/>
      </w:pPr>
      <w:r>
        <w:t>Release</w:t>
      </w:r>
    </w:p>
    <w:p w14:paraId="25653952" w14:textId="77777777" w:rsidR="00AE08AB" w:rsidRDefault="00AA2D9E">
      <w:r>
        <w:t>Complete this sentence slowly: “Father, today I place into Your hands…”</w:t>
      </w:r>
    </w:p>
    <w:p w14:paraId="3754D63B" w14:textId="77777777" w:rsidR="00AE08AB" w:rsidRDefault="00AA2D9E">
      <w:pPr>
        <w:spacing w:after="60"/>
      </w:pPr>
      <w:r>
        <w:rPr>
          <w:color w:val="B9B9B9"/>
          <w:sz w:val="16"/>
        </w:rPr>
        <w:t>________________________________________________________</w:t>
      </w:r>
    </w:p>
    <w:p w14:paraId="4CAB6E4C" w14:textId="77777777" w:rsidR="00AE08AB" w:rsidRDefault="00AA2D9E">
      <w:pPr>
        <w:spacing w:after="60"/>
      </w:pPr>
      <w:r>
        <w:rPr>
          <w:color w:val="B9B9B9"/>
          <w:sz w:val="16"/>
        </w:rPr>
        <w:t>________________________________________________________</w:t>
      </w:r>
    </w:p>
    <w:p w14:paraId="67B343C8" w14:textId="77777777" w:rsidR="00AE08AB" w:rsidRDefault="00AA2D9E">
      <w:pPr>
        <w:pStyle w:val="Heading2"/>
      </w:pPr>
      <w:r>
        <w:t>Listen</w:t>
      </w:r>
    </w:p>
    <w:p w14:paraId="633C3841" w14:textId="77777777" w:rsidR="00AE08AB" w:rsidRDefault="00AA2D9E">
      <w:r>
        <w:t>Remain quiet for a moment. What truth, Scripture, conviction, or gentle reminder is rising?</w:t>
      </w:r>
    </w:p>
    <w:p w14:paraId="18470556" w14:textId="77777777" w:rsidR="00AE08AB" w:rsidRDefault="00AA2D9E">
      <w:pPr>
        <w:spacing w:after="60"/>
      </w:pPr>
      <w:r>
        <w:rPr>
          <w:color w:val="B9B9B9"/>
          <w:sz w:val="16"/>
        </w:rPr>
        <w:t>________________________________________________________</w:t>
      </w:r>
    </w:p>
    <w:p w14:paraId="77A4610C" w14:textId="77777777" w:rsidR="00AE08AB" w:rsidRDefault="00AA2D9E">
      <w:pPr>
        <w:spacing w:after="60"/>
      </w:pPr>
      <w:r>
        <w:rPr>
          <w:color w:val="B9B9B9"/>
          <w:sz w:val="16"/>
        </w:rPr>
        <w:t>________________________________________________________</w:t>
      </w:r>
    </w:p>
    <w:p w14:paraId="782BFB06" w14:textId="77777777" w:rsidR="00AE08AB" w:rsidRDefault="00AA2D9E">
      <w:pPr>
        <w:pStyle w:val="Heading2"/>
      </w:pPr>
      <w:r>
        <w:t>My Unfiltered Prayer</w:t>
      </w:r>
    </w:p>
    <w:p w14:paraId="4A4A0426" w14:textId="77777777" w:rsidR="00AE08AB" w:rsidRDefault="00AA2D9E">
      <w:r>
        <w:t>God, as I sit with still standing, what I most need to tell You honestly is…</w:t>
      </w:r>
    </w:p>
    <w:p w14:paraId="148E0019" w14:textId="77777777" w:rsidR="00AE08AB" w:rsidRDefault="00AA2D9E">
      <w:pPr>
        <w:spacing w:after="60"/>
      </w:pPr>
      <w:r>
        <w:rPr>
          <w:color w:val="B9B9B9"/>
          <w:sz w:val="16"/>
        </w:rPr>
        <w:t>________________________________________________________</w:t>
      </w:r>
    </w:p>
    <w:p w14:paraId="26A66DD7" w14:textId="77777777" w:rsidR="00AE08AB" w:rsidRDefault="00AA2D9E">
      <w:pPr>
        <w:spacing w:after="60"/>
      </w:pPr>
      <w:r>
        <w:rPr>
          <w:color w:val="B9B9B9"/>
          <w:sz w:val="16"/>
        </w:rPr>
        <w:t>________________________________________________________</w:t>
      </w:r>
    </w:p>
    <w:p w14:paraId="59D091C4" w14:textId="77777777" w:rsidR="00AE08AB" w:rsidRDefault="00AA2D9E">
      <w:pPr>
        <w:spacing w:after="60"/>
      </w:pPr>
      <w:r>
        <w:rPr>
          <w:color w:val="B9B9B9"/>
          <w:sz w:val="16"/>
        </w:rPr>
        <w:t>________________________________________________________</w:t>
      </w:r>
    </w:p>
    <w:p w14:paraId="3175030A" w14:textId="77777777" w:rsidR="00AE08AB" w:rsidRDefault="00AA2D9E">
      <w:pPr>
        <w:spacing w:after="60"/>
      </w:pPr>
      <w:r>
        <w:rPr>
          <w:color w:val="B9B9B9"/>
          <w:sz w:val="16"/>
        </w:rPr>
        <w:t>________________________________________________________</w:t>
      </w:r>
    </w:p>
    <w:p w14:paraId="7102739E" w14:textId="77777777" w:rsidR="00AE08AB" w:rsidRDefault="00AA2D9E">
      <w:pPr>
        <w:spacing w:after="60"/>
      </w:pPr>
      <w:r>
        <w:rPr>
          <w:color w:val="B9B9B9"/>
          <w:sz w:val="16"/>
        </w:rPr>
        <w:t>________________________________________________________</w:t>
      </w:r>
    </w:p>
    <w:p w14:paraId="061A5E33" w14:textId="77777777" w:rsidR="00AE08AB" w:rsidRDefault="00AA2D9E">
      <w:pPr>
        <w:spacing w:after="60"/>
      </w:pPr>
      <w:r>
        <w:rPr>
          <w:color w:val="B9B9B9"/>
          <w:sz w:val="16"/>
        </w:rPr>
        <w:lastRenderedPageBreak/>
        <w:t>________________________________________________________</w:t>
      </w:r>
    </w:p>
    <w:p w14:paraId="3C9C9049" w14:textId="77777777" w:rsidR="00AE08AB" w:rsidRDefault="00AA2D9E">
      <w:pPr>
        <w:spacing w:after="60"/>
      </w:pPr>
      <w:r>
        <w:rPr>
          <w:color w:val="B9B9B9"/>
          <w:sz w:val="16"/>
        </w:rPr>
        <w:t>________________________________________________________</w:t>
      </w:r>
    </w:p>
    <w:p w14:paraId="5D581E7A" w14:textId="77777777" w:rsidR="00AE08AB" w:rsidRDefault="00AA2D9E">
      <w:r>
        <w:br w:type="page"/>
      </w:r>
    </w:p>
    <w:p w14:paraId="189625FC" w14:textId="77777777" w:rsidR="00AE08AB" w:rsidRDefault="00AA2D9E">
      <w:pPr>
        <w:pStyle w:val="Heading1"/>
      </w:pPr>
      <w:r>
        <w:lastRenderedPageBreak/>
        <w:t>End-of-Month Prayer Inventory</w:t>
      </w:r>
    </w:p>
    <w:p w14:paraId="533BEB18" w14:textId="77777777" w:rsidR="00AE08AB" w:rsidRDefault="00AA2D9E">
      <w:pPr>
        <w:pStyle w:val="Heading3"/>
      </w:pPr>
      <w:r>
        <w:t>At the beginning of this month, I was carrying…</w:t>
      </w:r>
    </w:p>
    <w:p w14:paraId="3CB6DA8D" w14:textId="77777777" w:rsidR="00AE08AB" w:rsidRDefault="00AA2D9E">
      <w:pPr>
        <w:spacing w:after="60"/>
      </w:pPr>
      <w:r>
        <w:rPr>
          <w:color w:val="B9B9B9"/>
          <w:sz w:val="16"/>
        </w:rPr>
        <w:t>________________________________________________________</w:t>
      </w:r>
    </w:p>
    <w:p w14:paraId="4DEB1D1A" w14:textId="77777777" w:rsidR="00AE08AB" w:rsidRDefault="00AA2D9E">
      <w:pPr>
        <w:spacing w:after="60"/>
      </w:pPr>
      <w:r>
        <w:rPr>
          <w:color w:val="B9B9B9"/>
          <w:sz w:val="16"/>
        </w:rPr>
        <w:t>________________________________________________________</w:t>
      </w:r>
    </w:p>
    <w:p w14:paraId="4FC84C08" w14:textId="77777777" w:rsidR="00AE08AB" w:rsidRDefault="00AA2D9E">
      <w:pPr>
        <w:pStyle w:val="Heading3"/>
      </w:pPr>
      <w:r>
        <w:t>God met me through…</w:t>
      </w:r>
    </w:p>
    <w:p w14:paraId="5219A3B9" w14:textId="77777777" w:rsidR="00AE08AB" w:rsidRDefault="00AA2D9E">
      <w:pPr>
        <w:spacing w:after="60"/>
      </w:pPr>
      <w:r>
        <w:rPr>
          <w:color w:val="B9B9B9"/>
          <w:sz w:val="16"/>
        </w:rPr>
        <w:t>________________________________________________________</w:t>
      </w:r>
    </w:p>
    <w:p w14:paraId="3CAAE1B9" w14:textId="77777777" w:rsidR="00AE08AB" w:rsidRDefault="00AA2D9E">
      <w:pPr>
        <w:spacing w:after="60"/>
      </w:pPr>
      <w:r>
        <w:rPr>
          <w:color w:val="B9B9B9"/>
          <w:sz w:val="16"/>
        </w:rPr>
        <w:t>________________________________________________________</w:t>
      </w:r>
    </w:p>
    <w:p w14:paraId="02A2572B" w14:textId="77777777" w:rsidR="00AE08AB" w:rsidRDefault="00AA2D9E">
      <w:pPr>
        <w:pStyle w:val="Heading3"/>
      </w:pPr>
      <w:r>
        <w:t>The Scripture I returned to most was…</w:t>
      </w:r>
    </w:p>
    <w:p w14:paraId="28F6C1BF" w14:textId="77777777" w:rsidR="00AE08AB" w:rsidRDefault="00AA2D9E">
      <w:pPr>
        <w:spacing w:after="60"/>
      </w:pPr>
      <w:r>
        <w:rPr>
          <w:color w:val="B9B9B9"/>
          <w:sz w:val="16"/>
        </w:rPr>
        <w:t>________________________________________________________</w:t>
      </w:r>
    </w:p>
    <w:p w14:paraId="1D738DEA" w14:textId="77777777" w:rsidR="00AE08AB" w:rsidRDefault="00AA2D9E">
      <w:pPr>
        <w:spacing w:after="60"/>
      </w:pPr>
      <w:r>
        <w:rPr>
          <w:color w:val="B9B9B9"/>
          <w:sz w:val="16"/>
        </w:rPr>
        <w:t>________________________________________________________</w:t>
      </w:r>
    </w:p>
    <w:p w14:paraId="75180619" w14:textId="77777777" w:rsidR="00AE08AB" w:rsidRDefault="00AA2D9E">
      <w:pPr>
        <w:pStyle w:val="Heading3"/>
      </w:pPr>
      <w:r>
        <w:t>Something I understand differently now is…</w:t>
      </w:r>
    </w:p>
    <w:p w14:paraId="35AEE0D9" w14:textId="77777777" w:rsidR="00AE08AB" w:rsidRDefault="00AA2D9E">
      <w:pPr>
        <w:spacing w:after="60"/>
      </w:pPr>
      <w:r>
        <w:rPr>
          <w:color w:val="B9B9B9"/>
          <w:sz w:val="16"/>
        </w:rPr>
        <w:t>________________________________________________________</w:t>
      </w:r>
    </w:p>
    <w:p w14:paraId="10F4B0BD" w14:textId="77777777" w:rsidR="00AE08AB" w:rsidRDefault="00AA2D9E">
      <w:pPr>
        <w:spacing w:after="60"/>
      </w:pPr>
      <w:r>
        <w:rPr>
          <w:color w:val="B9B9B9"/>
          <w:sz w:val="16"/>
        </w:rPr>
        <w:t>________________________________________________________</w:t>
      </w:r>
    </w:p>
    <w:p w14:paraId="162CF637" w14:textId="77777777" w:rsidR="00AE08AB" w:rsidRDefault="00AA2D9E">
      <w:pPr>
        <w:pStyle w:val="Heading3"/>
      </w:pPr>
      <w:r>
        <w:t>Something still unresolved is…</w:t>
      </w:r>
    </w:p>
    <w:p w14:paraId="55EE4E42" w14:textId="77777777" w:rsidR="00AE08AB" w:rsidRDefault="00AA2D9E">
      <w:pPr>
        <w:spacing w:after="60"/>
      </w:pPr>
      <w:r>
        <w:rPr>
          <w:color w:val="B9B9B9"/>
          <w:sz w:val="16"/>
        </w:rPr>
        <w:t>________________________________________________________</w:t>
      </w:r>
    </w:p>
    <w:p w14:paraId="323D0F3F" w14:textId="77777777" w:rsidR="00AE08AB" w:rsidRDefault="00AA2D9E">
      <w:pPr>
        <w:spacing w:after="60"/>
      </w:pPr>
      <w:r>
        <w:rPr>
          <w:color w:val="B9B9B9"/>
          <w:sz w:val="16"/>
        </w:rPr>
        <w:t>________________________________________________________</w:t>
      </w:r>
    </w:p>
    <w:p w14:paraId="6B7EB27C" w14:textId="77777777" w:rsidR="00AE08AB" w:rsidRDefault="00AA2D9E">
      <w:pPr>
        <w:pStyle w:val="Heading3"/>
      </w:pPr>
      <w:r>
        <w:t>What I need to surrender before the next month is…</w:t>
      </w:r>
    </w:p>
    <w:p w14:paraId="76922DA3" w14:textId="77777777" w:rsidR="00AE08AB" w:rsidRDefault="00AA2D9E">
      <w:pPr>
        <w:spacing w:after="60"/>
      </w:pPr>
      <w:r>
        <w:rPr>
          <w:color w:val="B9B9B9"/>
          <w:sz w:val="16"/>
        </w:rPr>
        <w:t>________________________________________________________</w:t>
      </w:r>
    </w:p>
    <w:p w14:paraId="60EDCA50" w14:textId="77777777" w:rsidR="00AE08AB" w:rsidRDefault="00AA2D9E">
      <w:pPr>
        <w:spacing w:after="60"/>
      </w:pPr>
      <w:r>
        <w:rPr>
          <w:color w:val="B9B9B9"/>
          <w:sz w:val="16"/>
        </w:rPr>
        <w:t>________________________________________________________</w:t>
      </w:r>
    </w:p>
    <w:p w14:paraId="1D7741E5" w14:textId="77777777" w:rsidR="00AE08AB" w:rsidRDefault="00AA2D9E">
      <w:pPr>
        <w:pStyle w:val="Heading3"/>
      </w:pPr>
      <w:r>
        <w:t>My prayer for the month ahead is…</w:t>
      </w:r>
    </w:p>
    <w:p w14:paraId="0327B813" w14:textId="77777777" w:rsidR="00AE08AB" w:rsidRDefault="00AA2D9E">
      <w:pPr>
        <w:spacing w:after="60"/>
      </w:pPr>
      <w:r>
        <w:rPr>
          <w:color w:val="B9B9B9"/>
          <w:sz w:val="16"/>
        </w:rPr>
        <w:t>________________________________________________________</w:t>
      </w:r>
    </w:p>
    <w:p w14:paraId="25CD6820" w14:textId="77777777" w:rsidR="00AE08AB" w:rsidRDefault="00AA2D9E">
      <w:pPr>
        <w:spacing w:after="60"/>
      </w:pPr>
      <w:r>
        <w:rPr>
          <w:color w:val="B9B9B9"/>
          <w:sz w:val="16"/>
        </w:rPr>
        <w:t>________________________________________________________</w:t>
      </w:r>
    </w:p>
    <w:p w14:paraId="54206872" w14:textId="77777777" w:rsidR="00AE08AB" w:rsidRDefault="00AA2D9E">
      <w:r>
        <w:br w:type="page"/>
      </w:r>
    </w:p>
    <w:p w14:paraId="7A53BF91" w14:textId="77777777" w:rsidR="00AE08AB" w:rsidRDefault="00AA2D9E">
      <w:pPr>
        <w:pStyle w:val="Heading2"/>
      </w:pPr>
      <w:r>
        <w:lastRenderedPageBreak/>
        <w:t>MONTH TWO</w:t>
      </w:r>
    </w:p>
    <w:p w14:paraId="79E91BED" w14:textId="77777777" w:rsidR="00AE08AB" w:rsidRDefault="00AA2D9E">
      <w:pPr>
        <w:jc w:val="center"/>
      </w:pPr>
      <w:r>
        <w:rPr>
          <w:b/>
          <w:color w:val="17324D"/>
          <w:sz w:val="46"/>
        </w:rPr>
        <w:t>THE WEIGHT YOU CAN'T EXPLAIN</w:t>
      </w:r>
    </w:p>
    <w:p w14:paraId="7EE155D8" w14:textId="77777777" w:rsidR="00AE08AB" w:rsidRDefault="00AA2D9E">
      <w:pPr>
        <w:jc w:val="center"/>
      </w:pPr>
      <w:r>
        <w:rPr>
          <w:i/>
          <w:color w:val="B08D3A"/>
        </w:rPr>
        <w:t>Praying Through Emotional Overload</w:t>
      </w:r>
    </w:p>
    <w:p w14:paraId="25A73E53" w14:textId="77777777" w:rsidR="00AE08AB" w:rsidRDefault="00AA2D9E">
      <w:pPr>
        <w:jc w:val="center"/>
      </w:pPr>
      <w:r>
        <w:rPr>
          <w:color w:val="B08D3A"/>
        </w:rPr>
        <w:t>—  ◆  —</w:t>
      </w:r>
    </w:p>
    <w:p w14:paraId="1C0EBD90" w14:textId="77777777" w:rsidR="00AE08AB" w:rsidRDefault="00AA2D9E">
      <w:pPr>
        <w:pStyle w:val="Heading2"/>
      </w:pPr>
      <w:r>
        <w:t>Beginning-of-Month Prayer</w:t>
      </w:r>
    </w:p>
    <w:p w14:paraId="7C8AF4C2" w14:textId="77777777" w:rsidR="00AE08AB" w:rsidRDefault="00AA2D9E">
      <w:r>
        <w:t>Father, as I enter this month of the weight you can't explain, teach me to pray with honesty rather than performance. Help me notice what is happening within me, bring it into Your presence, and receive the grace I need for each day. Amen.</w:t>
      </w:r>
    </w:p>
    <w:p w14:paraId="79DCA032" w14:textId="77777777" w:rsidR="00AE08AB" w:rsidRDefault="00AA2D9E">
      <w:pPr>
        <w:pStyle w:val="Heading2"/>
      </w:pPr>
      <w:r>
        <w:t>What I Am Carrying Into This Month</w:t>
      </w:r>
    </w:p>
    <w:p w14:paraId="1FFAA9C2" w14:textId="77777777" w:rsidR="00AE08AB" w:rsidRDefault="00AA2D9E">
      <w:pPr>
        <w:spacing w:after="60"/>
      </w:pPr>
      <w:r>
        <w:rPr>
          <w:color w:val="B9B9B9"/>
          <w:sz w:val="16"/>
        </w:rPr>
        <w:t>________________________________________________________</w:t>
      </w:r>
    </w:p>
    <w:p w14:paraId="6E4F3A3C" w14:textId="77777777" w:rsidR="00AE08AB" w:rsidRDefault="00AA2D9E">
      <w:pPr>
        <w:spacing w:after="60"/>
      </w:pPr>
      <w:r>
        <w:rPr>
          <w:color w:val="B9B9B9"/>
          <w:sz w:val="16"/>
        </w:rPr>
        <w:t>________________________________________________________</w:t>
      </w:r>
    </w:p>
    <w:p w14:paraId="707A09ED" w14:textId="77777777" w:rsidR="00AE08AB" w:rsidRDefault="00AA2D9E">
      <w:pPr>
        <w:spacing w:after="60"/>
      </w:pPr>
      <w:r>
        <w:rPr>
          <w:color w:val="B9B9B9"/>
          <w:sz w:val="16"/>
        </w:rPr>
        <w:t>________________________________________________________</w:t>
      </w:r>
    </w:p>
    <w:p w14:paraId="14DBCC4D" w14:textId="77777777" w:rsidR="00AE08AB" w:rsidRDefault="00AA2D9E">
      <w:pPr>
        <w:spacing w:after="60"/>
      </w:pPr>
      <w:r>
        <w:rPr>
          <w:color w:val="B9B9B9"/>
          <w:sz w:val="16"/>
        </w:rPr>
        <w:t>________________________________________________________</w:t>
      </w:r>
    </w:p>
    <w:p w14:paraId="4F395B8C" w14:textId="77777777" w:rsidR="00AE08AB" w:rsidRDefault="00AA2D9E">
      <w:r>
        <w:br w:type="page"/>
      </w:r>
    </w:p>
    <w:p w14:paraId="6679DED3" w14:textId="77777777" w:rsidR="00AE08AB" w:rsidRDefault="00AA2D9E">
      <w:pPr>
        <w:pStyle w:val="Heading2"/>
      </w:pPr>
      <w:r>
        <w:lastRenderedPageBreak/>
        <w:t>DAY 1</w:t>
      </w:r>
    </w:p>
    <w:p w14:paraId="6C66441A" w14:textId="77777777" w:rsidR="00AE08AB" w:rsidRDefault="00AA2D9E">
      <w:pPr>
        <w:pStyle w:val="Heading1"/>
      </w:pPr>
      <w:r>
        <w:t>The Invisible Weight</w:t>
      </w:r>
    </w:p>
    <w:p w14:paraId="2A4F9886" w14:textId="77777777" w:rsidR="00AE08AB" w:rsidRDefault="00AA2D9E">
      <w:r>
        <w:rPr>
          <w:b/>
          <w:color w:val="B08D3A"/>
        </w:rPr>
        <w:t xml:space="preserve">SCRIPTURE ANCHOR  </w:t>
      </w:r>
      <w:r>
        <w:t>Matthew 11:28</w:t>
      </w:r>
    </w:p>
    <w:p w14:paraId="4A9B28EB" w14:textId="77777777" w:rsidR="00AE08AB" w:rsidRDefault="00AA2D9E">
      <w:pPr>
        <w:pStyle w:val="Heading2"/>
      </w:pPr>
      <w:r>
        <w:t>Pause</w:t>
      </w:r>
    </w:p>
    <w:p w14:paraId="3D7D89DA" w14:textId="77777777" w:rsidR="00AE08AB" w:rsidRDefault="00AA2D9E">
      <w:r>
        <w:t>Take three slow breaths. Let your body become still. You do not have to solve anything before you pray.</w:t>
      </w:r>
    </w:p>
    <w:p w14:paraId="141E38CE" w14:textId="77777777" w:rsidR="00AE08AB" w:rsidRDefault="00AA2D9E">
      <w:pPr>
        <w:pStyle w:val="Heading2"/>
      </w:pPr>
      <w:r>
        <w:t>Guided Prayer</w:t>
      </w:r>
    </w:p>
    <w:p w14:paraId="6675EAAF" w14:textId="77777777" w:rsidR="00AE08AB" w:rsidRDefault="00AA2D9E">
      <w:r>
        <w:t>Father, I bring You the reality of the invisible weight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w:t>
      </w:r>
      <w:r>
        <w:t>ns remain unanswered. In Jesus' name, Amen.</w:t>
      </w:r>
    </w:p>
    <w:p w14:paraId="54B93016" w14:textId="77777777" w:rsidR="00AE08AB" w:rsidRDefault="00AA2D9E">
      <w:pPr>
        <w:pStyle w:val="Heading2"/>
      </w:pPr>
      <w:r>
        <w:t>Release</w:t>
      </w:r>
    </w:p>
    <w:p w14:paraId="5F76A723" w14:textId="77777777" w:rsidR="00AE08AB" w:rsidRDefault="00AA2D9E">
      <w:r>
        <w:t>Complete this sentence slowly: “Father, today I place into Your hands…”</w:t>
      </w:r>
    </w:p>
    <w:p w14:paraId="65F6E02D" w14:textId="77777777" w:rsidR="00AE08AB" w:rsidRDefault="00AA2D9E">
      <w:pPr>
        <w:spacing w:after="60"/>
      </w:pPr>
      <w:r>
        <w:rPr>
          <w:color w:val="B9B9B9"/>
          <w:sz w:val="16"/>
        </w:rPr>
        <w:t>________________________________________________________</w:t>
      </w:r>
    </w:p>
    <w:p w14:paraId="4B02FEDB" w14:textId="77777777" w:rsidR="00AE08AB" w:rsidRDefault="00AA2D9E">
      <w:pPr>
        <w:spacing w:after="60"/>
      </w:pPr>
      <w:r>
        <w:rPr>
          <w:color w:val="B9B9B9"/>
          <w:sz w:val="16"/>
        </w:rPr>
        <w:t>________________________________________________________</w:t>
      </w:r>
    </w:p>
    <w:p w14:paraId="4CF7EF99" w14:textId="77777777" w:rsidR="00AE08AB" w:rsidRDefault="00AA2D9E">
      <w:pPr>
        <w:pStyle w:val="Heading2"/>
      </w:pPr>
      <w:r>
        <w:t>Listen</w:t>
      </w:r>
    </w:p>
    <w:p w14:paraId="5EAFAAD4" w14:textId="77777777" w:rsidR="00AE08AB" w:rsidRDefault="00AA2D9E">
      <w:r>
        <w:t>Remain quiet for a moment. What truth, Scripture, conviction, or gentle reminder is rising?</w:t>
      </w:r>
    </w:p>
    <w:p w14:paraId="14397696" w14:textId="77777777" w:rsidR="00AE08AB" w:rsidRDefault="00AA2D9E">
      <w:pPr>
        <w:spacing w:after="60"/>
      </w:pPr>
      <w:r>
        <w:rPr>
          <w:color w:val="B9B9B9"/>
          <w:sz w:val="16"/>
        </w:rPr>
        <w:t>________________________________________________________</w:t>
      </w:r>
    </w:p>
    <w:p w14:paraId="7B871DB9" w14:textId="77777777" w:rsidR="00AE08AB" w:rsidRDefault="00AA2D9E">
      <w:pPr>
        <w:spacing w:after="60"/>
      </w:pPr>
      <w:r>
        <w:rPr>
          <w:color w:val="B9B9B9"/>
          <w:sz w:val="16"/>
        </w:rPr>
        <w:t>________________________________________________________</w:t>
      </w:r>
    </w:p>
    <w:p w14:paraId="098C3C1E" w14:textId="77777777" w:rsidR="00AE08AB" w:rsidRDefault="00AA2D9E">
      <w:pPr>
        <w:pStyle w:val="Heading2"/>
      </w:pPr>
      <w:r>
        <w:t>My Unfiltered Prayer</w:t>
      </w:r>
    </w:p>
    <w:p w14:paraId="63EB12C1" w14:textId="77777777" w:rsidR="00AE08AB" w:rsidRDefault="00AA2D9E">
      <w:r>
        <w:t>God, as I sit with the invisible weight, what I most need to tell You honestly is…</w:t>
      </w:r>
    </w:p>
    <w:p w14:paraId="4C3B575F" w14:textId="77777777" w:rsidR="00AE08AB" w:rsidRDefault="00AA2D9E">
      <w:pPr>
        <w:spacing w:after="60"/>
      </w:pPr>
      <w:r>
        <w:rPr>
          <w:color w:val="B9B9B9"/>
          <w:sz w:val="16"/>
        </w:rPr>
        <w:t>________________________________________________________</w:t>
      </w:r>
    </w:p>
    <w:p w14:paraId="1B93A883" w14:textId="77777777" w:rsidR="00AE08AB" w:rsidRDefault="00AA2D9E">
      <w:pPr>
        <w:spacing w:after="60"/>
      </w:pPr>
      <w:r>
        <w:rPr>
          <w:color w:val="B9B9B9"/>
          <w:sz w:val="16"/>
        </w:rPr>
        <w:t>________________________________________________________</w:t>
      </w:r>
    </w:p>
    <w:p w14:paraId="0AB46AA2" w14:textId="77777777" w:rsidR="00AE08AB" w:rsidRDefault="00AA2D9E">
      <w:pPr>
        <w:spacing w:after="60"/>
      </w:pPr>
      <w:r>
        <w:rPr>
          <w:color w:val="B9B9B9"/>
          <w:sz w:val="16"/>
        </w:rPr>
        <w:t>________________________________________________________</w:t>
      </w:r>
    </w:p>
    <w:p w14:paraId="466B6F71" w14:textId="77777777" w:rsidR="00AE08AB" w:rsidRDefault="00AA2D9E">
      <w:pPr>
        <w:spacing w:after="60"/>
      </w:pPr>
      <w:r>
        <w:rPr>
          <w:color w:val="B9B9B9"/>
          <w:sz w:val="16"/>
        </w:rPr>
        <w:t>________________________________________________________</w:t>
      </w:r>
    </w:p>
    <w:p w14:paraId="229F0A6F" w14:textId="77777777" w:rsidR="00AE08AB" w:rsidRDefault="00AA2D9E">
      <w:pPr>
        <w:spacing w:after="60"/>
      </w:pPr>
      <w:r>
        <w:rPr>
          <w:color w:val="B9B9B9"/>
          <w:sz w:val="16"/>
        </w:rPr>
        <w:t>________________________________________________________</w:t>
      </w:r>
    </w:p>
    <w:p w14:paraId="4A6009A2" w14:textId="77777777" w:rsidR="00AE08AB" w:rsidRDefault="00AA2D9E">
      <w:pPr>
        <w:spacing w:after="60"/>
      </w:pPr>
      <w:r>
        <w:rPr>
          <w:color w:val="B9B9B9"/>
          <w:sz w:val="16"/>
        </w:rPr>
        <w:lastRenderedPageBreak/>
        <w:t>________________________________________________________</w:t>
      </w:r>
    </w:p>
    <w:p w14:paraId="615E665D" w14:textId="77777777" w:rsidR="00AE08AB" w:rsidRDefault="00AA2D9E">
      <w:pPr>
        <w:spacing w:after="60"/>
      </w:pPr>
      <w:r>
        <w:rPr>
          <w:color w:val="B9B9B9"/>
          <w:sz w:val="16"/>
        </w:rPr>
        <w:t>________________________________________________________</w:t>
      </w:r>
    </w:p>
    <w:p w14:paraId="7D89E7CE" w14:textId="77777777" w:rsidR="00AE08AB" w:rsidRDefault="00AA2D9E">
      <w:r>
        <w:br w:type="page"/>
      </w:r>
    </w:p>
    <w:p w14:paraId="2E8ECADD" w14:textId="77777777" w:rsidR="00AE08AB" w:rsidRDefault="00AA2D9E">
      <w:pPr>
        <w:pStyle w:val="Heading2"/>
      </w:pPr>
      <w:r>
        <w:lastRenderedPageBreak/>
        <w:t>DAY 2</w:t>
      </w:r>
    </w:p>
    <w:p w14:paraId="37095208" w14:textId="77777777" w:rsidR="00AE08AB" w:rsidRDefault="00AA2D9E">
      <w:pPr>
        <w:pStyle w:val="Heading1"/>
      </w:pPr>
      <w:r>
        <w:t>When Your Mind Will Not Rest</w:t>
      </w:r>
    </w:p>
    <w:p w14:paraId="7B9CDD43" w14:textId="77777777" w:rsidR="00AE08AB" w:rsidRDefault="00AA2D9E">
      <w:r>
        <w:rPr>
          <w:b/>
          <w:color w:val="B08D3A"/>
        </w:rPr>
        <w:t xml:space="preserve">SCRIPTURE ANCHOR  </w:t>
      </w:r>
      <w:r>
        <w:t>Psalm 94:19</w:t>
      </w:r>
    </w:p>
    <w:p w14:paraId="4BE143CF" w14:textId="77777777" w:rsidR="00AE08AB" w:rsidRDefault="00AA2D9E">
      <w:pPr>
        <w:pStyle w:val="Heading2"/>
      </w:pPr>
      <w:r>
        <w:t>Pause</w:t>
      </w:r>
    </w:p>
    <w:p w14:paraId="1BF32867" w14:textId="77777777" w:rsidR="00AE08AB" w:rsidRDefault="00AA2D9E">
      <w:r>
        <w:t>Take three slow breaths. Let your body become still. You do not have to solve anything before you pray.</w:t>
      </w:r>
    </w:p>
    <w:p w14:paraId="5A61C6D7" w14:textId="77777777" w:rsidR="00AE08AB" w:rsidRDefault="00AA2D9E">
      <w:pPr>
        <w:pStyle w:val="Heading2"/>
      </w:pPr>
      <w:r>
        <w:t>Guided Prayer</w:t>
      </w:r>
    </w:p>
    <w:p w14:paraId="7416149F" w14:textId="77777777" w:rsidR="00AE08AB" w:rsidRDefault="00AA2D9E">
      <w:r>
        <w:t>Father, I bring You the reality of when your mind will not rest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0E2214E5" w14:textId="77777777" w:rsidR="00AE08AB" w:rsidRDefault="00AA2D9E">
      <w:pPr>
        <w:pStyle w:val="Heading2"/>
      </w:pPr>
      <w:r>
        <w:t>Release</w:t>
      </w:r>
    </w:p>
    <w:p w14:paraId="4C8855DB" w14:textId="77777777" w:rsidR="00AE08AB" w:rsidRDefault="00AA2D9E">
      <w:r>
        <w:t>Complete this sentence slowly: “Father, today I place into Your hands…”</w:t>
      </w:r>
    </w:p>
    <w:p w14:paraId="25528309" w14:textId="77777777" w:rsidR="00AE08AB" w:rsidRDefault="00AA2D9E">
      <w:pPr>
        <w:spacing w:after="60"/>
      </w:pPr>
      <w:r>
        <w:rPr>
          <w:color w:val="B9B9B9"/>
          <w:sz w:val="16"/>
        </w:rPr>
        <w:t>________________________________________________________</w:t>
      </w:r>
    </w:p>
    <w:p w14:paraId="6979A6E4" w14:textId="77777777" w:rsidR="00AE08AB" w:rsidRDefault="00AA2D9E">
      <w:pPr>
        <w:spacing w:after="60"/>
      </w:pPr>
      <w:r>
        <w:rPr>
          <w:color w:val="B9B9B9"/>
          <w:sz w:val="16"/>
        </w:rPr>
        <w:t>________________________________________________________</w:t>
      </w:r>
    </w:p>
    <w:p w14:paraId="7B0462A0" w14:textId="77777777" w:rsidR="00AE08AB" w:rsidRDefault="00AA2D9E">
      <w:pPr>
        <w:pStyle w:val="Heading2"/>
      </w:pPr>
      <w:r>
        <w:t>Listen</w:t>
      </w:r>
    </w:p>
    <w:p w14:paraId="7248803E" w14:textId="77777777" w:rsidR="00AE08AB" w:rsidRDefault="00AA2D9E">
      <w:r>
        <w:t>Remain quiet for a moment. What truth, Scripture, conviction, or gentle reminder is rising?</w:t>
      </w:r>
    </w:p>
    <w:p w14:paraId="626CCEEC" w14:textId="77777777" w:rsidR="00AE08AB" w:rsidRDefault="00AA2D9E">
      <w:pPr>
        <w:spacing w:after="60"/>
      </w:pPr>
      <w:r>
        <w:rPr>
          <w:color w:val="B9B9B9"/>
          <w:sz w:val="16"/>
        </w:rPr>
        <w:t>________________________________________________________</w:t>
      </w:r>
    </w:p>
    <w:p w14:paraId="034B0C14" w14:textId="77777777" w:rsidR="00AE08AB" w:rsidRDefault="00AA2D9E">
      <w:pPr>
        <w:spacing w:after="60"/>
      </w:pPr>
      <w:r>
        <w:rPr>
          <w:color w:val="B9B9B9"/>
          <w:sz w:val="16"/>
        </w:rPr>
        <w:t>________________________________________________________</w:t>
      </w:r>
    </w:p>
    <w:p w14:paraId="711B14A8" w14:textId="77777777" w:rsidR="00AE08AB" w:rsidRDefault="00AA2D9E">
      <w:pPr>
        <w:pStyle w:val="Heading2"/>
      </w:pPr>
      <w:r>
        <w:t>My Unfiltered Prayer</w:t>
      </w:r>
    </w:p>
    <w:p w14:paraId="36F4767B" w14:textId="77777777" w:rsidR="00AE08AB" w:rsidRDefault="00AA2D9E">
      <w:r>
        <w:t>God, as I sit with when your mind will not rest, what I most need to tell You honestly is…</w:t>
      </w:r>
    </w:p>
    <w:p w14:paraId="5B722A6B" w14:textId="77777777" w:rsidR="00AE08AB" w:rsidRDefault="00AA2D9E">
      <w:pPr>
        <w:spacing w:after="60"/>
      </w:pPr>
      <w:r>
        <w:rPr>
          <w:color w:val="B9B9B9"/>
          <w:sz w:val="16"/>
        </w:rPr>
        <w:t>________________________________________________________</w:t>
      </w:r>
    </w:p>
    <w:p w14:paraId="45D22DA0" w14:textId="77777777" w:rsidR="00AE08AB" w:rsidRDefault="00AA2D9E">
      <w:pPr>
        <w:spacing w:after="60"/>
      </w:pPr>
      <w:r>
        <w:rPr>
          <w:color w:val="B9B9B9"/>
          <w:sz w:val="16"/>
        </w:rPr>
        <w:t>________________________________________________________</w:t>
      </w:r>
    </w:p>
    <w:p w14:paraId="2B2D3C67" w14:textId="77777777" w:rsidR="00AE08AB" w:rsidRDefault="00AA2D9E">
      <w:pPr>
        <w:spacing w:after="60"/>
      </w:pPr>
      <w:r>
        <w:rPr>
          <w:color w:val="B9B9B9"/>
          <w:sz w:val="16"/>
        </w:rPr>
        <w:t>________________________________________________________</w:t>
      </w:r>
    </w:p>
    <w:p w14:paraId="0172F6C4" w14:textId="77777777" w:rsidR="00AE08AB" w:rsidRDefault="00AA2D9E">
      <w:pPr>
        <w:spacing w:after="60"/>
      </w:pPr>
      <w:r>
        <w:rPr>
          <w:color w:val="B9B9B9"/>
          <w:sz w:val="16"/>
        </w:rPr>
        <w:lastRenderedPageBreak/>
        <w:t>________________________________________________________</w:t>
      </w:r>
    </w:p>
    <w:p w14:paraId="32716B49" w14:textId="77777777" w:rsidR="00AE08AB" w:rsidRDefault="00AA2D9E">
      <w:pPr>
        <w:spacing w:after="60"/>
      </w:pPr>
      <w:r>
        <w:rPr>
          <w:color w:val="B9B9B9"/>
          <w:sz w:val="16"/>
        </w:rPr>
        <w:t>________________________________________________________</w:t>
      </w:r>
    </w:p>
    <w:p w14:paraId="442D9E32" w14:textId="77777777" w:rsidR="00AE08AB" w:rsidRDefault="00AA2D9E">
      <w:pPr>
        <w:spacing w:after="60"/>
      </w:pPr>
      <w:r>
        <w:rPr>
          <w:color w:val="B9B9B9"/>
          <w:sz w:val="16"/>
        </w:rPr>
        <w:t>________________________________________________________</w:t>
      </w:r>
    </w:p>
    <w:p w14:paraId="251ABEDE" w14:textId="77777777" w:rsidR="00AE08AB" w:rsidRDefault="00AA2D9E">
      <w:pPr>
        <w:spacing w:after="60"/>
      </w:pPr>
      <w:r>
        <w:rPr>
          <w:color w:val="B9B9B9"/>
          <w:sz w:val="16"/>
        </w:rPr>
        <w:t>________________________________________________________</w:t>
      </w:r>
    </w:p>
    <w:p w14:paraId="0E190C97" w14:textId="77777777" w:rsidR="00AE08AB" w:rsidRDefault="00AA2D9E">
      <w:r>
        <w:br w:type="page"/>
      </w:r>
    </w:p>
    <w:p w14:paraId="7204AA56" w14:textId="77777777" w:rsidR="00AE08AB" w:rsidRDefault="00AA2D9E">
      <w:pPr>
        <w:pStyle w:val="Heading2"/>
      </w:pPr>
      <w:r>
        <w:lastRenderedPageBreak/>
        <w:t>DAY 3</w:t>
      </w:r>
    </w:p>
    <w:p w14:paraId="380788E6" w14:textId="77777777" w:rsidR="00AE08AB" w:rsidRDefault="00AA2D9E">
      <w:pPr>
        <w:pStyle w:val="Heading1"/>
      </w:pPr>
      <w:r>
        <w:t>The Exhaustion Behind the Smile</w:t>
      </w:r>
    </w:p>
    <w:p w14:paraId="141BA983" w14:textId="77777777" w:rsidR="00AE08AB" w:rsidRDefault="00AA2D9E">
      <w:r>
        <w:rPr>
          <w:b/>
          <w:color w:val="B08D3A"/>
        </w:rPr>
        <w:t xml:space="preserve">SCRIPTURE ANCHOR  </w:t>
      </w:r>
      <w:r>
        <w:t>Psalm 55:22</w:t>
      </w:r>
    </w:p>
    <w:p w14:paraId="0442C4C9" w14:textId="77777777" w:rsidR="00AE08AB" w:rsidRDefault="00AA2D9E">
      <w:pPr>
        <w:pStyle w:val="Heading2"/>
      </w:pPr>
      <w:r>
        <w:t>Pause</w:t>
      </w:r>
    </w:p>
    <w:p w14:paraId="1083FD5B" w14:textId="77777777" w:rsidR="00AE08AB" w:rsidRDefault="00AA2D9E">
      <w:r>
        <w:t>Take three slow breaths. Let your body become still. You do not have to solve anything before you pray.</w:t>
      </w:r>
    </w:p>
    <w:p w14:paraId="329B5796" w14:textId="77777777" w:rsidR="00AE08AB" w:rsidRDefault="00AA2D9E">
      <w:pPr>
        <w:pStyle w:val="Heading2"/>
      </w:pPr>
      <w:r>
        <w:t>Guided Prayer</w:t>
      </w:r>
    </w:p>
    <w:p w14:paraId="0C7BF2EE" w14:textId="77777777" w:rsidR="00AE08AB" w:rsidRDefault="00AA2D9E">
      <w:r>
        <w:t>Father, I bring You the reality of the exhaustion behind the smile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w:t>
      </w:r>
      <w:r>
        <w:t>ome questions remain unanswered. In Jesus' name, Amen.</w:t>
      </w:r>
    </w:p>
    <w:p w14:paraId="0A235B59" w14:textId="77777777" w:rsidR="00AE08AB" w:rsidRDefault="00AA2D9E">
      <w:pPr>
        <w:pStyle w:val="Heading2"/>
      </w:pPr>
      <w:r>
        <w:t>Release</w:t>
      </w:r>
    </w:p>
    <w:p w14:paraId="0974125E" w14:textId="77777777" w:rsidR="00AE08AB" w:rsidRDefault="00AA2D9E">
      <w:r>
        <w:t>Complete this sentence slowly: “Father, today I place into Your hands…”</w:t>
      </w:r>
    </w:p>
    <w:p w14:paraId="44F159FE" w14:textId="77777777" w:rsidR="00AE08AB" w:rsidRDefault="00AA2D9E">
      <w:pPr>
        <w:spacing w:after="60"/>
      </w:pPr>
      <w:r>
        <w:rPr>
          <w:color w:val="B9B9B9"/>
          <w:sz w:val="16"/>
        </w:rPr>
        <w:t>________________________________________________________</w:t>
      </w:r>
    </w:p>
    <w:p w14:paraId="7A1647CD" w14:textId="77777777" w:rsidR="00AE08AB" w:rsidRDefault="00AA2D9E">
      <w:pPr>
        <w:spacing w:after="60"/>
      </w:pPr>
      <w:r>
        <w:rPr>
          <w:color w:val="B9B9B9"/>
          <w:sz w:val="16"/>
        </w:rPr>
        <w:t>________________________________________________________</w:t>
      </w:r>
    </w:p>
    <w:p w14:paraId="43CD7E35" w14:textId="77777777" w:rsidR="00AE08AB" w:rsidRDefault="00AA2D9E">
      <w:pPr>
        <w:pStyle w:val="Heading2"/>
      </w:pPr>
      <w:r>
        <w:t>Listen</w:t>
      </w:r>
    </w:p>
    <w:p w14:paraId="3D6F7F1C" w14:textId="77777777" w:rsidR="00AE08AB" w:rsidRDefault="00AA2D9E">
      <w:r>
        <w:t>Remain quiet for a moment. What truth, Scripture, conviction, or gentle reminder is rising?</w:t>
      </w:r>
    </w:p>
    <w:p w14:paraId="796C366D" w14:textId="77777777" w:rsidR="00AE08AB" w:rsidRDefault="00AA2D9E">
      <w:pPr>
        <w:spacing w:after="60"/>
      </w:pPr>
      <w:r>
        <w:rPr>
          <w:color w:val="B9B9B9"/>
          <w:sz w:val="16"/>
        </w:rPr>
        <w:t>________________________________________________________</w:t>
      </w:r>
    </w:p>
    <w:p w14:paraId="4770EAF5" w14:textId="77777777" w:rsidR="00AE08AB" w:rsidRDefault="00AA2D9E">
      <w:pPr>
        <w:spacing w:after="60"/>
      </w:pPr>
      <w:r>
        <w:rPr>
          <w:color w:val="B9B9B9"/>
          <w:sz w:val="16"/>
        </w:rPr>
        <w:t>________________________________________________________</w:t>
      </w:r>
    </w:p>
    <w:p w14:paraId="51F2A07B" w14:textId="77777777" w:rsidR="00AE08AB" w:rsidRDefault="00AA2D9E">
      <w:pPr>
        <w:pStyle w:val="Heading2"/>
      </w:pPr>
      <w:r>
        <w:t>My Unfiltered Prayer</w:t>
      </w:r>
    </w:p>
    <w:p w14:paraId="6403629A" w14:textId="77777777" w:rsidR="00AE08AB" w:rsidRDefault="00AA2D9E">
      <w:r>
        <w:t>God, as I sit with the exhaustion behind the smile, what I most need to tell You honestly is…</w:t>
      </w:r>
    </w:p>
    <w:p w14:paraId="70EA9891" w14:textId="77777777" w:rsidR="00AE08AB" w:rsidRDefault="00AA2D9E">
      <w:pPr>
        <w:spacing w:after="60"/>
      </w:pPr>
      <w:r>
        <w:rPr>
          <w:color w:val="B9B9B9"/>
          <w:sz w:val="16"/>
        </w:rPr>
        <w:t>________________________________________________________</w:t>
      </w:r>
    </w:p>
    <w:p w14:paraId="72EBDEB8" w14:textId="77777777" w:rsidR="00AE08AB" w:rsidRDefault="00AA2D9E">
      <w:pPr>
        <w:spacing w:after="60"/>
      </w:pPr>
      <w:r>
        <w:rPr>
          <w:color w:val="B9B9B9"/>
          <w:sz w:val="16"/>
        </w:rPr>
        <w:t>________________________________________________________</w:t>
      </w:r>
    </w:p>
    <w:p w14:paraId="5DCC3659" w14:textId="77777777" w:rsidR="00AE08AB" w:rsidRDefault="00AA2D9E">
      <w:pPr>
        <w:spacing w:after="60"/>
      </w:pPr>
      <w:r>
        <w:rPr>
          <w:color w:val="B9B9B9"/>
          <w:sz w:val="16"/>
        </w:rPr>
        <w:t>________________________________________________________</w:t>
      </w:r>
    </w:p>
    <w:p w14:paraId="7E4DD7C2" w14:textId="77777777" w:rsidR="00AE08AB" w:rsidRDefault="00AA2D9E">
      <w:pPr>
        <w:spacing w:after="60"/>
      </w:pPr>
      <w:r>
        <w:rPr>
          <w:color w:val="B9B9B9"/>
          <w:sz w:val="16"/>
        </w:rPr>
        <w:lastRenderedPageBreak/>
        <w:t>________________________________________________________</w:t>
      </w:r>
    </w:p>
    <w:p w14:paraId="0B5B2F1B" w14:textId="77777777" w:rsidR="00AE08AB" w:rsidRDefault="00AA2D9E">
      <w:pPr>
        <w:spacing w:after="60"/>
      </w:pPr>
      <w:r>
        <w:rPr>
          <w:color w:val="B9B9B9"/>
          <w:sz w:val="16"/>
        </w:rPr>
        <w:t>________________________________________________________</w:t>
      </w:r>
    </w:p>
    <w:p w14:paraId="442ADB93" w14:textId="77777777" w:rsidR="00AE08AB" w:rsidRDefault="00AA2D9E">
      <w:pPr>
        <w:spacing w:after="60"/>
      </w:pPr>
      <w:r>
        <w:rPr>
          <w:color w:val="B9B9B9"/>
          <w:sz w:val="16"/>
        </w:rPr>
        <w:t>________________________________________________________</w:t>
      </w:r>
    </w:p>
    <w:p w14:paraId="3B367C28" w14:textId="77777777" w:rsidR="00AE08AB" w:rsidRDefault="00AA2D9E">
      <w:pPr>
        <w:spacing w:after="60"/>
      </w:pPr>
      <w:r>
        <w:rPr>
          <w:color w:val="B9B9B9"/>
          <w:sz w:val="16"/>
        </w:rPr>
        <w:t>________________________________________________________</w:t>
      </w:r>
    </w:p>
    <w:p w14:paraId="3445D7A2" w14:textId="77777777" w:rsidR="00AE08AB" w:rsidRDefault="00AA2D9E">
      <w:r>
        <w:br w:type="page"/>
      </w:r>
    </w:p>
    <w:p w14:paraId="766E382A" w14:textId="77777777" w:rsidR="00AE08AB" w:rsidRDefault="00AA2D9E">
      <w:pPr>
        <w:pStyle w:val="Heading2"/>
      </w:pPr>
      <w:r>
        <w:lastRenderedPageBreak/>
        <w:t>DAY 4</w:t>
      </w:r>
    </w:p>
    <w:p w14:paraId="7D6DAD0C" w14:textId="77777777" w:rsidR="00AE08AB" w:rsidRDefault="00AA2D9E">
      <w:pPr>
        <w:pStyle w:val="Heading1"/>
      </w:pPr>
      <w:r>
        <w:t>Naming Emotional Overload</w:t>
      </w:r>
    </w:p>
    <w:p w14:paraId="7394A70F" w14:textId="77777777" w:rsidR="00AE08AB" w:rsidRDefault="00AA2D9E">
      <w:r>
        <w:rPr>
          <w:b/>
          <w:color w:val="B08D3A"/>
        </w:rPr>
        <w:t xml:space="preserve">SCRIPTURE ANCHOR  </w:t>
      </w:r>
      <w:r>
        <w:t>1 Peter 5:7</w:t>
      </w:r>
    </w:p>
    <w:p w14:paraId="28D9D479" w14:textId="77777777" w:rsidR="00AE08AB" w:rsidRDefault="00AA2D9E">
      <w:pPr>
        <w:pStyle w:val="Heading2"/>
      </w:pPr>
      <w:r>
        <w:t>Pause</w:t>
      </w:r>
    </w:p>
    <w:p w14:paraId="47B900B2" w14:textId="77777777" w:rsidR="00AE08AB" w:rsidRDefault="00AA2D9E">
      <w:r>
        <w:t>Take three slow breaths. Let your body become still. You do not have to solve anything before you pray.</w:t>
      </w:r>
    </w:p>
    <w:p w14:paraId="1F5C853B" w14:textId="77777777" w:rsidR="00AE08AB" w:rsidRDefault="00AA2D9E">
      <w:pPr>
        <w:pStyle w:val="Heading2"/>
      </w:pPr>
      <w:r>
        <w:t>Guided Prayer</w:t>
      </w:r>
    </w:p>
    <w:p w14:paraId="3B6FF6BC" w14:textId="77777777" w:rsidR="00AE08AB" w:rsidRDefault="00AA2D9E">
      <w:r>
        <w:t>Father, I bring You the reality of naming emotional overload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w:t>
      </w:r>
      <w:r>
        <w:t>estions remain unanswered. In Jesus' name, Amen.</w:t>
      </w:r>
    </w:p>
    <w:p w14:paraId="51595D04" w14:textId="77777777" w:rsidR="00AE08AB" w:rsidRDefault="00AA2D9E">
      <w:pPr>
        <w:pStyle w:val="Heading2"/>
      </w:pPr>
      <w:r>
        <w:t>Release</w:t>
      </w:r>
    </w:p>
    <w:p w14:paraId="6C5250AC" w14:textId="77777777" w:rsidR="00AE08AB" w:rsidRDefault="00AA2D9E">
      <w:r>
        <w:t>Complete this sentence slowly: “Father, today I place into Your hands…”</w:t>
      </w:r>
    </w:p>
    <w:p w14:paraId="2CEDB7BE" w14:textId="77777777" w:rsidR="00AE08AB" w:rsidRDefault="00AA2D9E">
      <w:pPr>
        <w:spacing w:after="60"/>
      </w:pPr>
      <w:r>
        <w:rPr>
          <w:color w:val="B9B9B9"/>
          <w:sz w:val="16"/>
        </w:rPr>
        <w:t>________________________________________________________</w:t>
      </w:r>
    </w:p>
    <w:p w14:paraId="36AEC52C" w14:textId="77777777" w:rsidR="00AE08AB" w:rsidRDefault="00AA2D9E">
      <w:pPr>
        <w:spacing w:after="60"/>
      </w:pPr>
      <w:r>
        <w:rPr>
          <w:color w:val="B9B9B9"/>
          <w:sz w:val="16"/>
        </w:rPr>
        <w:t>________________________________________________________</w:t>
      </w:r>
    </w:p>
    <w:p w14:paraId="69CEF7F5" w14:textId="77777777" w:rsidR="00AE08AB" w:rsidRDefault="00AA2D9E">
      <w:pPr>
        <w:pStyle w:val="Heading2"/>
      </w:pPr>
      <w:r>
        <w:t>Listen</w:t>
      </w:r>
    </w:p>
    <w:p w14:paraId="440B5D14" w14:textId="77777777" w:rsidR="00AE08AB" w:rsidRDefault="00AA2D9E">
      <w:r>
        <w:t>Remain quiet for a moment. What truth, Scripture, conviction, or gentle reminder is rising?</w:t>
      </w:r>
    </w:p>
    <w:p w14:paraId="02FE9166" w14:textId="77777777" w:rsidR="00AE08AB" w:rsidRDefault="00AA2D9E">
      <w:pPr>
        <w:spacing w:after="60"/>
      </w:pPr>
      <w:r>
        <w:rPr>
          <w:color w:val="B9B9B9"/>
          <w:sz w:val="16"/>
        </w:rPr>
        <w:t>________________________________________________________</w:t>
      </w:r>
    </w:p>
    <w:p w14:paraId="7B1CB451" w14:textId="77777777" w:rsidR="00AE08AB" w:rsidRDefault="00AA2D9E">
      <w:pPr>
        <w:spacing w:after="60"/>
      </w:pPr>
      <w:r>
        <w:rPr>
          <w:color w:val="B9B9B9"/>
          <w:sz w:val="16"/>
        </w:rPr>
        <w:t>________________________________________________________</w:t>
      </w:r>
    </w:p>
    <w:p w14:paraId="173E8576" w14:textId="77777777" w:rsidR="00AE08AB" w:rsidRDefault="00AA2D9E">
      <w:pPr>
        <w:pStyle w:val="Heading2"/>
      </w:pPr>
      <w:r>
        <w:t>My Unfiltered Prayer</w:t>
      </w:r>
    </w:p>
    <w:p w14:paraId="5492B7FD" w14:textId="77777777" w:rsidR="00AE08AB" w:rsidRDefault="00AA2D9E">
      <w:r>
        <w:t>God, as I sit with naming emotional overload, what I most need to tell You honestly is…</w:t>
      </w:r>
    </w:p>
    <w:p w14:paraId="1BA940A0" w14:textId="77777777" w:rsidR="00AE08AB" w:rsidRDefault="00AA2D9E">
      <w:pPr>
        <w:spacing w:after="60"/>
      </w:pPr>
      <w:r>
        <w:rPr>
          <w:color w:val="B9B9B9"/>
          <w:sz w:val="16"/>
        </w:rPr>
        <w:t>________________________________________________________</w:t>
      </w:r>
    </w:p>
    <w:p w14:paraId="4720FA30" w14:textId="77777777" w:rsidR="00AE08AB" w:rsidRDefault="00AA2D9E">
      <w:pPr>
        <w:spacing w:after="60"/>
      </w:pPr>
      <w:r>
        <w:rPr>
          <w:color w:val="B9B9B9"/>
          <w:sz w:val="16"/>
        </w:rPr>
        <w:t>________________________________________________________</w:t>
      </w:r>
    </w:p>
    <w:p w14:paraId="572AE8E4" w14:textId="77777777" w:rsidR="00AE08AB" w:rsidRDefault="00AA2D9E">
      <w:pPr>
        <w:spacing w:after="60"/>
      </w:pPr>
      <w:r>
        <w:rPr>
          <w:color w:val="B9B9B9"/>
          <w:sz w:val="16"/>
        </w:rPr>
        <w:t>________________________________________________________</w:t>
      </w:r>
    </w:p>
    <w:p w14:paraId="24354A6C" w14:textId="77777777" w:rsidR="00AE08AB" w:rsidRDefault="00AA2D9E">
      <w:pPr>
        <w:spacing w:after="60"/>
      </w:pPr>
      <w:r>
        <w:rPr>
          <w:color w:val="B9B9B9"/>
          <w:sz w:val="16"/>
        </w:rPr>
        <w:lastRenderedPageBreak/>
        <w:t>________________________________________________________</w:t>
      </w:r>
    </w:p>
    <w:p w14:paraId="2B74D1AD" w14:textId="77777777" w:rsidR="00AE08AB" w:rsidRDefault="00AA2D9E">
      <w:pPr>
        <w:spacing w:after="60"/>
      </w:pPr>
      <w:r>
        <w:rPr>
          <w:color w:val="B9B9B9"/>
          <w:sz w:val="16"/>
        </w:rPr>
        <w:t>________________________________________________________</w:t>
      </w:r>
    </w:p>
    <w:p w14:paraId="3B9C956B" w14:textId="77777777" w:rsidR="00AE08AB" w:rsidRDefault="00AA2D9E">
      <w:pPr>
        <w:spacing w:after="60"/>
      </w:pPr>
      <w:r>
        <w:rPr>
          <w:color w:val="B9B9B9"/>
          <w:sz w:val="16"/>
        </w:rPr>
        <w:t>________________________________________________________</w:t>
      </w:r>
    </w:p>
    <w:p w14:paraId="011CECDC" w14:textId="77777777" w:rsidR="00AE08AB" w:rsidRDefault="00AA2D9E">
      <w:pPr>
        <w:spacing w:after="60"/>
      </w:pPr>
      <w:r>
        <w:rPr>
          <w:color w:val="B9B9B9"/>
          <w:sz w:val="16"/>
        </w:rPr>
        <w:t>________________________________________________________</w:t>
      </w:r>
    </w:p>
    <w:p w14:paraId="4DB7763C" w14:textId="77777777" w:rsidR="00AE08AB" w:rsidRDefault="00AA2D9E">
      <w:r>
        <w:br w:type="page"/>
      </w:r>
    </w:p>
    <w:p w14:paraId="123FAC20" w14:textId="77777777" w:rsidR="00AE08AB" w:rsidRDefault="00AA2D9E">
      <w:pPr>
        <w:pStyle w:val="Heading2"/>
      </w:pPr>
      <w:r>
        <w:lastRenderedPageBreak/>
        <w:t>DAY 5</w:t>
      </w:r>
    </w:p>
    <w:p w14:paraId="2FBAFBC7" w14:textId="77777777" w:rsidR="00AE08AB" w:rsidRDefault="00AA2D9E">
      <w:pPr>
        <w:pStyle w:val="Heading1"/>
      </w:pPr>
      <w:r>
        <w:t>Grief Without a Funeral</w:t>
      </w:r>
    </w:p>
    <w:p w14:paraId="3359C4F4" w14:textId="77777777" w:rsidR="00AE08AB" w:rsidRDefault="00AA2D9E">
      <w:r>
        <w:rPr>
          <w:b/>
          <w:color w:val="B08D3A"/>
        </w:rPr>
        <w:t xml:space="preserve">SCRIPTURE ANCHOR  </w:t>
      </w:r>
      <w:r>
        <w:t>Psalm 34:18</w:t>
      </w:r>
    </w:p>
    <w:p w14:paraId="15E59F4F" w14:textId="77777777" w:rsidR="00AE08AB" w:rsidRDefault="00AA2D9E">
      <w:pPr>
        <w:pStyle w:val="Heading2"/>
      </w:pPr>
      <w:r>
        <w:t>Pause</w:t>
      </w:r>
    </w:p>
    <w:p w14:paraId="251D44EF" w14:textId="77777777" w:rsidR="00AE08AB" w:rsidRDefault="00AA2D9E">
      <w:r>
        <w:t>Take three slow breaths. Let your body become still. You do not have to solve anything before you pray.</w:t>
      </w:r>
    </w:p>
    <w:p w14:paraId="6EEA573E" w14:textId="77777777" w:rsidR="00AE08AB" w:rsidRDefault="00AA2D9E">
      <w:pPr>
        <w:pStyle w:val="Heading2"/>
      </w:pPr>
      <w:r>
        <w:t>Guided Prayer</w:t>
      </w:r>
    </w:p>
    <w:p w14:paraId="2F21DE3C" w14:textId="77777777" w:rsidR="00AE08AB" w:rsidRDefault="00AA2D9E">
      <w:r>
        <w:t>Father, I bring You the reality of grief without a funeral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41576F40" w14:textId="77777777" w:rsidR="00AE08AB" w:rsidRDefault="00AA2D9E">
      <w:pPr>
        <w:pStyle w:val="Heading2"/>
      </w:pPr>
      <w:r>
        <w:t>Release</w:t>
      </w:r>
    </w:p>
    <w:p w14:paraId="5253C0B7" w14:textId="77777777" w:rsidR="00AE08AB" w:rsidRDefault="00AA2D9E">
      <w:r>
        <w:t>Complete this sentence slowly: “Father, today I place into Your hands…”</w:t>
      </w:r>
    </w:p>
    <w:p w14:paraId="72151DD8" w14:textId="77777777" w:rsidR="00AE08AB" w:rsidRDefault="00AA2D9E">
      <w:pPr>
        <w:spacing w:after="60"/>
      </w:pPr>
      <w:r>
        <w:rPr>
          <w:color w:val="B9B9B9"/>
          <w:sz w:val="16"/>
        </w:rPr>
        <w:t>________________________________________________________</w:t>
      </w:r>
    </w:p>
    <w:p w14:paraId="2F26E0DB" w14:textId="77777777" w:rsidR="00AE08AB" w:rsidRDefault="00AA2D9E">
      <w:pPr>
        <w:spacing w:after="60"/>
      </w:pPr>
      <w:r>
        <w:rPr>
          <w:color w:val="B9B9B9"/>
          <w:sz w:val="16"/>
        </w:rPr>
        <w:t>________________________________________________________</w:t>
      </w:r>
    </w:p>
    <w:p w14:paraId="018CEEEE" w14:textId="77777777" w:rsidR="00AE08AB" w:rsidRDefault="00AA2D9E">
      <w:pPr>
        <w:pStyle w:val="Heading2"/>
      </w:pPr>
      <w:r>
        <w:t>Listen</w:t>
      </w:r>
    </w:p>
    <w:p w14:paraId="16B6CAE0" w14:textId="77777777" w:rsidR="00AE08AB" w:rsidRDefault="00AA2D9E">
      <w:r>
        <w:t>Remain quiet for a moment. What truth, Scripture, conviction, or gentle reminder is rising?</w:t>
      </w:r>
    </w:p>
    <w:p w14:paraId="7D919F81" w14:textId="77777777" w:rsidR="00AE08AB" w:rsidRDefault="00AA2D9E">
      <w:pPr>
        <w:spacing w:after="60"/>
      </w:pPr>
      <w:r>
        <w:rPr>
          <w:color w:val="B9B9B9"/>
          <w:sz w:val="16"/>
        </w:rPr>
        <w:t>________________________________________________________</w:t>
      </w:r>
    </w:p>
    <w:p w14:paraId="56A1230B" w14:textId="77777777" w:rsidR="00AE08AB" w:rsidRDefault="00AA2D9E">
      <w:pPr>
        <w:spacing w:after="60"/>
      </w:pPr>
      <w:r>
        <w:rPr>
          <w:color w:val="B9B9B9"/>
          <w:sz w:val="16"/>
        </w:rPr>
        <w:t>________________________________________________________</w:t>
      </w:r>
    </w:p>
    <w:p w14:paraId="7ECA32EF" w14:textId="77777777" w:rsidR="00AE08AB" w:rsidRDefault="00AA2D9E">
      <w:pPr>
        <w:pStyle w:val="Heading2"/>
      </w:pPr>
      <w:r>
        <w:t>My Unfiltered Prayer</w:t>
      </w:r>
    </w:p>
    <w:p w14:paraId="2E110824" w14:textId="77777777" w:rsidR="00AE08AB" w:rsidRDefault="00AA2D9E">
      <w:r>
        <w:t>God, as I sit with grief without a funeral, what I most need to tell You honestly is…</w:t>
      </w:r>
    </w:p>
    <w:p w14:paraId="5E7216BB" w14:textId="77777777" w:rsidR="00AE08AB" w:rsidRDefault="00AA2D9E">
      <w:pPr>
        <w:spacing w:after="60"/>
      </w:pPr>
      <w:r>
        <w:rPr>
          <w:color w:val="B9B9B9"/>
          <w:sz w:val="16"/>
        </w:rPr>
        <w:t>________________________________________________________</w:t>
      </w:r>
    </w:p>
    <w:p w14:paraId="59DEF2FA" w14:textId="77777777" w:rsidR="00AE08AB" w:rsidRDefault="00AA2D9E">
      <w:pPr>
        <w:spacing w:after="60"/>
      </w:pPr>
      <w:r>
        <w:rPr>
          <w:color w:val="B9B9B9"/>
          <w:sz w:val="16"/>
        </w:rPr>
        <w:t>________________________________________________________</w:t>
      </w:r>
    </w:p>
    <w:p w14:paraId="591C4200" w14:textId="77777777" w:rsidR="00AE08AB" w:rsidRDefault="00AA2D9E">
      <w:pPr>
        <w:spacing w:after="60"/>
      </w:pPr>
      <w:r>
        <w:rPr>
          <w:color w:val="B9B9B9"/>
          <w:sz w:val="16"/>
        </w:rPr>
        <w:t>________________________________________________________</w:t>
      </w:r>
    </w:p>
    <w:p w14:paraId="2C1CEA65" w14:textId="77777777" w:rsidR="00AE08AB" w:rsidRDefault="00AA2D9E">
      <w:pPr>
        <w:spacing w:after="60"/>
      </w:pPr>
      <w:r>
        <w:rPr>
          <w:color w:val="B9B9B9"/>
          <w:sz w:val="16"/>
        </w:rPr>
        <w:t>________________________________________________________</w:t>
      </w:r>
    </w:p>
    <w:p w14:paraId="6C58E9D9" w14:textId="77777777" w:rsidR="00AE08AB" w:rsidRDefault="00AA2D9E">
      <w:pPr>
        <w:spacing w:after="60"/>
      </w:pPr>
      <w:r>
        <w:rPr>
          <w:color w:val="B9B9B9"/>
          <w:sz w:val="16"/>
        </w:rPr>
        <w:lastRenderedPageBreak/>
        <w:t>________________________________________________________</w:t>
      </w:r>
    </w:p>
    <w:p w14:paraId="2A101CC6" w14:textId="77777777" w:rsidR="00AE08AB" w:rsidRDefault="00AA2D9E">
      <w:pPr>
        <w:spacing w:after="60"/>
      </w:pPr>
      <w:r>
        <w:rPr>
          <w:color w:val="B9B9B9"/>
          <w:sz w:val="16"/>
        </w:rPr>
        <w:t>________________________________________________________</w:t>
      </w:r>
    </w:p>
    <w:p w14:paraId="472CA3FB" w14:textId="77777777" w:rsidR="00AE08AB" w:rsidRDefault="00AA2D9E">
      <w:pPr>
        <w:spacing w:after="60"/>
      </w:pPr>
      <w:r>
        <w:rPr>
          <w:color w:val="B9B9B9"/>
          <w:sz w:val="16"/>
        </w:rPr>
        <w:t>________________________________________________________</w:t>
      </w:r>
    </w:p>
    <w:p w14:paraId="169BBC09" w14:textId="77777777" w:rsidR="00AE08AB" w:rsidRDefault="00AA2D9E">
      <w:r>
        <w:br w:type="page"/>
      </w:r>
    </w:p>
    <w:p w14:paraId="6F8975AA" w14:textId="77777777" w:rsidR="00AE08AB" w:rsidRDefault="00AA2D9E">
      <w:pPr>
        <w:pStyle w:val="Heading2"/>
      </w:pPr>
      <w:r>
        <w:lastRenderedPageBreak/>
        <w:t>DAY 6</w:t>
      </w:r>
    </w:p>
    <w:p w14:paraId="0773F724" w14:textId="77777777" w:rsidR="00AE08AB" w:rsidRDefault="00AA2D9E">
      <w:pPr>
        <w:pStyle w:val="Heading1"/>
      </w:pPr>
      <w:r>
        <w:t>The Burden of Responsibility</w:t>
      </w:r>
    </w:p>
    <w:p w14:paraId="06DCE7A3" w14:textId="77777777" w:rsidR="00AE08AB" w:rsidRDefault="00AA2D9E">
      <w:r>
        <w:rPr>
          <w:b/>
          <w:color w:val="B08D3A"/>
        </w:rPr>
        <w:t xml:space="preserve">SCRIPTURE ANCHOR  </w:t>
      </w:r>
      <w:r>
        <w:t>Galatians 6:5</w:t>
      </w:r>
    </w:p>
    <w:p w14:paraId="63AF1D99" w14:textId="77777777" w:rsidR="00AE08AB" w:rsidRDefault="00AA2D9E">
      <w:pPr>
        <w:pStyle w:val="Heading2"/>
      </w:pPr>
      <w:r>
        <w:t>Pause</w:t>
      </w:r>
    </w:p>
    <w:p w14:paraId="500F5810" w14:textId="77777777" w:rsidR="00AE08AB" w:rsidRDefault="00AA2D9E">
      <w:r>
        <w:t>Take three slow breaths. Let your body become still. You do not have to solve anything before you pray.</w:t>
      </w:r>
    </w:p>
    <w:p w14:paraId="77B243B6" w14:textId="77777777" w:rsidR="00AE08AB" w:rsidRDefault="00AA2D9E">
      <w:pPr>
        <w:pStyle w:val="Heading2"/>
      </w:pPr>
      <w:r>
        <w:t>Guided Prayer</w:t>
      </w:r>
    </w:p>
    <w:p w14:paraId="0CDC9E86" w14:textId="77777777" w:rsidR="00AE08AB" w:rsidRDefault="00AA2D9E">
      <w:r>
        <w:t>Father, I bring You the reality of the burden of responsibility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06BA2278" w14:textId="77777777" w:rsidR="00AE08AB" w:rsidRDefault="00AA2D9E">
      <w:pPr>
        <w:pStyle w:val="Heading2"/>
      </w:pPr>
      <w:r>
        <w:t>Release</w:t>
      </w:r>
    </w:p>
    <w:p w14:paraId="2DC91A61" w14:textId="77777777" w:rsidR="00AE08AB" w:rsidRDefault="00AA2D9E">
      <w:r>
        <w:t>Complete this sentence slowly: “Father, today I place into Your hands…”</w:t>
      </w:r>
    </w:p>
    <w:p w14:paraId="1705CB57" w14:textId="77777777" w:rsidR="00AE08AB" w:rsidRDefault="00AA2D9E">
      <w:pPr>
        <w:spacing w:after="60"/>
      </w:pPr>
      <w:r>
        <w:rPr>
          <w:color w:val="B9B9B9"/>
          <w:sz w:val="16"/>
        </w:rPr>
        <w:t>________________________________________________________</w:t>
      </w:r>
    </w:p>
    <w:p w14:paraId="545682C0" w14:textId="77777777" w:rsidR="00AE08AB" w:rsidRDefault="00AA2D9E">
      <w:pPr>
        <w:spacing w:after="60"/>
      </w:pPr>
      <w:r>
        <w:rPr>
          <w:color w:val="B9B9B9"/>
          <w:sz w:val="16"/>
        </w:rPr>
        <w:t>________________________________________________________</w:t>
      </w:r>
    </w:p>
    <w:p w14:paraId="15E2D7CB" w14:textId="77777777" w:rsidR="00AE08AB" w:rsidRDefault="00AA2D9E">
      <w:pPr>
        <w:pStyle w:val="Heading2"/>
      </w:pPr>
      <w:r>
        <w:t>Listen</w:t>
      </w:r>
    </w:p>
    <w:p w14:paraId="3A7D4AA2" w14:textId="77777777" w:rsidR="00AE08AB" w:rsidRDefault="00AA2D9E">
      <w:r>
        <w:t>Remain quiet for a moment. What truth, Scripture, conviction, or gentle reminder is rising?</w:t>
      </w:r>
    </w:p>
    <w:p w14:paraId="73A4F20E" w14:textId="77777777" w:rsidR="00AE08AB" w:rsidRDefault="00AA2D9E">
      <w:pPr>
        <w:spacing w:after="60"/>
      </w:pPr>
      <w:r>
        <w:rPr>
          <w:color w:val="B9B9B9"/>
          <w:sz w:val="16"/>
        </w:rPr>
        <w:t>________________________________________________________</w:t>
      </w:r>
    </w:p>
    <w:p w14:paraId="19E6EEB0" w14:textId="77777777" w:rsidR="00AE08AB" w:rsidRDefault="00AA2D9E">
      <w:pPr>
        <w:spacing w:after="60"/>
      </w:pPr>
      <w:r>
        <w:rPr>
          <w:color w:val="B9B9B9"/>
          <w:sz w:val="16"/>
        </w:rPr>
        <w:t>________________________________________________________</w:t>
      </w:r>
    </w:p>
    <w:p w14:paraId="4B5F831E" w14:textId="77777777" w:rsidR="00AE08AB" w:rsidRDefault="00AA2D9E">
      <w:pPr>
        <w:pStyle w:val="Heading2"/>
      </w:pPr>
      <w:r>
        <w:t>My Unfiltered Prayer</w:t>
      </w:r>
    </w:p>
    <w:p w14:paraId="2A36040B" w14:textId="77777777" w:rsidR="00AE08AB" w:rsidRDefault="00AA2D9E">
      <w:r>
        <w:t>God, as I sit with the burden of responsibility, what I most need to tell You honestly is…</w:t>
      </w:r>
    </w:p>
    <w:p w14:paraId="7545F448" w14:textId="77777777" w:rsidR="00AE08AB" w:rsidRDefault="00AA2D9E">
      <w:pPr>
        <w:spacing w:after="60"/>
      </w:pPr>
      <w:r>
        <w:rPr>
          <w:color w:val="B9B9B9"/>
          <w:sz w:val="16"/>
        </w:rPr>
        <w:t>________________________________________________________</w:t>
      </w:r>
    </w:p>
    <w:p w14:paraId="17B969A4" w14:textId="77777777" w:rsidR="00AE08AB" w:rsidRDefault="00AA2D9E">
      <w:pPr>
        <w:spacing w:after="60"/>
      </w:pPr>
      <w:r>
        <w:rPr>
          <w:color w:val="B9B9B9"/>
          <w:sz w:val="16"/>
        </w:rPr>
        <w:t>________________________________________________________</w:t>
      </w:r>
    </w:p>
    <w:p w14:paraId="3F16793E" w14:textId="77777777" w:rsidR="00AE08AB" w:rsidRDefault="00AA2D9E">
      <w:pPr>
        <w:spacing w:after="60"/>
      </w:pPr>
      <w:r>
        <w:rPr>
          <w:color w:val="B9B9B9"/>
          <w:sz w:val="16"/>
        </w:rPr>
        <w:t>________________________________________________________</w:t>
      </w:r>
    </w:p>
    <w:p w14:paraId="5C360FFF" w14:textId="77777777" w:rsidR="00AE08AB" w:rsidRDefault="00AA2D9E">
      <w:pPr>
        <w:spacing w:after="60"/>
      </w:pPr>
      <w:r>
        <w:rPr>
          <w:color w:val="B9B9B9"/>
          <w:sz w:val="16"/>
        </w:rPr>
        <w:lastRenderedPageBreak/>
        <w:t>________________________________________________________</w:t>
      </w:r>
    </w:p>
    <w:p w14:paraId="211086A0" w14:textId="77777777" w:rsidR="00AE08AB" w:rsidRDefault="00AA2D9E">
      <w:pPr>
        <w:spacing w:after="60"/>
      </w:pPr>
      <w:r>
        <w:rPr>
          <w:color w:val="B9B9B9"/>
          <w:sz w:val="16"/>
        </w:rPr>
        <w:t>________________________________________________________</w:t>
      </w:r>
    </w:p>
    <w:p w14:paraId="12096B90" w14:textId="77777777" w:rsidR="00AE08AB" w:rsidRDefault="00AA2D9E">
      <w:pPr>
        <w:spacing w:after="60"/>
      </w:pPr>
      <w:r>
        <w:rPr>
          <w:color w:val="B9B9B9"/>
          <w:sz w:val="16"/>
        </w:rPr>
        <w:t>________________________________________________________</w:t>
      </w:r>
    </w:p>
    <w:p w14:paraId="0E703913" w14:textId="77777777" w:rsidR="00AE08AB" w:rsidRDefault="00AA2D9E">
      <w:pPr>
        <w:spacing w:after="60"/>
      </w:pPr>
      <w:r>
        <w:rPr>
          <w:color w:val="B9B9B9"/>
          <w:sz w:val="16"/>
        </w:rPr>
        <w:t>________________________________________________________</w:t>
      </w:r>
    </w:p>
    <w:p w14:paraId="024A4581" w14:textId="77777777" w:rsidR="00AE08AB" w:rsidRDefault="00AA2D9E">
      <w:r>
        <w:br w:type="page"/>
      </w:r>
    </w:p>
    <w:p w14:paraId="765910CB" w14:textId="77777777" w:rsidR="00AE08AB" w:rsidRDefault="00AA2D9E">
      <w:pPr>
        <w:pStyle w:val="Heading2"/>
      </w:pPr>
      <w:r>
        <w:lastRenderedPageBreak/>
        <w:t>DAY 7</w:t>
      </w:r>
    </w:p>
    <w:p w14:paraId="51E63F06" w14:textId="77777777" w:rsidR="00AE08AB" w:rsidRDefault="00AA2D9E">
      <w:pPr>
        <w:pStyle w:val="Heading1"/>
      </w:pPr>
      <w:r>
        <w:t>When Caregiving Becomes Heavy</w:t>
      </w:r>
    </w:p>
    <w:p w14:paraId="090C9CBA" w14:textId="77777777" w:rsidR="00AE08AB" w:rsidRDefault="00AA2D9E">
      <w:r>
        <w:rPr>
          <w:b/>
          <w:color w:val="B08D3A"/>
        </w:rPr>
        <w:t xml:space="preserve">SCRIPTURE ANCHOR  </w:t>
      </w:r>
      <w:r>
        <w:t>Isaiah 40:29</w:t>
      </w:r>
    </w:p>
    <w:p w14:paraId="43E5535A" w14:textId="77777777" w:rsidR="00AE08AB" w:rsidRDefault="00AA2D9E">
      <w:pPr>
        <w:pStyle w:val="Heading2"/>
      </w:pPr>
      <w:r>
        <w:t>Pause</w:t>
      </w:r>
    </w:p>
    <w:p w14:paraId="4FBB7DFC" w14:textId="77777777" w:rsidR="00AE08AB" w:rsidRDefault="00AA2D9E">
      <w:r>
        <w:t>Take three slow breaths. Let your body become still. You do not have to solve anything before you pray.</w:t>
      </w:r>
    </w:p>
    <w:p w14:paraId="66DD01AA" w14:textId="77777777" w:rsidR="00AE08AB" w:rsidRDefault="00AA2D9E">
      <w:pPr>
        <w:pStyle w:val="Heading2"/>
      </w:pPr>
      <w:r>
        <w:t>Guided Prayer</w:t>
      </w:r>
    </w:p>
    <w:p w14:paraId="4795BDC9" w14:textId="77777777" w:rsidR="00AE08AB" w:rsidRDefault="00AA2D9E">
      <w:r>
        <w:t>Father, I bring You the reality of when caregiving becomes heavy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569E987E" w14:textId="77777777" w:rsidR="00AE08AB" w:rsidRDefault="00AA2D9E">
      <w:pPr>
        <w:pStyle w:val="Heading2"/>
      </w:pPr>
      <w:r>
        <w:t>Release</w:t>
      </w:r>
    </w:p>
    <w:p w14:paraId="1D4CF6C3" w14:textId="77777777" w:rsidR="00AE08AB" w:rsidRDefault="00AA2D9E">
      <w:r>
        <w:t>Complete this sentence slowly: “Father, today I place into Your hands…”</w:t>
      </w:r>
    </w:p>
    <w:p w14:paraId="2CA35A47" w14:textId="77777777" w:rsidR="00AE08AB" w:rsidRDefault="00AA2D9E">
      <w:pPr>
        <w:spacing w:after="60"/>
      </w:pPr>
      <w:r>
        <w:rPr>
          <w:color w:val="B9B9B9"/>
          <w:sz w:val="16"/>
        </w:rPr>
        <w:t>________________________________________________________</w:t>
      </w:r>
    </w:p>
    <w:p w14:paraId="11CB1B8E" w14:textId="77777777" w:rsidR="00AE08AB" w:rsidRDefault="00AA2D9E">
      <w:pPr>
        <w:spacing w:after="60"/>
      </w:pPr>
      <w:r>
        <w:rPr>
          <w:color w:val="B9B9B9"/>
          <w:sz w:val="16"/>
        </w:rPr>
        <w:t>________________________________________________________</w:t>
      </w:r>
    </w:p>
    <w:p w14:paraId="37ECCE2F" w14:textId="77777777" w:rsidR="00AE08AB" w:rsidRDefault="00AA2D9E">
      <w:pPr>
        <w:pStyle w:val="Heading2"/>
      </w:pPr>
      <w:r>
        <w:t>Listen</w:t>
      </w:r>
    </w:p>
    <w:p w14:paraId="12AEB260" w14:textId="77777777" w:rsidR="00AE08AB" w:rsidRDefault="00AA2D9E">
      <w:r>
        <w:t>Remain quiet for a moment. What truth, Scripture, conviction, or gentle reminder is rising?</w:t>
      </w:r>
    </w:p>
    <w:p w14:paraId="52FDC36C" w14:textId="77777777" w:rsidR="00AE08AB" w:rsidRDefault="00AA2D9E">
      <w:pPr>
        <w:spacing w:after="60"/>
      </w:pPr>
      <w:r>
        <w:rPr>
          <w:color w:val="B9B9B9"/>
          <w:sz w:val="16"/>
        </w:rPr>
        <w:t>________________________________________________________</w:t>
      </w:r>
    </w:p>
    <w:p w14:paraId="6C3EE910" w14:textId="77777777" w:rsidR="00AE08AB" w:rsidRDefault="00AA2D9E">
      <w:pPr>
        <w:spacing w:after="60"/>
      </w:pPr>
      <w:r>
        <w:rPr>
          <w:color w:val="B9B9B9"/>
          <w:sz w:val="16"/>
        </w:rPr>
        <w:t>________________________________________________________</w:t>
      </w:r>
    </w:p>
    <w:p w14:paraId="447FFB0E" w14:textId="77777777" w:rsidR="00AE08AB" w:rsidRDefault="00AA2D9E">
      <w:pPr>
        <w:pStyle w:val="Heading2"/>
      </w:pPr>
      <w:r>
        <w:t>My Unfiltered Prayer</w:t>
      </w:r>
    </w:p>
    <w:p w14:paraId="7CCF25D1" w14:textId="77777777" w:rsidR="00AE08AB" w:rsidRDefault="00AA2D9E">
      <w:r>
        <w:t>God, as I sit with when caregiving becomes heavy, what I most need to tell You honestly is…</w:t>
      </w:r>
    </w:p>
    <w:p w14:paraId="31EACC0C" w14:textId="77777777" w:rsidR="00AE08AB" w:rsidRDefault="00AA2D9E">
      <w:pPr>
        <w:spacing w:after="60"/>
      </w:pPr>
      <w:r>
        <w:rPr>
          <w:color w:val="B9B9B9"/>
          <w:sz w:val="16"/>
        </w:rPr>
        <w:t>________________________________________________________</w:t>
      </w:r>
    </w:p>
    <w:p w14:paraId="17A2AB6C" w14:textId="77777777" w:rsidR="00AE08AB" w:rsidRDefault="00AA2D9E">
      <w:pPr>
        <w:spacing w:after="60"/>
      </w:pPr>
      <w:r>
        <w:rPr>
          <w:color w:val="B9B9B9"/>
          <w:sz w:val="16"/>
        </w:rPr>
        <w:t>________________________________________________________</w:t>
      </w:r>
    </w:p>
    <w:p w14:paraId="56971783" w14:textId="77777777" w:rsidR="00AE08AB" w:rsidRDefault="00AA2D9E">
      <w:pPr>
        <w:spacing w:after="60"/>
      </w:pPr>
      <w:r>
        <w:rPr>
          <w:color w:val="B9B9B9"/>
          <w:sz w:val="16"/>
        </w:rPr>
        <w:t>________________________________________________________</w:t>
      </w:r>
    </w:p>
    <w:p w14:paraId="7D6DEF27" w14:textId="77777777" w:rsidR="00AE08AB" w:rsidRDefault="00AA2D9E">
      <w:pPr>
        <w:spacing w:after="60"/>
      </w:pPr>
      <w:r>
        <w:rPr>
          <w:color w:val="B9B9B9"/>
          <w:sz w:val="16"/>
        </w:rPr>
        <w:lastRenderedPageBreak/>
        <w:t>________________________________________________________</w:t>
      </w:r>
    </w:p>
    <w:p w14:paraId="7D7CA0F4" w14:textId="77777777" w:rsidR="00AE08AB" w:rsidRDefault="00AA2D9E">
      <w:pPr>
        <w:spacing w:after="60"/>
      </w:pPr>
      <w:r>
        <w:rPr>
          <w:color w:val="B9B9B9"/>
          <w:sz w:val="16"/>
        </w:rPr>
        <w:t>________________________________________________________</w:t>
      </w:r>
    </w:p>
    <w:p w14:paraId="31379F29" w14:textId="77777777" w:rsidR="00AE08AB" w:rsidRDefault="00AA2D9E">
      <w:pPr>
        <w:spacing w:after="60"/>
      </w:pPr>
      <w:r>
        <w:rPr>
          <w:color w:val="B9B9B9"/>
          <w:sz w:val="16"/>
        </w:rPr>
        <w:t>________________________________________________________</w:t>
      </w:r>
    </w:p>
    <w:p w14:paraId="3DE1BEBD" w14:textId="77777777" w:rsidR="00AE08AB" w:rsidRDefault="00AA2D9E">
      <w:pPr>
        <w:spacing w:after="60"/>
      </w:pPr>
      <w:r>
        <w:rPr>
          <w:color w:val="B9B9B9"/>
          <w:sz w:val="16"/>
        </w:rPr>
        <w:t>________________________________________________________</w:t>
      </w:r>
    </w:p>
    <w:p w14:paraId="185F2025" w14:textId="77777777" w:rsidR="00AE08AB" w:rsidRDefault="00AA2D9E">
      <w:pPr>
        <w:pStyle w:val="Heading1"/>
      </w:pPr>
      <w:r>
        <w:t>Sacred Pause</w:t>
      </w:r>
    </w:p>
    <w:p w14:paraId="1460E9DC" w14:textId="77777777" w:rsidR="00AE08AB" w:rsidRDefault="00AA2D9E">
      <w:pPr>
        <w:pStyle w:val="Heading3"/>
      </w:pPr>
      <w:r>
        <w:t>What happened within me this week?</w:t>
      </w:r>
    </w:p>
    <w:p w14:paraId="64F85C29" w14:textId="77777777" w:rsidR="00AE08AB" w:rsidRDefault="00AA2D9E">
      <w:pPr>
        <w:spacing w:after="60"/>
      </w:pPr>
      <w:r>
        <w:rPr>
          <w:color w:val="B9B9B9"/>
          <w:sz w:val="16"/>
        </w:rPr>
        <w:t>________________________________________________________</w:t>
      </w:r>
    </w:p>
    <w:p w14:paraId="26F4766D" w14:textId="77777777" w:rsidR="00AE08AB" w:rsidRDefault="00AA2D9E">
      <w:pPr>
        <w:pStyle w:val="Heading3"/>
      </w:pPr>
      <w:r>
        <w:t>What emotion appeared most often?</w:t>
      </w:r>
    </w:p>
    <w:p w14:paraId="0B6FEBCC" w14:textId="77777777" w:rsidR="00AE08AB" w:rsidRDefault="00AA2D9E">
      <w:pPr>
        <w:spacing w:after="60"/>
      </w:pPr>
      <w:r>
        <w:rPr>
          <w:color w:val="B9B9B9"/>
          <w:sz w:val="16"/>
        </w:rPr>
        <w:t>________________________________________________________</w:t>
      </w:r>
    </w:p>
    <w:p w14:paraId="5FB5AD6D" w14:textId="77777777" w:rsidR="00AE08AB" w:rsidRDefault="00AA2D9E">
      <w:pPr>
        <w:pStyle w:val="Heading3"/>
      </w:pPr>
      <w:r>
        <w:t>Where did I recognize God's grace?</w:t>
      </w:r>
    </w:p>
    <w:p w14:paraId="57CB10E7" w14:textId="77777777" w:rsidR="00AE08AB" w:rsidRDefault="00AA2D9E">
      <w:pPr>
        <w:spacing w:after="60"/>
      </w:pPr>
      <w:r>
        <w:rPr>
          <w:color w:val="B9B9B9"/>
          <w:sz w:val="16"/>
        </w:rPr>
        <w:t>________________________________________________________</w:t>
      </w:r>
    </w:p>
    <w:p w14:paraId="245453BF" w14:textId="77777777" w:rsidR="00AE08AB" w:rsidRDefault="00AA2D9E">
      <w:pPr>
        <w:pStyle w:val="Heading3"/>
      </w:pPr>
      <w:r>
        <w:t>What do I refuse to carry into another week?</w:t>
      </w:r>
    </w:p>
    <w:p w14:paraId="521D9A75" w14:textId="77777777" w:rsidR="00AE08AB" w:rsidRDefault="00AA2D9E">
      <w:pPr>
        <w:spacing w:after="60"/>
      </w:pPr>
      <w:r>
        <w:rPr>
          <w:color w:val="B9B9B9"/>
          <w:sz w:val="16"/>
        </w:rPr>
        <w:t>________________________________________________________</w:t>
      </w:r>
    </w:p>
    <w:p w14:paraId="54BB4CB3" w14:textId="77777777" w:rsidR="00AE08AB" w:rsidRDefault="00AA2D9E">
      <w:pPr>
        <w:pStyle w:val="Heading3"/>
      </w:pPr>
      <w:r>
        <w:t>What do I need to receive from God now?</w:t>
      </w:r>
    </w:p>
    <w:p w14:paraId="307A52D5" w14:textId="77777777" w:rsidR="00AE08AB" w:rsidRDefault="00AA2D9E">
      <w:pPr>
        <w:spacing w:after="60"/>
      </w:pPr>
      <w:r>
        <w:rPr>
          <w:color w:val="B9B9B9"/>
          <w:sz w:val="16"/>
        </w:rPr>
        <w:t>________________________________________________________</w:t>
      </w:r>
    </w:p>
    <w:p w14:paraId="5FC88D1E" w14:textId="77777777" w:rsidR="00AE08AB" w:rsidRDefault="00AA2D9E">
      <w:r>
        <w:br w:type="page"/>
      </w:r>
    </w:p>
    <w:p w14:paraId="2BDAACA3" w14:textId="77777777" w:rsidR="00AE08AB" w:rsidRDefault="00AA2D9E">
      <w:pPr>
        <w:pStyle w:val="Heading2"/>
      </w:pPr>
      <w:r>
        <w:lastRenderedPageBreak/>
        <w:t>DAY 8</w:t>
      </w:r>
    </w:p>
    <w:p w14:paraId="7F1DC2E7" w14:textId="77777777" w:rsidR="00AE08AB" w:rsidRDefault="00AA2D9E">
      <w:pPr>
        <w:pStyle w:val="Heading1"/>
      </w:pPr>
      <w:r>
        <w:t>You Are Allowed to Need Help</w:t>
      </w:r>
    </w:p>
    <w:p w14:paraId="33CB0204" w14:textId="77777777" w:rsidR="00AE08AB" w:rsidRDefault="00AA2D9E">
      <w:r>
        <w:rPr>
          <w:b/>
          <w:color w:val="B08D3A"/>
        </w:rPr>
        <w:t xml:space="preserve">SCRIPTURE ANCHOR  </w:t>
      </w:r>
      <w:r>
        <w:t>Galatians 6:2</w:t>
      </w:r>
    </w:p>
    <w:p w14:paraId="0E193517" w14:textId="77777777" w:rsidR="00AE08AB" w:rsidRDefault="00AA2D9E">
      <w:pPr>
        <w:pStyle w:val="Heading2"/>
      </w:pPr>
      <w:r>
        <w:t>Pause</w:t>
      </w:r>
    </w:p>
    <w:p w14:paraId="78165A77" w14:textId="77777777" w:rsidR="00AE08AB" w:rsidRDefault="00AA2D9E">
      <w:r>
        <w:t>Take three slow breaths. Let your body become still. You do not have to solve anything before you pray.</w:t>
      </w:r>
    </w:p>
    <w:p w14:paraId="0C998065" w14:textId="77777777" w:rsidR="00AE08AB" w:rsidRDefault="00AA2D9E">
      <w:pPr>
        <w:pStyle w:val="Heading2"/>
      </w:pPr>
      <w:r>
        <w:t>Guided Prayer</w:t>
      </w:r>
    </w:p>
    <w:p w14:paraId="77DF4B39" w14:textId="77777777" w:rsidR="00AE08AB" w:rsidRDefault="00AA2D9E">
      <w:r>
        <w:t>Father, I bring You the reality of you are allowed to need help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4C55D42D" w14:textId="77777777" w:rsidR="00AE08AB" w:rsidRDefault="00AA2D9E">
      <w:pPr>
        <w:pStyle w:val="Heading2"/>
      </w:pPr>
      <w:r>
        <w:t>Release</w:t>
      </w:r>
    </w:p>
    <w:p w14:paraId="13B98F9A" w14:textId="77777777" w:rsidR="00AE08AB" w:rsidRDefault="00AA2D9E">
      <w:r>
        <w:t>Complete this sentence slowly: “Father, today I place into Your hands…”</w:t>
      </w:r>
    </w:p>
    <w:p w14:paraId="50C6C4D6" w14:textId="77777777" w:rsidR="00AE08AB" w:rsidRDefault="00AA2D9E">
      <w:pPr>
        <w:spacing w:after="60"/>
      </w:pPr>
      <w:r>
        <w:rPr>
          <w:color w:val="B9B9B9"/>
          <w:sz w:val="16"/>
        </w:rPr>
        <w:t>________________________________________________________</w:t>
      </w:r>
    </w:p>
    <w:p w14:paraId="747A20ED" w14:textId="77777777" w:rsidR="00AE08AB" w:rsidRDefault="00AA2D9E">
      <w:pPr>
        <w:spacing w:after="60"/>
      </w:pPr>
      <w:r>
        <w:rPr>
          <w:color w:val="B9B9B9"/>
          <w:sz w:val="16"/>
        </w:rPr>
        <w:t>________________________________________________________</w:t>
      </w:r>
    </w:p>
    <w:p w14:paraId="0C4E267A" w14:textId="77777777" w:rsidR="00AE08AB" w:rsidRDefault="00AA2D9E">
      <w:pPr>
        <w:pStyle w:val="Heading2"/>
      </w:pPr>
      <w:r>
        <w:t>Listen</w:t>
      </w:r>
    </w:p>
    <w:p w14:paraId="2D26CBE5" w14:textId="77777777" w:rsidR="00AE08AB" w:rsidRDefault="00AA2D9E">
      <w:r>
        <w:t>Remain quiet for a moment. What truth, Scripture, conviction, or gentle reminder is rising?</w:t>
      </w:r>
    </w:p>
    <w:p w14:paraId="4468E529" w14:textId="77777777" w:rsidR="00AE08AB" w:rsidRDefault="00AA2D9E">
      <w:pPr>
        <w:spacing w:after="60"/>
      </w:pPr>
      <w:r>
        <w:rPr>
          <w:color w:val="B9B9B9"/>
          <w:sz w:val="16"/>
        </w:rPr>
        <w:t>________________________________________________________</w:t>
      </w:r>
    </w:p>
    <w:p w14:paraId="072C2EFD" w14:textId="77777777" w:rsidR="00AE08AB" w:rsidRDefault="00AA2D9E">
      <w:pPr>
        <w:spacing w:after="60"/>
      </w:pPr>
      <w:r>
        <w:rPr>
          <w:color w:val="B9B9B9"/>
          <w:sz w:val="16"/>
        </w:rPr>
        <w:t>________________________________________________________</w:t>
      </w:r>
    </w:p>
    <w:p w14:paraId="45135243" w14:textId="77777777" w:rsidR="00AE08AB" w:rsidRDefault="00AA2D9E">
      <w:pPr>
        <w:pStyle w:val="Heading2"/>
      </w:pPr>
      <w:r>
        <w:t>My Unfiltered Prayer</w:t>
      </w:r>
    </w:p>
    <w:p w14:paraId="1147B094" w14:textId="77777777" w:rsidR="00AE08AB" w:rsidRDefault="00AA2D9E">
      <w:r>
        <w:t>God, as I sit with you are allowed to need help, what I most need to tell You honestly is…</w:t>
      </w:r>
    </w:p>
    <w:p w14:paraId="064DE840" w14:textId="77777777" w:rsidR="00AE08AB" w:rsidRDefault="00AA2D9E">
      <w:pPr>
        <w:spacing w:after="60"/>
      </w:pPr>
      <w:r>
        <w:rPr>
          <w:color w:val="B9B9B9"/>
          <w:sz w:val="16"/>
        </w:rPr>
        <w:t>________________________________________________________</w:t>
      </w:r>
    </w:p>
    <w:p w14:paraId="75D3817D" w14:textId="77777777" w:rsidR="00AE08AB" w:rsidRDefault="00AA2D9E">
      <w:pPr>
        <w:spacing w:after="60"/>
      </w:pPr>
      <w:r>
        <w:rPr>
          <w:color w:val="B9B9B9"/>
          <w:sz w:val="16"/>
        </w:rPr>
        <w:t>________________________________________________________</w:t>
      </w:r>
    </w:p>
    <w:p w14:paraId="4E1B98FD" w14:textId="77777777" w:rsidR="00AE08AB" w:rsidRDefault="00AA2D9E">
      <w:pPr>
        <w:spacing w:after="60"/>
      </w:pPr>
      <w:r>
        <w:rPr>
          <w:color w:val="B9B9B9"/>
          <w:sz w:val="16"/>
        </w:rPr>
        <w:t>________________________________________________________</w:t>
      </w:r>
    </w:p>
    <w:p w14:paraId="13C8F010" w14:textId="77777777" w:rsidR="00AE08AB" w:rsidRDefault="00AA2D9E">
      <w:pPr>
        <w:spacing w:after="60"/>
      </w:pPr>
      <w:r>
        <w:rPr>
          <w:color w:val="B9B9B9"/>
          <w:sz w:val="16"/>
        </w:rPr>
        <w:lastRenderedPageBreak/>
        <w:t>________________________________________________________</w:t>
      </w:r>
    </w:p>
    <w:p w14:paraId="1EAE5A99" w14:textId="77777777" w:rsidR="00AE08AB" w:rsidRDefault="00AA2D9E">
      <w:pPr>
        <w:spacing w:after="60"/>
      </w:pPr>
      <w:r>
        <w:rPr>
          <w:color w:val="B9B9B9"/>
          <w:sz w:val="16"/>
        </w:rPr>
        <w:t>________________________________________________________</w:t>
      </w:r>
    </w:p>
    <w:p w14:paraId="21D66FAF" w14:textId="77777777" w:rsidR="00AE08AB" w:rsidRDefault="00AA2D9E">
      <w:pPr>
        <w:spacing w:after="60"/>
      </w:pPr>
      <w:r>
        <w:rPr>
          <w:color w:val="B9B9B9"/>
          <w:sz w:val="16"/>
        </w:rPr>
        <w:t>________________________________________________________</w:t>
      </w:r>
    </w:p>
    <w:p w14:paraId="3A8746B8" w14:textId="77777777" w:rsidR="00AE08AB" w:rsidRDefault="00AA2D9E">
      <w:pPr>
        <w:spacing w:after="60"/>
      </w:pPr>
      <w:r>
        <w:rPr>
          <w:color w:val="B9B9B9"/>
          <w:sz w:val="16"/>
        </w:rPr>
        <w:t>________________________________________________________</w:t>
      </w:r>
    </w:p>
    <w:p w14:paraId="72B0D8E2" w14:textId="77777777" w:rsidR="00AE08AB" w:rsidRDefault="00AA2D9E">
      <w:r>
        <w:br w:type="page"/>
      </w:r>
    </w:p>
    <w:p w14:paraId="057D405B" w14:textId="77777777" w:rsidR="00AE08AB" w:rsidRDefault="00AA2D9E">
      <w:pPr>
        <w:pStyle w:val="Heading2"/>
      </w:pPr>
      <w:r>
        <w:lastRenderedPageBreak/>
        <w:t>DAY 9</w:t>
      </w:r>
    </w:p>
    <w:p w14:paraId="311A860D" w14:textId="77777777" w:rsidR="00AE08AB" w:rsidRDefault="00AA2D9E">
      <w:pPr>
        <w:pStyle w:val="Heading1"/>
      </w:pPr>
      <w:r>
        <w:t>The Cost of Suppressed Emotion</w:t>
      </w:r>
    </w:p>
    <w:p w14:paraId="619573E4" w14:textId="77777777" w:rsidR="00AE08AB" w:rsidRDefault="00AA2D9E">
      <w:r>
        <w:rPr>
          <w:b/>
          <w:color w:val="B08D3A"/>
        </w:rPr>
        <w:t xml:space="preserve">SCRIPTURE ANCHOR  </w:t>
      </w:r>
      <w:r>
        <w:t>Psalm 32:3-5</w:t>
      </w:r>
    </w:p>
    <w:p w14:paraId="3D8BE37F" w14:textId="77777777" w:rsidR="00AE08AB" w:rsidRDefault="00AA2D9E">
      <w:pPr>
        <w:pStyle w:val="Heading2"/>
      </w:pPr>
      <w:r>
        <w:t>Pause</w:t>
      </w:r>
    </w:p>
    <w:p w14:paraId="3AA347AB" w14:textId="77777777" w:rsidR="00AE08AB" w:rsidRDefault="00AA2D9E">
      <w:r>
        <w:t>Take three slow breaths. Let your body become still. You do not have to solve anything before you pray.</w:t>
      </w:r>
    </w:p>
    <w:p w14:paraId="25013E5E" w14:textId="77777777" w:rsidR="00AE08AB" w:rsidRDefault="00AA2D9E">
      <w:pPr>
        <w:pStyle w:val="Heading2"/>
      </w:pPr>
      <w:r>
        <w:t>Guided Prayer</w:t>
      </w:r>
    </w:p>
    <w:p w14:paraId="3BC26E6C" w14:textId="77777777" w:rsidR="00AE08AB" w:rsidRDefault="00AA2D9E">
      <w:r>
        <w:t>Father, I bring You the reality of the cost of suppressed emotion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w:t>
      </w:r>
      <w:r>
        <w:t>me questions remain unanswered. In Jesus' name, Amen.</w:t>
      </w:r>
    </w:p>
    <w:p w14:paraId="2D12E9A5" w14:textId="77777777" w:rsidR="00AE08AB" w:rsidRDefault="00AA2D9E">
      <w:pPr>
        <w:pStyle w:val="Heading2"/>
      </w:pPr>
      <w:r>
        <w:t>Release</w:t>
      </w:r>
    </w:p>
    <w:p w14:paraId="499A3290" w14:textId="77777777" w:rsidR="00AE08AB" w:rsidRDefault="00AA2D9E">
      <w:r>
        <w:t>Complete this sentence slowly: “Father, today I place into Your hands…”</w:t>
      </w:r>
    </w:p>
    <w:p w14:paraId="3B928D10" w14:textId="77777777" w:rsidR="00AE08AB" w:rsidRDefault="00AA2D9E">
      <w:pPr>
        <w:spacing w:after="60"/>
      </w:pPr>
      <w:r>
        <w:rPr>
          <w:color w:val="B9B9B9"/>
          <w:sz w:val="16"/>
        </w:rPr>
        <w:t>________________________________________________________</w:t>
      </w:r>
    </w:p>
    <w:p w14:paraId="003A74FC" w14:textId="77777777" w:rsidR="00AE08AB" w:rsidRDefault="00AA2D9E">
      <w:pPr>
        <w:spacing w:after="60"/>
      </w:pPr>
      <w:r>
        <w:rPr>
          <w:color w:val="B9B9B9"/>
          <w:sz w:val="16"/>
        </w:rPr>
        <w:t>________________________________________________________</w:t>
      </w:r>
    </w:p>
    <w:p w14:paraId="5DA696AD" w14:textId="77777777" w:rsidR="00AE08AB" w:rsidRDefault="00AA2D9E">
      <w:pPr>
        <w:pStyle w:val="Heading2"/>
      </w:pPr>
      <w:r>
        <w:t>Listen</w:t>
      </w:r>
    </w:p>
    <w:p w14:paraId="5AEF4E5A" w14:textId="77777777" w:rsidR="00AE08AB" w:rsidRDefault="00AA2D9E">
      <w:r>
        <w:t>Remain quiet for a moment. What truth, Scripture, conviction, or gentle reminder is rising?</w:t>
      </w:r>
    </w:p>
    <w:p w14:paraId="299DC350" w14:textId="77777777" w:rsidR="00AE08AB" w:rsidRDefault="00AA2D9E">
      <w:pPr>
        <w:spacing w:after="60"/>
      </w:pPr>
      <w:r>
        <w:rPr>
          <w:color w:val="B9B9B9"/>
          <w:sz w:val="16"/>
        </w:rPr>
        <w:t>________________________________________________________</w:t>
      </w:r>
    </w:p>
    <w:p w14:paraId="245AAE21" w14:textId="77777777" w:rsidR="00AE08AB" w:rsidRDefault="00AA2D9E">
      <w:pPr>
        <w:spacing w:after="60"/>
      </w:pPr>
      <w:r>
        <w:rPr>
          <w:color w:val="B9B9B9"/>
          <w:sz w:val="16"/>
        </w:rPr>
        <w:t>________________________________________________________</w:t>
      </w:r>
    </w:p>
    <w:p w14:paraId="45D6E834" w14:textId="77777777" w:rsidR="00AE08AB" w:rsidRDefault="00AA2D9E">
      <w:pPr>
        <w:pStyle w:val="Heading2"/>
      </w:pPr>
      <w:r>
        <w:t>My Unfiltered Prayer</w:t>
      </w:r>
    </w:p>
    <w:p w14:paraId="6096DFEA" w14:textId="77777777" w:rsidR="00AE08AB" w:rsidRDefault="00AA2D9E">
      <w:r>
        <w:t>God, as I sit with the cost of suppressed emotion, what I most need to tell You honestly is…</w:t>
      </w:r>
    </w:p>
    <w:p w14:paraId="171909B9" w14:textId="77777777" w:rsidR="00AE08AB" w:rsidRDefault="00AA2D9E">
      <w:pPr>
        <w:spacing w:after="60"/>
      </w:pPr>
      <w:r>
        <w:rPr>
          <w:color w:val="B9B9B9"/>
          <w:sz w:val="16"/>
        </w:rPr>
        <w:t>________________________________________________________</w:t>
      </w:r>
    </w:p>
    <w:p w14:paraId="3696BF65" w14:textId="77777777" w:rsidR="00AE08AB" w:rsidRDefault="00AA2D9E">
      <w:pPr>
        <w:spacing w:after="60"/>
      </w:pPr>
      <w:r>
        <w:rPr>
          <w:color w:val="B9B9B9"/>
          <w:sz w:val="16"/>
        </w:rPr>
        <w:t>________________________________________________________</w:t>
      </w:r>
    </w:p>
    <w:p w14:paraId="50396094" w14:textId="77777777" w:rsidR="00AE08AB" w:rsidRDefault="00AA2D9E">
      <w:pPr>
        <w:spacing w:after="60"/>
      </w:pPr>
      <w:r>
        <w:rPr>
          <w:color w:val="B9B9B9"/>
          <w:sz w:val="16"/>
        </w:rPr>
        <w:t>________________________________________________________</w:t>
      </w:r>
    </w:p>
    <w:p w14:paraId="443AF445" w14:textId="77777777" w:rsidR="00AE08AB" w:rsidRDefault="00AA2D9E">
      <w:pPr>
        <w:spacing w:after="60"/>
      </w:pPr>
      <w:r>
        <w:rPr>
          <w:color w:val="B9B9B9"/>
          <w:sz w:val="16"/>
        </w:rPr>
        <w:lastRenderedPageBreak/>
        <w:t>________________________________________________________</w:t>
      </w:r>
    </w:p>
    <w:p w14:paraId="24B9C120" w14:textId="77777777" w:rsidR="00AE08AB" w:rsidRDefault="00AA2D9E">
      <w:pPr>
        <w:spacing w:after="60"/>
      </w:pPr>
      <w:r>
        <w:rPr>
          <w:color w:val="B9B9B9"/>
          <w:sz w:val="16"/>
        </w:rPr>
        <w:t>________________________________________________________</w:t>
      </w:r>
    </w:p>
    <w:p w14:paraId="0532BC19" w14:textId="77777777" w:rsidR="00AE08AB" w:rsidRDefault="00AA2D9E">
      <w:pPr>
        <w:spacing w:after="60"/>
      </w:pPr>
      <w:r>
        <w:rPr>
          <w:color w:val="B9B9B9"/>
          <w:sz w:val="16"/>
        </w:rPr>
        <w:t>________________________________________________________</w:t>
      </w:r>
    </w:p>
    <w:p w14:paraId="0666CBE6" w14:textId="77777777" w:rsidR="00AE08AB" w:rsidRDefault="00AA2D9E">
      <w:pPr>
        <w:spacing w:after="60"/>
      </w:pPr>
      <w:r>
        <w:rPr>
          <w:color w:val="B9B9B9"/>
          <w:sz w:val="16"/>
        </w:rPr>
        <w:t>________________________________________________________</w:t>
      </w:r>
    </w:p>
    <w:p w14:paraId="30A8EE9A" w14:textId="77777777" w:rsidR="00AE08AB" w:rsidRDefault="00AA2D9E">
      <w:r>
        <w:br w:type="page"/>
      </w:r>
    </w:p>
    <w:p w14:paraId="5BD65EB0" w14:textId="77777777" w:rsidR="00AE08AB" w:rsidRDefault="00AA2D9E">
      <w:pPr>
        <w:pStyle w:val="Heading2"/>
      </w:pPr>
      <w:r>
        <w:lastRenderedPageBreak/>
        <w:t>DAY 10</w:t>
      </w:r>
    </w:p>
    <w:p w14:paraId="49FB707C" w14:textId="77777777" w:rsidR="00AE08AB" w:rsidRDefault="00AA2D9E">
      <w:pPr>
        <w:pStyle w:val="Heading1"/>
      </w:pPr>
      <w:r>
        <w:t>Listening to Your Body</w:t>
      </w:r>
    </w:p>
    <w:p w14:paraId="4E172A20" w14:textId="77777777" w:rsidR="00AE08AB" w:rsidRDefault="00AA2D9E">
      <w:r>
        <w:rPr>
          <w:b/>
          <w:color w:val="B08D3A"/>
        </w:rPr>
        <w:t xml:space="preserve">SCRIPTURE ANCHOR  </w:t>
      </w:r>
      <w:r>
        <w:t>Psalm 139:23-24</w:t>
      </w:r>
    </w:p>
    <w:p w14:paraId="69B7E8BC" w14:textId="77777777" w:rsidR="00AE08AB" w:rsidRDefault="00AA2D9E">
      <w:pPr>
        <w:pStyle w:val="Heading2"/>
      </w:pPr>
      <w:r>
        <w:t>Pause</w:t>
      </w:r>
    </w:p>
    <w:p w14:paraId="4F686FB4" w14:textId="77777777" w:rsidR="00AE08AB" w:rsidRDefault="00AA2D9E">
      <w:r>
        <w:t>Take three slow breaths. Let your body become still. You do not have to solve anything before you pray.</w:t>
      </w:r>
    </w:p>
    <w:p w14:paraId="74922C72" w14:textId="77777777" w:rsidR="00AE08AB" w:rsidRDefault="00AA2D9E">
      <w:pPr>
        <w:pStyle w:val="Heading2"/>
      </w:pPr>
      <w:r>
        <w:t>Guided Prayer</w:t>
      </w:r>
    </w:p>
    <w:p w14:paraId="26C00C60" w14:textId="77777777" w:rsidR="00AE08AB" w:rsidRDefault="00AA2D9E">
      <w:r>
        <w:t>Father, I bring You the reality of listening to your body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w:t>
      </w:r>
      <w:r>
        <w:t>ions remain unanswered. In Jesus' name, Amen.</w:t>
      </w:r>
    </w:p>
    <w:p w14:paraId="30A77533" w14:textId="77777777" w:rsidR="00AE08AB" w:rsidRDefault="00AA2D9E">
      <w:pPr>
        <w:pStyle w:val="Heading2"/>
      </w:pPr>
      <w:r>
        <w:t>Release</w:t>
      </w:r>
    </w:p>
    <w:p w14:paraId="2347F374" w14:textId="77777777" w:rsidR="00AE08AB" w:rsidRDefault="00AA2D9E">
      <w:r>
        <w:t>Complete this sentence slowly: “Father, today I place into Your hands…”</w:t>
      </w:r>
    </w:p>
    <w:p w14:paraId="1A537F63" w14:textId="77777777" w:rsidR="00AE08AB" w:rsidRDefault="00AA2D9E">
      <w:pPr>
        <w:spacing w:after="60"/>
      </w:pPr>
      <w:r>
        <w:rPr>
          <w:color w:val="B9B9B9"/>
          <w:sz w:val="16"/>
        </w:rPr>
        <w:t>________________________________________________________</w:t>
      </w:r>
    </w:p>
    <w:p w14:paraId="104AAF11" w14:textId="77777777" w:rsidR="00AE08AB" w:rsidRDefault="00AA2D9E">
      <w:pPr>
        <w:spacing w:after="60"/>
      </w:pPr>
      <w:r>
        <w:rPr>
          <w:color w:val="B9B9B9"/>
          <w:sz w:val="16"/>
        </w:rPr>
        <w:t>________________________________________________________</w:t>
      </w:r>
    </w:p>
    <w:p w14:paraId="1C2AD833" w14:textId="77777777" w:rsidR="00AE08AB" w:rsidRDefault="00AA2D9E">
      <w:pPr>
        <w:pStyle w:val="Heading2"/>
      </w:pPr>
      <w:r>
        <w:t>Listen</w:t>
      </w:r>
    </w:p>
    <w:p w14:paraId="32B4D8C5" w14:textId="77777777" w:rsidR="00AE08AB" w:rsidRDefault="00AA2D9E">
      <w:r>
        <w:t>Remain quiet for a moment. What truth, Scripture, conviction, or gentle reminder is rising?</w:t>
      </w:r>
    </w:p>
    <w:p w14:paraId="5EECD8E7" w14:textId="77777777" w:rsidR="00AE08AB" w:rsidRDefault="00AA2D9E">
      <w:pPr>
        <w:spacing w:after="60"/>
      </w:pPr>
      <w:r>
        <w:rPr>
          <w:color w:val="B9B9B9"/>
          <w:sz w:val="16"/>
        </w:rPr>
        <w:t>________________________________________________________</w:t>
      </w:r>
    </w:p>
    <w:p w14:paraId="3F49FFDE" w14:textId="77777777" w:rsidR="00AE08AB" w:rsidRDefault="00AA2D9E">
      <w:pPr>
        <w:spacing w:after="60"/>
      </w:pPr>
      <w:r>
        <w:rPr>
          <w:color w:val="B9B9B9"/>
          <w:sz w:val="16"/>
        </w:rPr>
        <w:t>________________________________________________________</w:t>
      </w:r>
    </w:p>
    <w:p w14:paraId="14E9BB59" w14:textId="77777777" w:rsidR="00AE08AB" w:rsidRDefault="00AA2D9E">
      <w:pPr>
        <w:pStyle w:val="Heading2"/>
      </w:pPr>
      <w:r>
        <w:t>My Unfiltered Prayer</w:t>
      </w:r>
    </w:p>
    <w:p w14:paraId="65C4F4AF" w14:textId="77777777" w:rsidR="00AE08AB" w:rsidRDefault="00AA2D9E">
      <w:r>
        <w:t>God, as I sit with listening to your body, what I most need to tell You honestly is…</w:t>
      </w:r>
    </w:p>
    <w:p w14:paraId="4FEBD5FC" w14:textId="77777777" w:rsidR="00AE08AB" w:rsidRDefault="00AA2D9E">
      <w:pPr>
        <w:spacing w:after="60"/>
      </w:pPr>
      <w:r>
        <w:rPr>
          <w:color w:val="B9B9B9"/>
          <w:sz w:val="16"/>
        </w:rPr>
        <w:t>________________________________________________________</w:t>
      </w:r>
    </w:p>
    <w:p w14:paraId="257CFA6B" w14:textId="77777777" w:rsidR="00AE08AB" w:rsidRDefault="00AA2D9E">
      <w:pPr>
        <w:spacing w:after="60"/>
      </w:pPr>
      <w:r>
        <w:rPr>
          <w:color w:val="B9B9B9"/>
          <w:sz w:val="16"/>
        </w:rPr>
        <w:t>________________________________________________________</w:t>
      </w:r>
    </w:p>
    <w:p w14:paraId="469F947E" w14:textId="77777777" w:rsidR="00AE08AB" w:rsidRDefault="00AA2D9E">
      <w:pPr>
        <w:spacing w:after="60"/>
      </w:pPr>
      <w:r>
        <w:rPr>
          <w:color w:val="B9B9B9"/>
          <w:sz w:val="16"/>
        </w:rPr>
        <w:t>________________________________________________________</w:t>
      </w:r>
    </w:p>
    <w:p w14:paraId="73107365" w14:textId="77777777" w:rsidR="00AE08AB" w:rsidRDefault="00AA2D9E">
      <w:pPr>
        <w:spacing w:after="60"/>
      </w:pPr>
      <w:r>
        <w:rPr>
          <w:color w:val="B9B9B9"/>
          <w:sz w:val="16"/>
        </w:rPr>
        <w:t>________________________________________________________</w:t>
      </w:r>
    </w:p>
    <w:p w14:paraId="5927F0C9" w14:textId="77777777" w:rsidR="00AE08AB" w:rsidRDefault="00AA2D9E">
      <w:pPr>
        <w:spacing w:after="60"/>
      </w:pPr>
      <w:r>
        <w:rPr>
          <w:color w:val="B9B9B9"/>
          <w:sz w:val="16"/>
        </w:rPr>
        <w:lastRenderedPageBreak/>
        <w:t>________________________________________________________</w:t>
      </w:r>
    </w:p>
    <w:p w14:paraId="6C4D3C0A" w14:textId="77777777" w:rsidR="00AE08AB" w:rsidRDefault="00AA2D9E">
      <w:pPr>
        <w:spacing w:after="60"/>
      </w:pPr>
      <w:r>
        <w:rPr>
          <w:color w:val="B9B9B9"/>
          <w:sz w:val="16"/>
        </w:rPr>
        <w:t>________________________________________________________</w:t>
      </w:r>
    </w:p>
    <w:p w14:paraId="6A05307C" w14:textId="77777777" w:rsidR="00AE08AB" w:rsidRDefault="00AA2D9E">
      <w:pPr>
        <w:spacing w:after="60"/>
      </w:pPr>
      <w:r>
        <w:rPr>
          <w:color w:val="B9B9B9"/>
          <w:sz w:val="16"/>
        </w:rPr>
        <w:t>________________________________________________________</w:t>
      </w:r>
    </w:p>
    <w:p w14:paraId="6421F1C4" w14:textId="77777777" w:rsidR="00AE08AB" w:rsidRDefault="00AA2D9E">
      <w:r>
        <w:br w:type="page"/>
      </w:r>
    </w:p>
    <w:p w14:paraId="0544DB8D" w14:textId="77777777" w:rsidR="00AE08AB" w:rsidRDefault="00AA2D9E">
      <w:pPr>
        <w:pStyle w:val="Heading2"/>
      </w:pPr>
      <w:r>
        <w:lastRenderedPageBreak/>
        <w:t>DAY 11</w:t>
      </w:r>
    </w:p>
    <w:p w14:paraId="3DA7608D" w14:textId="77777777" w:rsidR="00AE08AB" w:rsidRDefault="00AA2D9E">
      <w:pPr>
        <w:pStyle w:val="Heading1"/>
      </w:pPr>
      <w:r>
        <w:t>Anxiety and the Unknown</w:t>
      </w:r>
    </w:p>
    <w:p w14:paraId="592FE121" w14:textId="77777777" w:rsidR="00AE08AB" w:rsidRDefault="00AA2D9E">
      <w:r>
        <w:rPr>
          <w:b/>
          <w:color w:val="B08D3A"/>
        </w:rPr>
        <w:t xml:space="preserve">SCRIPTURE ANCHOR  </w:t>
      </w:r>
      <w:r>
        <w:t>Philippians 4:6-7</w:t>
      </w:r>
    </w:p>
    <w:p w14:paraId="1CDC9C03" w14:textId="77777777" w:rsidR="00AE08AB" w:rsidRDefault="00AA2D9E">
      <w:pPr>
        <w:pStyle w:val="Heading2"/>
      </w:pPr>
      <w:r>
        <w:t>Pause</w:t>
      </w:r>
    </w:p>
    <w:p w14:paraId="5659DD94" w14:textId="77777777" w:rsidR="00AE08AB" w:rsidRDefault="00AA2D9E">
      <w:r>
        <w:t>Take three slow breaths. Let your body become still. You do not have to solve anything before you pray.</w:t>
      </w:r>
    </w:p>
    <w:p w14:paraId="50966356" w14:textId="77777777" w:rsidR="00AE08AB" w:rsidRDefault="00AA2D9E">
      <w:pPr>
        <w:pStyle w:val="Heading2"/>
      </w:pPr>
      <w:r>
        <w:t>Guided Prayer</w:t>
      </w:r>
    </w:p>
    <w:p w14:paraId="346DBBA6" w14:textId="77777777" w:rsidR="00AE08AB" w:rsidRDefault="00AA2D9E">
      <w:r>
        <w:t>Father, I bring You the reality of anxiety and the unknown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70C4AE3C" w14:textId="77777777" w:rsidR="00AE08AB" w:rsidRDefault="00AA2D9E">
      <w:pPr>
        <w:pStyle w:val="Heading2"/>
      </w:pPr>
      <w:r>
        <w:t>Release</w:t>
      </w:r>
    </w:p>
    <w:p w14:paraId="445D3952" w14:textId="77777777" w:rsidR="00AE08AB" w:rsidRDefault="00AA2D9E">
      <w:r>
        <w:t>Complete this sentence slowly: “Father, today I place into Your hands…”</w:t>
      </w:r>
    </w:p>
    <w:p w14:paraId="476CCCA4" w14:textId="77777777" w:rsidR="00AE08AB" w:rsidRDefault="00AA2D9E">
      <w:pPr>
        <w:spacing w:after="60"/>
      </w:pPr>
      <w:r>
        <w:rPr>
          <w:color w:val="B9B9B9"/>
          <w:sz w:val="16"/>
        </w:rPr>
        <w:t>________________________________________________________</w:t>
      </w:r>
    </w:p>
    <w:p w14:paraId="33F37EDA" w14:textId="77777777" w:rsidR="00AE08AB" w:rsidRDefault="00AA2D9E">
      <w:pPr>
        <w:spacing w:after="60"/>
      </w:pPr>
      <w:r>
        <w:rPr>
          <w:color w:val="B9B9B9"/>
          <w:sz w:val="16"/>
        </w:rPr>
        <w:t>________________________________________________________</w:t>
      </w:r>
    </w:p>
    <w:p w14:paraId="1F5651C8" w14:textId="77777777" w:rsidR="00AE08AB" w:rsidRDefault="00AA2D9E">
      <w:pPr>
        <w:pStyle w:val="Heading2"/>
      </w:pPr>
      <w:r>
        <w:t>Listen</w:t>
      </w:r>
    </w:p>
    <w:p w14:paraId="4D8C1E4D" w14:textId="77777777" w:rsidR="00AE08AB" w:rsidRDefault="00AA2D9E">
      <w:r>
        <w:t>Remain quiet for a moment. What truth, Scripture, conviction, or gentle reminder is rising?</w:t>
      </w:r>
    </w:p>
    <w:p w14:paraId="1373561A" w14:textId="77777777" w:rsidR="00AE08AB" w:rsidRDefault="00AA2D9E">
      <w:pPr>
        <w:spacing w:after="60"/>
      </w:pPr>
      <w:r>
        <w:rPr>
          <w:color w:val="B9B9B9"/>
          <w:sz w:val="16"/>
        </w:rPr>
        <w:t>________________________________________________________</w:t>
      </w:r>
    </w:p>
    <w:p w14:paraId="4ABAED06" w14:textId="77777777" w:rsidR="00AE08AB" w:rsidRDefault="00AA2D9E">
      <w:pPr>
        <w:spacing w:after="60"/>
      </w:pPr>
      <w:r>
        <w:rPr>
          <w:color w:val="B9B9B9"/>
          <w:sz w:val="16"/>
        </w:rPr>
        <w:t>________________________________________________________</w:t>
      </w:r>
    </w:p>
    <w:p w14:paraId="0023E742" w14:textId="77777777" w:rsidR="00AE08AB" w:rsidRDefault="00AA2D9E">
      <w:pPr>
        <w:pStyle w:val="Heading2"/>
      </w:pPr>
      <w:r>
        <w:t>My Unfiltered Prayer</w:t>
      </w:r>
    </w:p>
    <w:p w14:paraId="7C6B8DEA" w14:textId="77777777" w:rsidR="00AE08AB" w:rsidRDefault="00AA2D9E">
      <w:r>
        <w:t>God, as I sit with anxiety and the unknown, what I most need to tell You honestly is…</w:t>
      </w:r>
    </w:p>
    <w:p w14:paraId="45303A07" w14:textId="77777777" w:rsidR="00AE08AB" w:rsidRDefault="00AA2D9E">
      <w:pPr>
        <w:spacing w:after="60"/>
      </w:pPr>
      <w:r>
        <w:rPr>
          <w:color w:val="B9B9B9"/>
          <w:sz w:val="16"/>
        </w:rPr>
        <w:t>________________________________________________________</w:t>
      </w:r>
    </w:p>
    <w:p w14:paraId="662EF5AF" w14:textId="77777777" w:rsidR="00AE08AB" w:rsidRDefault="00AA2D9E">
      <w:pPr>
        <w:spacing w:after="60"/>
      </w:pPr>
      <w:r>
        <w:rPr>
          <w:color w:val="B9B9B9"/>
          <w:sz w:val="16"/>
        </w:rPr>
        <w:t>________________________________________________________</w:t>
      </w:r>
    </w:p>
    <w:p w14:paraId="32941DEE" w14:textId="77777777" w:rsidR="00AE08AB" w:rsidRDefault="00AA2D9E">
      <w:pPr>
        <w:spacing w:after="60"/>
      </w:pPr>
      <w:r>
        <w:rPr>
          <w:color w:val="B9B9B9"/>
          <w:sz w:val="16"/>
        </w:rPr>
        <w:t>________________________________________________________</w:t>
      </w:r>
    </w:p>
    <w:p w14:paraId="774D07C1" w14:textId="77777777" w:rsidR="00AE08AB" w:rsidRDefault="00AA2D9E">
      <w:pPr>
        <w:spacing w:after="60"/>
      </w:pPr>
      <w:r>
        <w:rPr>
          <w:color w:val="B9B9B9"/>
          <w:sz w:val="16"/>
        </w:rPr>
        <w:t>________________________________________________________</w:t>
      </w:r>
    </w:p>
    <w:p w14:paraId="612F5E37" w14:textId="77777777" w:rsidR="00AE08AB" w:rsidRDefault="00AA2D9E">
      <w:pPr>
        <w:spacing w:after="60"/>
      </w:pPr>
      <w:r>
        <w:rPr>
          <w:color w:val="B9B9B9"/>
          <w:sz w:val="16"/>
        </w:rPr>
        <w:lastRenderedPageBreak/>
        <w:t>________________________________________________________</w:t>
      </w:r>
    </w:p>
    <w:p w14:paraId="713E3B6B" w14:textId="77777777" w:rsidR="00AE08AB" w:rsidRDefault="00AA2D9E">
      <w:pPr>
        <w:spacing w:after="60"/>
      </w:pPr>
      <w:r>
        <w:rPr>
          <w:color w:val="B9B9B9"/>
          <w:sz w:val="16"/>
        </w:rPr>
        <w:t>________________________________________________________</w:t>
      </w:r>
    </w:p>
    <w:p w14:paraId="7B7A7719" w14:textId="77777777" w:rsidR="00AE08AB" w:rsidRDefault="00AA2D9E">
      <w:pPr>
        <w:spacing w:after="60"/>
      </w:pPr>
      <w:r>
        <w:rPr>
          <w:color w:val="B9B9B9"/>
          <w:sz w:val="16"/>
        </w:rPr>
        <w:t>________________________________________________________</w:t>
      </w:r>
    </w:p>
    <w:p w14:paraId="2437E468" w14:textId="77777777" w:rsidR="00AE08AB" w:rsidRDefault="00AA2D9E">
      <w:r>
        <w:br w:type="page"/>
      </w:r>
    </w:p>
    <w:p w14:paraId="0F423A08" w14:textId="77777777" w:rsidR="00AE08AB" w:rsidRDefault="00AA2D9E">
      <w:pPr>
        <w:pStyle w:val="Heading2"/>
      </w:pPr>
      <w:r>
        <w:lastRenderedPageBreak/>
        <w:t>DAY 12</w:t>
      </w:r>
    </w:p>
    <w:p w14:paraId="7AB90CFC" w14:textId="77777777" w:rsidR="00AE08AB" w:rsidRDefault="00AA2D9E">
      <w:pPr>
        <w:pStyle w:val="Heading1"/>
      </w:pPr>
      <w:r>
        <w:t>When Tears Become Prayer</w:t>
      </w:r>
    </w:p>
    <w:p w14:paraId="283415B6" w14:textId="77777777" w:rsidR="00AE08AB" w:rsidRDefault="00AA2D9E">
      <w:r>
        <w:rPr>
          <w:b/>
          <w:color w:val="B08D3A"/>
        </w:rPr>
        <w:t xml:space="preserve">SCRIPTURE ANCHOR  </w:t>
      </w:r>
      <w:r>
        <w:t>Psalm 56:8</w:t>
      </w:r>
    </w:p>
    <w:p w14:paraId="7131ABD3" w14:textId="77777777" w:rsidR="00AE08AB" w:rsidRDefault="00AA2D9E">
      <w:pPr>
        <w:pStyle w:val="Heading2"/>
      </w:pPr>
      <w:r>
        <w:t>Pause</w:t>
      </w:r>
    </w:p>
    <w:p w14:paraId="1999AD26" w14:textId="77777777" w:rsidR="00AE08AB" w:rsidRDefault="00AA2D9E">
      <w:r>
        <w:t>Take three slow breaths. Let your body become still. You do not have to solve anything before you pray.</w:t>
      </w:r>
    </w:p>
    <w:p w14:paraId="37944912" w14:textId="77777777" w:rsidR="00AE08AB" w:rsidRDefault="00AA2D9E">
      <w:pPr>
        <w:pStyle w:val="Heading2"/>
      </w:pPr>
      <w:r>
        <w:t>Guided Prayer</w:t>
      </w:r>
    </w:p>
    <w:p w14:paraId="4EC40F34" w14:textId="77777777" w:rsidR="00AE08AB" w:rsidRDefault="00AA2D9E">
      <w:r>
        <w:t>Father, I bring You the reality of when tears become prayer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w:t>
      </w:r>
      <w:r>
        <w:t>stions remain unanswered. In Jesus' name, Amen.</w:t>
      </w:r>
    </w:p>
    <w:p w14:paraId="52882BA9" w14:textId="77777777" w:rsidR="00AE08AB" w:rsidRDefault="00AA2D9E">
      <w:pPr>
        <w:pStyle w:val="Heading2"/>
      </w:pPr>
      <w:r>
        <w:t>Release</w:t>
      </w:r>
    </w:p>
    <w:p w14:paraId="4CFFD034" w14:textId="77777777" w:rsidR="00AE08AB" w:rsidRDefault="00AA2D9E">
      <w:r>
        <w:t>Complete this sentence slowly: “Father, today I place into Your hands…”</w:t>
      </w:r>
    </w:p>
    <w:p w14:paraId="0CE3449E" w14:textId="77777777" w:rsidR="00AE08AB" w:rsidRDefault="00AA2D9E">
      <w:pPr>
        <w:spacing w:after="60"/>
      </w:pPr>
      <w:r>
        <w:rPr>
          <w:color w:val="B9B9B9"/>
          <w:sz w:val="16"/>
        </w:rPr>
        <w:t>________________________________________________________</w:t>
      </w:r>
    </w:p>
    <w:p w14:paraId="05CC2031" w14:textId="77777777" w:rsidR="00AE08AB" w:rsidRDefault="00AA2D9E">
      <w:pPr>
        <w:spacing w:after="60"/>
      </w:pPr>
      <w:r>
        <w:rPr>
          <w:color w:val="B9B9B9"/>
          <w:sz w:val="16"/>
        </w:rPr>
        <w:t>________________________________________________________</w:t>
      </w:r>
    </w:p>
    <w:p w14:paraId="02FBB386" w14:textId="77777777" w:rsidR="00AE08AB" w:rsidRDefault="00AA2D9E">
      <w:pPr>
        <w:pStyle w:val="Heading2"/>
      </w:pPr>
      <w:r>
        <w:t>Listen</w:t>
      </w:r>
    </w:p>
    <w:p w14:paraId="0D22C63E" w14:textId="77777777" w:rsidR="00AE08AB" w:rsidRDefault="00AA2D9E">
      <w:r>
        <w:t>Remain quiet for a moment. What truth, Scripture, conviction, or gentle reminder is rising?</w:t>
      </w:r>
    </w:p>
    <w:p w14:paraId="0A1BF299" w14:textId="77777777" w:rsidR="00AE08AB" w:rsidRDefault="00AA2D9E">
      <w:pPr>
        <w:spacing w:after="60"/>
      </w:pPr>
      <w:r>
        <w:rPr>
          <w:color w:val="B9B9B9"/>
          <w:sz w:val="16"/>
        </w:rPr>
        <w:t>________________________________________________________</w:t>
      </w:r>
    </w:p>
    <w:p w14:paraId="6D369948" w14:textId="77777777" w:rsidR="00AE08AB" w:rsidRDefault="00AA2D9E">
      <w:pPr>
        <w:spacing w:after="60"/>
      </w:pPr>
      <w:r>
        <w:rPr>
          <w:color w:val="B9B9B9"/>
          <w:sz w:val="16"/>
        </w:rPr>
        <w:t>________________________________________________________</w:t>
      </w:r>
    </w:p>
    <w:p w14:paraId="62A35B90" w14:textId="77777777" w:rsidR="00AE08AB" w:rsidRDefault="00AA2D9E">
      <w:pPr>
        <w:pStyle w:val="Heading2"/>
      </w:pPr>
      <w:r>
        <w:t>My Unfiltered Prayer</w:t>
      </w:r>
    </w:p>
    <w:p w14:paraId="2FFC98BA" w14:textId="77777777" w:rsidR="00AE08AB" w:rsidRDefault="00AA2D9E">
      <w:r>
        <w:t>God, as I sit with when tears become prayer, what I most need to tell You honestly is…</w:t>
      </w:r>
    </w:p>
    <w:p w14:paraId="087BE340" w14:textId="77777777" w:rsidR="00AE08AB" w:rsidRDefault="00AA2D9E">
      <w:pPr>
        <w:spacing w:after="60"/>
      </w:pPr>
      <w:r>
        <w:rPr>
          <w:color w:val="B9B9B9"/>
          <w:sz w:val="16"/>
        </w:rPr>
        <w:t>________________________________________________________</w:t>
      </w:r>
    </w:p>
    <w:p w14:paraId="13C9D343" w14:textId="77777777" w:rsidR="00AE08AB" w:rsidRDefault="00AA2D9E">
      <w:pPr>
        <w:spacing w:after="60"/>
      </w:pPr>
      <w:r>
        <w:rPr>
          <w:color w:val="B9B9B9"/>
          <w:sz w:val="16"/>
        </w:rPr>
        <w:t>________________________________________________________</w:t>
      </w:r>
    </w:p>
    <w:p w14:paraId="40BA6FFB" w14:textId="77777777" w:rsidR="00AE08AB" w:rsidRDefault="00AA2D9E">
      <w:pPr>
        <w:spacing w:after="60"/>
      </w:pPr>
      <w:r>
        <w:rPr>
          <w:color w:val="B9B9B9"/>
          <w:sz w:val="16"/>
        </w:rPr>
        <w:t>________________________________________________________</w:t>
      </w:r>
    </w:p>
    <w:p w14:paraId="4B66C454" w14:textId="77777777" w:rsidR="00AE08AB" w:rsidRDefault="00AA2D9E">
      <w:pPr>
        <w:spacing w:after="60"/>
      </w:pPr>
      <w:r>
        <w:rPr>
          <w:color w:val="B9B9B9"/>
          <w:sz w:val="16"/>
        </w:rPr>
        <w:lastRenderedPageBreak/>
        <w:t>________________________________________________________</w:t>
      </w:r>
    </w:p>
    <w:p w14:paraId="4086A3AE" w14:textId="77777777" w:rsidR="00AE08AB" w:rsidRDefault="00AA2D9E">
      <w:pPr>
        <w:spacing w:after="60"/>
      </w:pPr>
      <w:r>
        <w:rPr>
          <w:color w:val="B9B9B9"/>
          <w:sz w:val="16"/>
        </w:rPr>
        <w:t>________________________________________________________</w:t>
      </w:r>
    </w:p>
    <w:p w14:paraId="084229E6" w14:textId="77777777" w:rsidR="00AE08AB" w:rsidRDefault="00AA2D9E">
      <w:pPr>
        <w:spacing w:after="60"/>
      </w:pPr>
      <w:r>
        <w:rPr>
          <w:color w:val="B9B9B9"/>
          <w:sz w:val="16"/>
        </w:rPr>
        <w:t>________________________________________________________</w:t>
      </w:r>
    </w:p>
    <w:p w14:paraId="6D4E0E4E" w14:textId="77777777" w:rsidR="00AE08AB" w:rsidRDefault="00AA2D9E">
      <w:pPr>
        <w:spacing w:after="60"/>
      </w:pPr>
      <w:r>
        <w:rPr>
          <w:color w:val="B9B9B9"/>
          <w:sz w:val="16"/>
        </w:rPr>
        <w:t>________________________________________________________</w:t>
      </w:r>
    </w:p>
    <w:p w14:paraId="6687B78D" w14:textId="77777777" w:rsidR="00AE08AB" w:rsidRDefault="00AA2D9E">
      <w:r>
        <w:br w:type="page"/>
      </w:r>
    </w:p>
    <w:p w14:paraId="7F9987BE" w14:textId="77777777" w:rsidR="00AE08AB" w:rsidRDefault="00AA2D9E">
      <w:pPr>
        <w:pStyle w:val="Heading2"/>
      </w:pPr>
      <w:r>
        <w:lastRenderedPageBreak/>
        <w:t>DAY 13</w:t>
      </w:r>
    </w:p>
    <w:p w14:paraId="3FF976F7" w14:textId="77777777" w:rsidR="00AE08AB" w:rsidRDefault="00AA2D9E">
      <w:pPr>
        <w:pStyle w:val="Heading1"/>
      </w:pPr>
      <w:r>
        <w:t>Loneliness in a Crowded Room</w:t>
      </w:r>
    </w:p>
    <w:p w14:paraId="6055ADC8" w14:textId="77777777" w:rsidR="00AE08AB" w:rsidRDefault="00AA2D9E">
      <w:r>
        <w:rPr>
          <w:b/>
          <w:color w:val="B08D3A"/>
        </w:rPr>
        <w:t xml:space="preserve">SCRIPTURE ANCHOR  </w:t>
      </w:r>
      <w:r>
        <w:t>Psalm 68:6</w:t>
      </w:r>
    </w:p>
    <w:p w14:paraId="51F8B982" w14:textId="77777777" w:rsidR="00AE08AB" w:rsidRDefault="00AA2D9E">
      <w:pPr>
        <w:pStyle w:val="Heading2"/>
      </w:pPr>
      <w:r>
        <w:t>Pause</w:t>
      </w:r>
    </w:p>
    <w:p w14:paraId="4DF180A0" w14:textId="77777777" w:rsidR="00AE08AB" w:rsidRDefault="00AA2D9E">
      <w:r>
        <w:t>Take three slow breaths. Let your body become still. You do not have to solve anything before you pray.</w:t>
      </w:r>
    </w:p>
    <w:p w14:paraId="44E05025" w14:textId="77777777" w:rsidR="00AE08AB" w:rsidRDefault="00AA2D9E">
      <w:pPr>
        <w:pStyle w:val="Heading2"/>
      </w:pPr>
      <w:r>
        <w:t>Guided Prayer</w:t>
      </w:r>
    </w:p>
    <w:p w14:paraId="6C6F62FF" w14:textId="77777777" w:rsidR="00AE08AB" w:rsidRDefault="00AA2D9E">
      <w:r>
        <w:t>Father, I bring You the reality of loneliness in a crowded room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0835BC63" w14:textId="77777777" w:rsidR="00AE08AB" w:rsidRDefault="00AA2D9E">
      <w:pPr>
        <w:pStyle w:val="Heading2"/>
      </w:pPr>
      <w:r>
        <w:t>Release</w:t>
      </w:r>
    </w:p>
    <w:p w14:paraId="1088DD3D" w14:textId="77777777" w:rsidR="00AE08AB" w:rsidRDefault="00AA2D9E">
      <w:r>
        <w:t>Complete this sentence slowly: “Father, today I place into Your hands…”</w:t>
      </w:r>
    </w:p>
    <w:p w14:paraId="6D9C1445" w14:textId="77777777" w:rsidR="00AE08AB" w:rsidRDefault="00AA2D9E">
      <w:pPr>
        <w:spacing w:after="60"/>
      </w:pPr>
      <w:r>
        <w:rPr>
          <w:color w:val="B9B9B9"/>
          <w:sz w:val="16"/>
        </w:rPr>
        <w:t>________________________________________________________</w:t>
      </w:r>
    </w:p>
    <w:p w14:paraId="17C2943A" w14:textId="77777777" w:rsidR="00AE08AB" w:rsidRDefault="00AA2D9E">
      <w:pPr>
        <w:spacing w:after="60"/>
      </w:pPr>
      <w:r>
        <w:rPr>
          <w:color w:val="B9B9B9"/>
          <w:sz w:val="16"/>
        </w:rPr>
        <w:t>________________________________________________________</w:t>
      </w:r>
    </w:p>
    <w:p w14:paraId="1EBD43F9" w14:textId="77777777" w:rsidR="00AE08AB" w:rsidRDefault="00AA2D9E">
      <w:pPr>
        <w:pStyle w:val="Heading2"/>
      </w:pPr>
      <w:r>
        <w:t>Listen</w:t>
      </w:r>
    </w:p>
    <w:p w14:paraId="5DE56532" w14:textId="77777777" w:rsidR="00AE08AB" w:rsidRDefault="00AA2D9E">
      <w:r>
        <w:t>Remain quiet for a moment. What truth, Scripture, conviction, or gentle reminder is rising?</w:t>
      </w:r>
    </w:p>
    <w:p w14:paraId="446822C7" w14:textId="77777777" w:rsidR="00AE08AB" w:rsidRDefault="00AA2D9E">
      <w:pPr>
        <w:spacing w:after="60"/>
      </w:pPr>
      <w:r>
        <w:rPr>
          <w:color w:val="B9B9B9"/>
          <w:sz w:val="16"/>
        </w:rPr>
        <w:t>________________________________________________________</w:t>
      </w:r>
    </w:p>
    <w:p w14:paraId="6A0B108B" w14:textId="77777777" w:rsidR="00AE08AB" w:rsidRDefault="00AA2D9E">
      <w:pPr>
        <w:spacing w:after="60"/>
      </w:pPr>
      <w:r>
        <w:rPr>
          <w:color w:val="B9B9B9"/>
          <w:sz w:val="16"/>
        </w:rPr>
        <w:t>________________________________________________________</w:t>
      </w:r>
    </w:p>
    <w:p w14:paraId="4586A60C" w14:textId="77777777" w:rsidR="00AE08AB" w:rsidRDefault="00AA2D9E">
      <w:pPr>
        <w:pStyle w:val="Heading2"/>
      </w:pPr>
      <w:r>
        <w:t>My Unfiltered Prayer</w:t>
      </w:r>
    </w:p>
    <w:p w14:paraId="599CF65F" w14:textId="77777777" w:rsidR="00AE08AB" w:rsidRDefault="00AA2D9E">
      <w:r>
        <w:t>God, as I sit with loneliness in a crowded room, what I most need to tell You honestly is…</w:t>
      </w:r>
    </w:p>
    <w:p w14:paraId="75A47672" w14:textId="77777777" w:rsidR="00AE08AB" w:rsidRDefault="00AA2D9E">
      <w:pPr>
        <w:spacing w:after="60"/>
      </w:pPr>
      <w:r>
        <w:rPr>
          <w:color w:val="B9B9B9"/>
          <w:sz w:val="16"/>
        </w:rPr>
        <w:t>________________________________________________________</w:t>
      </w:r>
    </w:p>
    <w:p w14:paraId="4160EEBF" w14:textId="77777777" w:rsidR="00AE08AB" w:rsidRDefault="00AA2D9E">
      <w:pPr>
        <w:spacing w:after="60"/>
      </w:pPr>
      <w:r>
        <w:rPr>
          <w:color w:val="B9B9B9"/>
          <w:sz w:val="16"/>
        </w:rPr>
        <w:t>________________________________________________________</w:t>
      </w:r>
    </w:p>
    <w:p w14:paraId="3EB3EEA0" w14:textId="77777777" w:rsidR="00AE08AB" w:rsidRDefault="00AA2D9E">
      <w:pPr>
        <w:spacing w:after="60"/>
      </w:pPr>
      <w:r>
        <w:rPr>
          <w:color w:val="B9B9B9"/>
          <w:sz w:val="16"/>
        </w:rPr>
        <w:t>________________________________________________________</w:t>
      </w:r>
    </w:p>
    <w:p w14:paraId="17D656C8" w14:textId="77777777" w:rsidR="00AE08AB" w:rsidRDefault="00AA2D9E">
      <w:pPr>
        <w:spacing w:after="60"/>
      </w:pPr>
      <w:r>
        <w:rPr>
          <w:color w:val="B9B9B9"/>
          <w:sz w:val="16"/>
        </w:rPr>
        <w:lastRenderedPageBreak/>
        <w:t>________________________________________________________</w:t>
      </w:r>
    </w:p>
    <w:p w14:paraId="14CBE44A" w14:textId="77777777" w:rsidR="00AE08AB" w:rsidRDefault="00AA2D9E">
      <w:pPr>
        <w:spacing w:after="60"/>
      </w:pPr>
      <w:r>
        <w:rPr>
          <w:color w:val="B9B9B9"/>
          <w:sz w:val="16"/>
        </w:rPr>
        <w:t>________________________________________________________</w:t>
      </w:r>
    </w:p>
    <w:p w14:paraId="6D01B61C" w14:textId="77777777" w:rsidR="00AE08AB" w:rsidRDefault="00AA2D9E">
      <w:pPr>
        <w:spacing w:after="60"/>
      </w:pPr>
      <w:r>
        <w:rPr>
          <w:color w:val="B9B9B9"/>
          <w:sz w:val="16"/>
        </w:rPr>
        <w:t>________________________________________________________</w:t>
      </w:r>
    </w:p>
    <w:p w14:paraId="75B43818" w14:textId="77777777" w:rsidR="00AE08AB" w:rsidRDefault="00AA2D9E">
      <w:pPr>
        <w:spacing w:after="60"/>
      </w:pPr>
      <w:r>
        <w:rPr>
          <w:color w:val="B9B9B9"/>
          <w:sz w:val="16"/>
        </w:rPr>
        <w:t>________________________________________________________</w:t>
      </w:r>
    </w:p>
    <w:p w14:paraId="1DD8EE87" w14:textId="77777777" w:rsidR="00AE08AB" w:rsidRDefault="00AA2D9E">
      <w:r>
        <w:br w:type="page"/>
      </w:r>
    </w:p>
    <w:p w14:paraId="2643639F" w14:textId="77777777" w:rsidR="00AE08AB" w:rsidRDefault="00AA2D9E">
      <w:pPr>
        <w:pStyle w:val="Heading2"/>
      </w:pPr>
      <w:r>
        <w:lastRenderedPageBreak/>
        <w:t>DAY 14</w:t>
      </w:r>
    </w:p>
    <w:p w14:paraId="0251958B" w14:textId="77777777" w:rsidR="00AE08AB" w:rsidRDefault="00AA2D9E">
      <w:pPr>
        <w:pStyle w:val="Heading1"/>
      </w:pPr>
      <w:r>
        <w:t>The Strength of Vulnerability</w:t>
      </w:r>
    </w:p>
    <w:p w14:paraId="0EE2B39D" w14:textId="77777777" w:rsidR="00AE08AB" w:rsidRDefault="00AA2D9E">
      <w:r>
        <w:rPr>
          <w:b/>
          <w:color w:val="B08D3A"/>
        </w:rPr>
        <w:t xml:space="preserve">SCRIPTURE ANCHOR  </w:t>
      </w:r>
      <w:r>
        <w:t>2 Corinthians 12:9</w:t>
      </w:r>
    </w:p>
    <w:p w14:paraId="2A1157C5" w14:textId="77777777" w:rsidR="00AE08AB" w:rsidRDefault="00AA2D9E">
      <w:pPr>
        <w:pStyle w:val="Heading2"/>
      </w:pPr>
      <w:r>
        <w:t>Pause</w:t>
      </w:r>
    </w:p>
    <w:p w14:paraId="7660E0DA" w14:textId="77777777" w:rsidR="00AE08AB" w:rsidRDefault="00AA2D9E">
      <w:r>
        <w:t>Take three slow breaths. Let your body become still. You do not have to solve anything before you pray.</w:t>
      </w:r>
    </w:p>
    <w:p w14:paraId="7D9F058D" w14:textId="77777777" w:rsidR="00AE08AB" w:rsidRDefault="00AA2D9E">
      <w:pPr>
        <w:pStyle w:val="Heading2"/>
      </w:pPr>
      <w:r>
        <w:t>Guided Prayer</w:t>
      </w:r>
    </w:p>
    <w:p w14:paraId="58A4E3E3" w14:textId="77777777" w:rsidR="00AE08AB" w:rsidRDefault="00AA2D9E">
      <w:r>
        <w:t>Father, I bring You the reality of the strength of vulnerability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48C76A6F" w14:textId="77777777" w:rsidR="00AE08AB" w:rsidRDefault="00AA2D9E">
      <w:pPr>
        <w:pStyle w:val="Heading2"/>
      </w:pPr>
      <w:r>
        <w:t>Release</w:t>
      </w:r>
    </w:p>
    <w:p w14:paraId="254AFE8A" w14:textId="77777777" w:rsidR="00AE08AB" w:rsidRDefault="00AA2D9E">
      <w:r>
        <w:t>Complete this sentence slowly: “Father, today I place into Your hands…”</w:t>
      </w:r>
    </w:p>
    <w:p w14:paraId="4913C248" w14:textId="77777777" w:rsidR="00AE08AB" w:rsidRDefault="00AA2D9E">
      <w:pPr>
        <w:spacing w:after="60"/>
      </w:pPr>
      <w:r>
        <w:rPr>
          <w:color w:val="B9B9B9"/>
          <w:sz w:val="16"/>
        </w:rPr>
        <w:t>________________________________________________________</w:t>
      </w:r>
    </w:p>
    <w:p w14:paraId="16112F4E" w14:textId="77777777" w:rsidR="00AE08AB" w:rsidRDefault="00AA2D9E">
      <w:pPr>
        <w:spacing w:after="60"/>
      </w:pPr>
      <w:r>
        <w:rPr>
          <w:color w:val="B9B9B9"/>
          <w:sz w:val="16"/>
        </w:rPr>
        <w:t>________________________________________________________</w:t>
      </w:r>
    </w:p>
    <w:p w14:paraId="2C509370" w14:textId="77777777" w:rsidR="00AE08AB" w:rsidRDefault="00AA2D9E">
      <w:pPr>
        <w:pStyle w:val="Heading2"/>
      </w:pPr>
      <w:r>
        <w:t>Listen</w:t>
      </w:r>
    </w:p>
    <w:p w14:paraId="2A34E9D5" w14:textId="77777777" w:rsidR="00AE08AB" w:rsidRDefault="00AA2D9E">
      <w:r>
        <w:t>Remain quiet for a moment. What truth, Scripture, conviction, or gentle reminder is rising?</w:t>
      </w:r>
    </w:p>
    <w:p w14:paraId="4AFB686B" w14:textId="77777777" w:rsidR="00AE08AB" w:rsidRDefault="00AA2D9E">
      <w:pPr>
        <w:spacing w:after="60"/>
      </w:pPr>
      <w:r>
        <w:rPr>
          <w:color w:val="B9B9B9"/>
          <w:sz w:val="16"/>
        </w:rPr>
        <w:t>________________________________________________________</w:t>
      </w:r>
    </w:p>
    <w:p w14:paraId="29E1BB1F" w14:textId="77777777" w:rsidR="00AE08AB" w:rsidRDefault="00AA2D9E">
      <w:pPr>
        <w:spacing w:after="60"/>
      </w:pPr>
      <w:r>
        <w:rPr>
          <w:color w:val="B9B9B9"/>
          <w:sz w:val="16"/>
        </w:rPr>
        <w:t>________________________________________________________</w:t>
      </w:r>
    </w:p>
    <w:p w14:paraId="53D45D77" w14:textId="77777777" w:rsidR="00AE08AB" w:rsidRDefault="00AA2D9E">
      <w:pPr>
        <w:pStyle w:val="Heading2"/>
      </w:pPr>
      <w:r>
        <w:t>My Unfiltered Prayer</w:t>
      </w:r>
    </w:p>
    <w:p w14:paraId="151289D5" w14:textId="77777777" w:rsidR="00AE08AB" w:rsidRDefault="00AA2D9E">
      <w:r>
        <w:t>God, as I sit with the strength of vulnerability, what I most need to tell You honestly is…</w:t>
      </w:r>
    </w:p>
    <w:p w14:paraId="033E5D91" w14:textId="77777777" w:rsidR="00AE08AB" w:rsidRDefault="00AA2D9E">
      <w:pPr>
        <w:spacing w:after="60"/>
      </w:pPr>
      <w:r>
        <w:rPr>
          <w:color w:val="B9B9B9"/>
          <w:sz w:val="16"/>
        </w:rPr>
        <w:t>________________________________________________________</w:t>
      </w:r>
    </w:p>
    <w:p w14:paraId="0A982519" w14:textId="77777777" w:rsidR="00AE08AB" w:rsidRDefault="00AA2D9E">
      <w:pPr>
        <w:spacing w:after="60"/>
      </w:pPr>
      <w:r>
        <w:rPr>
          <w:color w:val="B9B9B9"/>
          <w:sz w:val="16"/>
        </w:rPr>
        <w:t>________________________________________________________</w:t>
      </w:r>
    </w:p>
    <w:p w14:paraId="09D3E403" w14:textId="77777777" w:rsidR="00AE08AB" w:rsidRDefault="00AA2D9E">
      <w:pPr>
        <w:spacing w:after="60"/>
      </w:pPr>
      <w:r>
        <w:rPr>
          <w:color w:val="B9B9B9"/>
          <w:sz w:val="16"/>
        </w:rPr>
        <w:t>________________________________________________________</w:t>
      </w:r>
    </w:p>
    <w:p w14:paraId="20DF0CD7" w14:textId="77777777" w:rsidR="00AE08AB" w:rsidRDefault="00AA2D9E">
      <w:pPr>
        <w:spacing w:after="60"/>
      </w:pPr>
      <w:r>
        <w:rPr>
          <w:color w:val="B9B9B9"/>
          <w:sz w:val="16"/>
        </w:rPr>
        <w:lastRenderedPageBreak/>
        <w:t>________________________________________________________</w:t>
      </w:r>
    </w:p>
    <w:p w14:paraId="27FC62CF" w14:textId="77777777" w:rsidR="00AE08AB" w:rsidRDefault="00AA2D9E">
      <w:pPr>
        <w:spacing w:after="60"/>
      </w:pPr>
      <w:r>
        <w:rPr>
          <w:color w:val="B9B9B9"/>
          <w:sz w:val="16"/>
        </w:rPr>
        <w:t>________________________________________________________</w:t>
      </w:r>
    </w:p>
    <w:p w14:paraId="186775D2" w14:textId="77777777" w:rsidR="00AE08AB" w:rsidRDefault="00AA2D9E">
      <w:pPr>
        <w:spacing w:after="60"/>
      </w:pPr>
      <w:r>
        <w:rPr>
          <w:color w:val="B9B9B9"/>
          <w:sz w:val="16"/>
        </w:rPr>
        <w:t>________________________________________________________</w:t>
      </w:r>
    </w:p>
    <w:p w14:paraId="541FABDD" w14:textId="77777777" w:rsidR="00AE08AB" w:rsidRDefault="00AA2D9E">
      <w:pPr>
        <w:spacing w:after="60"/>
      </w:pPr>
      <w:r>
        <w:rPr>
          <w:color w:val="B9B9B9"/>
          <w:sz w:val="16"/>
        </w:rPr>
        <w:t>________________________________________________________</w:t>
      </w:r>
    </w:p>
    <w:p w14:paraId="5E112E6D" w14:textId="77777777" w:rsidR="00AE08AB" w:rsidRDefault="00AA2D9E">
      <w:pPr>
        <w:pStyle w:val="Heading1"/>
      </w:pPr>
      <w:r>
        <w:t>Sacred Pause</w:t>
      </w:r>
    </w:p>
    <w:p w14:paraId="542EF013" w14:textId="77777777" w:rsidR="00AE08AB" w:rsidRDefault="00AA2D9E">
      <w:pPr>
        <w:pStyle w:val="Heading3"/>
      </w:pPr>
      <w:r>
        <w:t>What happened within me this week?</w:t>
      </w:r>
    </w:p>
    <w:p w14:paraId="27BCF8FF" w14:textId="77777777" w:rsidR="00AE08AB" w:rsidRDefault="00AA2D9E">
      <w:pPr>
        <w:spacing w:after="60"/>
      </w:pPr>
      <w:r>
        <w:rPr>
          <w:color w:val="B9B9B9"/>
          <w:sz w:val="16"/>
        </w:rPr>
        <w:t>________________________________________________________</w:t>
      </w:r>
    </w:p>
    <w:p w14:paraId="17A91E4A" w14:textId="77777777" w:rsidR="00AE08AB" w:rsidRDefault="00AA2D9E">
      <w:pPr>
        <w:pStyle w:val="Heading3"/>
      </w:pPr>
      <w:r>
        <w:t>What emotion appeared most often?</w:t>
      </w:r>
    </w:p>
    <w:p w14:paraId="4DFBB394" w14:textId="77777777" w:rsidR="00AE08AB" w:rsidRDefault="00AA2D9E">
      <w:pPr>
        <w:spacing w:after="60"/>
      </w:pPr>
      <w:r>
        <w:rPr>
          <w:color w:val="B9B9B9"/>
          <w:sz w:val="16"/>
        </w:rPr>
        <w:t>________________________________________________________</w:t>
      </w:r>
    </w:p>
    <w:p w14:paraId="4C252588" w14:textId="77777777" w:rsidR="00AE08AB" w:rsidRDefault="00AA2D9E">
      <w:pPr>
        <w:pStyle w:val="Heading3"/>
      </w:pPr>
      <w:r>
        <w:t>Where did I recognize God's grace?</w:t>
      </w:r>
    </w:p>
    <w:p w14:paraId="481DBA68" w14:textId="77777777" w:rsidR="00AE08AB" w:rsidRDefault="00AA2D9E">
      <w:pPr>
        <w:spacing w:after="60"/>
      </w:pPr>
      <w:r>
        <w:rPr>
          <w:color w:val="B9B9B9"/>
          <w:sz w:val="16"/>
        </w:rPr>
        <w:t>________________________________________________________</w:t>
      </w:r>
    </w:p>
    <w:p w14:paraId="3785061E" w14:textId="77777777" w:rsidR="00AE08AB" w:rsidRDefault="00AA2D9E">
      <w:pPr>
        <w:pStyle w:val="Heading3"/>
      </w:pPr>
      <w:r>
        <w:t>What do I refuse to carry into another week?</w:t>
      </w:r>
    </w:p>
    <w:p w14:paraId="05487AAE" w14:textId="77777777" w:rsidR="00AE08AB" w:rsidRDefault="00AA2D9E">
      <w:pPr>
        <w:spacing w:after="60"/>
      </w:pPr>
      <w:r>
        <w:rPr>
          <w:color w:val="B9B9B9"/>
          <w:sz w:val="16"/>
        </w:rPr>
        <w:t>________________________________________________________</w:t>
      </w:r>
    </w:p>
    <w:p w14:paraId="48970727" w14:textId="77777777" w:rsidR="00AE08AB" w:rsidRDefault="00AA2D9E">
      <w:pPr>
        <w:pStyle w:val="Heading3"/>
      </w:pPr>
      <w:r>
        <w:t>What do I need to receive from God now?</w:t>
      </w:r>
    </w:p>
    <w:p w14:paraId="64FA47DF" w14:textId="77777777" w:rsidR="00AE08AB" w:rsidRDefault="00AA2D9E">
      <w:pPr>
        <w:spacing w:after="60"/>
      </w:pPr>
      <w:r>
        <w:rPr>
          <w:color w:val="B9B9B9"/>
          <w:sz w:val="16"/>
        </w:rPr>
        <w:t>________________________________________________________</w:t>
      </w:r>
    </w:p>
    <w:p w14:paraId="70A414A5" w14:textId="77777777" w:rsidR="00AE08AB" w:rsidRDefault="00AA2D9E">
      <w:r>
        <w:br w:type="page"/>
      </w:r>
    </w:p>
    <w:p w14:paraId="61B8E797" w14:textId="77777777" w:rsidR="00AE08AB" w:rsidRDefault="00AA2D9E">
      <w:pPr>
        <w:pStyle w:val="Heading2"/>
      </w:pPr>
      <w:r>
        <w:lastRenderedPageBreak/>
        <w:t>DAY 15</w:t>
      </w:r>
    </w:p>
    <w:p w14:paraId="0D996A32" w14:textId="77777777" w:rsidR="00AE08AB" w:rsidRDefault="00AA2D9E">
      <w:pPr>
        <w:pStyle w:val="Heading1"/>
      </w:pPr>
      <w:r>
        <w:t>Talking to Someone You Trust</w:t>
      </w:r>
    </w:p>
    <w:p w14:paraId="518BA793" w14:textId="77777777" w:rsidR="00AE08AB" w:rsidRDefault="00AA2D9E">
      <w:r>
        <w:rPr>
          <w:b/>
          <w:color w:val="B08D3A"/>
        </w:rPr>
        <w:t xml:space="preserve">SCRIPTURE ANCHOR  </w:t>
      </w:r>
      <w:r>
        <w:t>Proverbs 12:25</w:t>
      </w:r>
    </w:p>
    <w:p w14:paraId="75A8A112" w14:textId="77777777" w:rsidR="00AE08AB" w:rsidRDefault="00AA2D9E">
      <w:pPr>
        <w:pStyle w:val="Heading2"/>
      </w:pPr>
      <w:r>
        <w:t>Pause</w:t>
      </w:r>
    </w:p>
    <w:p w14:paraId="6138143E" w14:textId="77777777" w:rsidR="00AE08AB" w:rsidRDefault="00AA2D9E">
      <w:r>
        <w:t>Take three slow breaths. Let your body become still. You do not have to solve anything before you pray.</w:t>
      </w:r>
    </w:p>
    <w:p w14:paraId="3F6D6D29" w14:textId="77777777" w:rsidR="00AE08AB" w:rsidRDefault="00AA2D9E">
      <w:pPr>
        <w:pStyle w:val="Heading2"/>
      </w:pPr>
      <w:r>
        <w:t>Guided Prayer</w:t>
      </w:r>
    </w:p>
    <w:p w14:paraId="6401812E" w14:textId="77777777" w:rsidR="00AE08AB" w:rsidRDefault="00AA2D9E">
      <w:r>
        <w:t>Father, I bring You the reality of talking to someone you trust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28C59FE6" w14:textId="77777777" w:rsidR="00AE08AB" w:rsidRDefault="00AA2D9E">
      <w:pPr>
        <w:pStyle w:val="Heading2"/>
      </w:pPr>
      <w:r>
        <w:t>Release</w:t>
      </w:r>
    </w:p>
    <w:p w14:paraId="4093FA65" w14:textId="77777777" w:rsidR="00AE08AB" w:rsidRDefault="00AA2D9E">
      <w:r>
        <w:t>Complete this sentence slowly: “Father, today I place into Your hands…”</w:t>
      </w:r>
    </w:p>
    <w:p w14:paraId="07F9C53E" w14:textId="77777777" w:rsidR="00AE08AB" w:rsidRDefault="00AA2D9E">
      <w:pPr>
        <w:spacing w:after="60"/>
      </w:pPr>
      <w:r>
        <w:rPr>
          <w:color w:val="B9B9B9"/>
          <w:sz w:val="16"/>
        </w:rPr>
        <w:t>________________________________________________________</w:t>
      </w:r>
    </w:p>
    <w:p w14:paraId="1410991E" w14:textId="77777777" w:rsidR="00AE08AB" w:rsidRDefault="00AA2D9E">
      <w:pPr>
        <w:spacing w:after="60"/>
      </w:pPr>
      <w:r>
        <w:rPr>
          <w:color w:val="B9B9B9"/>
          <w:sz w:val="16"/>
        </w:rPr>
        <w:t>________________________________________________________</w:t>
      </w:r>
    </w:p>
    <w:p w14:paraId="5BCED336" w14:textId="77777777" w:rsidR="00AE08AB" w:rsidRDefault="00AA2D9E">
      <w:pPr>
        <w:pStyle w:val="Heading2"/>
      </w:pPr>
      <w:r>
        <w:t>Listen</w:t>
      </w:r>
    </w:p>
    <w:p w14:paraId="2889AB1D" w14:textId="77777777" w:rsidR="00AE08AB" w:rsidRDefault="00AA2D9E">
      <w:r>
        <w:t>Remain quiet for a moment. What truth, Scripture, conviction, or gentle reminder is rising?</w:t>
      </w:r>
    </w:p>
    <w:p w14:paraId="447651F9" w14:textId="77777777" w:rsidR="00AE08AB" w:rsidRDefault="00AA2D9E">
      <w:pPr>
        <w:spacing w:after="60"/>
      </w:pPr>
      <w:r>
        <w:rPr>
          <w:color w:val="B9B9B9"/>
          <w:sz w:val="16"/>
        </w:rPr>
        <w:t>________________________________________________________</w:t>
      </w:r>
    </w:p>
    <w:p w14:paraId="0A33A084" w14:textId="77777777" w:rsidR="00AE08AB" w:rsidRDefault="00AA2D9E">
      <w:pPr>
        <w:spacing w:after="60"/>
      </w:pPr>
      <w:r>
        <w:rPr>
          <w:color w:val="B9B9B9"/>
          <w:sz w:val="16"/>
        </w:rPr>
        <w:t>________________________________________________________</w:t>
      </w:r>
    </w:p>
    <w:p w14:paraId="79A1A05F" w14:textId="77777777" w:rsidR="00AE08AB" w:rsidRDefault="00AA2D9E">
      <w:pPr>
        <w:pStyle w:val="Heading2"/>
      </w:pPr>
      <w:r>
        <w:t>My Unfiltered Prayer</w:t>
      </w:r>
    </w:p>
    <w:p w14:paraId="48925419" w14:textId="77777777" w:rsidR="00AE08AB" w:rsidRDefault="00AA2D9E">
      <w:r>
        <w:t>God, as I sit with talking to someone you trust, what I most need to tell You honestly is…</w:t>
      </w:r>
    </w:p>
    <w:p w14:paraId="30B11907" w14:textId="77777777" w:rsidR="00AE08AB" w:rsidRDefault="00AA2D9E">
      <w:pPr>
        <w:spacing w:after="60"/>
      </w:pPr>
      <w:r>
        <w:rPr>
          <w:color w:val="B9B9B9"/>
          <w:sz w:val="16"/>
        </w:rPr>
        <w:t>________________________________________________________</w:t>
      </w:r>
    </w:p>
    <w:p w14:paraId="1519E222" w14:textId="77777777" w:rsidR="00AE08AB" w:rsidRDefault="00AA2D9E">
      <w:pPr>
        <w:spacing w:after="60"/>
      </w:pPr>
      <w:r>
        <w:rPr>
          <w:color w:val="B9B9B9"/>
          <w:sz w:val="16"/>
        </w:rPr>
        <w:t>________________________________________________________</w:t>
      </w:r>
    </w:p>
    <w:p w14:paraId="1D04FBDC" w14:textId="77777777" w:rsidR="00AE08AB" w:rsidRDefault="00AA2D9E">
      <w:pPr>
        <w:spacing w:after="60"/>
      </w:pPr>
      <w:r>
        <w:rPr>
          <w:color w:val="B9B9B9"/>
          <w:sz w:val="16"/>
        </w:rPr>
        <w:t>________________________________________________________</w:t>
      </w:r>
    </w:p>
    <w:p w14:paraId="633EE1AA" w14:textId="77777777" w:rsidR="00AE08AB" w:rsidRDefault="00AA2D9E">
      <w:pPr>
        <w:spacing w:after="60"/>
      </w:pPr>
      <w:r>
        <w:rPr>
          <w:color w:val="B9B9B9"/>
          <w:sz w:val="16"/>
        </w:rPr>
        <w:lastRenderedPageBreak/>
        <w:t>________________________________________________________</w:t>
      </w:r>
    </w:p>
    <w:p w14:paraId="7E64202E" w14:textId="77777777" w:rsidR="00AE08AB" w:rsidRDefault="00AA2D9E">
      <w:pPr>
        <w:spacing w:after="60"/>
      </w:pPr>
      <w:r>
        <w:rPr>
          <w:color w:val="B9B9B9"/>
          <w:sz w:val="16"/>
        </w:rPr>
        <w:t>________________________________________________________</w:t>
      </w:r>
    </w:p>
    <w:p w14:paraId="6233745A" w14:textId="77777777" w:rsidR="00AE08AB" w:rsidRDefault="00AA2D9E">
      <w:pPr>
        <w:spacing w:after="60"/>
      </w:pPr>
      <w:r>
        <w:rPr>
          <w:color w:val="B9B9B9"/>
          <w:sz w:val="16"/>
        </w:rPr>
        <w:t>________________________________________________________</w:t>
      </w:r>
    </w:p>
    <w:p w14:paraId="6B039369" w14:textId="77777777" w:rsidR="00AE08AB" w:rsidRDefault="00AA2D9E">
      <w:pPr>
        <w:spacing w:after="60"/>
      </w:pPr>
      <w:r>
        <w:rPr>
          <w:color w:val="B9B9B9"/>
          <w:sz w:val="16"/>
        </w:rPr>
        <w:t>________________________________________________________</w:t>
      </w:r>
    </w:p>
    <w:p w14:paraId="033B0082" w14:textId="77777777" w:rsidR="00AE08AB" w:rsidRDefault="00AA2D9E">
      <w:r>
        <w:br w:type="page"/>
      </w:r>
    </w:p>
    <w:p w14:paraId="098F3B4B" w14:textId="77777777" w:rsidR="00AE08AB" w:rsidRDefault="00AA2D9E">
      <w:pPr>
        <w:pStyle w:val="Heading2"/>
      </w:pPr>
      <w:r>
        <w:lastRenderedPageBreak/>
        <w:t>DAY 16</w:t>
      </w:r>
    </w:p>
    <w:p w14:paraId="56E26B56" w14:textId="77777777" w:rsidR="00AE08AB" w:rsidRDefault="00AA2D9E">
      <w:pPr>
        <w:pStyle w:val="Heading1"/>
      </w:pPr>
      <w:r>
        <w:t>Wise Counsel Is a Gift</w:t>
      </w:r>
    </w:p>
    <w:p w14:paraId="473CB0D4" w14:textId="77777777" w:rsidR="00AE08AB" w:rsidRDefault="00AA2D9E">
      <w:r>
        <w:rPr>
          <w:b/>
          <w:color w:val="B08D3A"/>
        </w:rPr>
        <w:t xml:space="preserve">SCRIPTURE ANCHOR  </w:t>
      </w:r>
      <w:r>
        <w:t>Proverbs 11:14</w:t>
      </w:r>
    </w:p>
    <w:p w14:paraId="7E588376" w14:textId="77777777" w:rsidR="00AE08AB" w:rsidRDefault="00AA2D9E">
      <w:pPr>
        <w:pStyle w:val="Heading2"/>
      </w:pPr>
      <w:r>
        <w:t>Pause</w:t>
      </w:r>
    </w:p>
    <w:p w14:paraId="24B84CE4" w14:textId="77777777" w:rsidR="00AE08AB" w:rsidRDefault="00AA2D9E">
      <w:r>
        <w:t>Take three slow breaths. Let your body become still. You do not have to solve anything before you pray.</w:t>
      </w:r>
    </w:p>
    <w:p w14:paraId="4D6A8697" w14:textId="77777777" w:rsidR="00AE08AB" w:rsidRDefault="00AA2D9E">
      <w:pPr>
        <w:pStyle w:val="Heading2"/>
      </w:pPr>
      <w:r>
        <w:t>Guided Prayer</w:t>
      </w:r>
    </w:p>
    <w:p w14:paraId="0ABA3ECD" w14:textId="77777777" w:rsidR="00AE08AB" w:rsidRDefault="00AA2D9E">
      <w:r>
        <w:t>Father, I bring You the reality of wise counsel is a gift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w:t>
      </w:r>
      <w:r>
        <w:t>ions remain unanswered. In Jesus' name, Amen.</w:t>
      </w:r>
    </w:p>
    <w:p w14:paraId="26080030" w14:textId="77777777" w:rsidR="00AE08AB" w:rsidRDefault="00AA2D9E">
      <w:pPr>
        <w:pStyle w:val="Heading2"/>
      </w:pPr>
      <w:r>
        <w:t>Release</w:t>
      </w:r>
    </w:p>
    <w:p w14:paraId="1BFBF061" w14:textId="77777777" w:rsidR="00AE08AB" w:rsidRDefault="00AA2D9E">
      <w:r>
        <w:t>Complete this sentence slowly: “Father, today I place into Your hands…”</w:t>
      </w:r>
    </w:p>
    <w:p w14:paraId="2B4182E5" w14:textId="77777777" w:rsidR="00AE08AB" w:rsidRDefault="00AA2D9E">
      <w:pPr>
        <w:spacing w:after="60"/>
      </w:pPr>
      <w:r>
        <w:rPr>
          <w:color w:val="B9B9B9"/>
          <w:sz w:val="16"/>
        </w:rPr>
        <w:t>________________________________________________________</w:t>
      </w:r>
    </w:p>
    <w:p w14:paraId="0B4753E0" w14:textId="77777777" w:rsidR="00AE08AB" w:rsidRDefault="00AA2D9E">
      <w:pPr>
        <w:spacing w:after="60"/>
      </w:pPr>
      <w:r>
        <w:rPr>
          <w:color w:val="B9B9B9"/>
          <w:sz w:val="16"/>
        </w:rPr>
        <w:t>________________________________________________________</w:t>
      </w:r>
    </w:p>
    <w:p w14:paraId="4A697332" w14:textId="77777777" w:rsidR="00AE08AB" w:rsidRDefault="00AA2D9E">
      <w:pPr>
        <w:pStyle w:val="Heading2"/>
      </w:pPr>
      <w:r>
        <w:t>Listen</w:t>
      </w:r>
    </w:p>
    <w:p w14:paraId="4A750F31" w14:textId="77777777" w:rsidR="00AE08AB" w:rsidRDefault="00AA2D9E">
      <w:r>
        <w:t>Remain quiet for a moment. What truth, Scripture, conviction, or gentle reminder is rising?</w:t>
      </w:r>
    </w:p>
    <w:p w14:paraId="07D4B654" w14:textId="77777777" w:rsidR="00AE08AB" w:rsidRDefault="00AA2D9E">
      <w:pPr>
        <w:spacing w:after="60"/>
      </w:pPr>
      <w:r>
        <w:rPr>
          <w:color w:val="B9B9B9"/>
          <w:sz w:val="16"/>
        </w:rPr>
        <w:t>________________________________________________________</w:t>
      </w:r>
    </w:p>
    <w:p w14:paraId="06635ABC" w14:textId="77777777" w:rsidR="00AE08AB" w:rsidRDefault="00AA2D9E">
      <w:pPr>
        <w:spacing w:after="60"/>
      </w:pPr>
      <w:r>
        <w:rPr>
          <w:color w:val="B9B9B9"/>
          <w:sz w:val="16"/>
        </w:rPr>
        <w:t>________________________________________________________</w:t>
      </w:r>
    </w:p>
    <w:p w14:paraId="2C9C83D6" w14:textId="77777777" w:rsidR="00AE08AB" w:rsidRDefault="00AA2D9E">
      <w:pPr>
        <w:pStyle w:val="Heading2"/>
      </w:pPr>
      <w:r>
        <w:t>My Unfiltered Prayer</w:t>
      </w:r>
    </w:p>
    <w:p w14:paraId="0B7A82A9" w14:textId="77777777" w:rsidR="00AE08AB" w:rsidRDefault="00AA2D9E">
      <w:r>
        <w:t>God, as I sit with wise counsel is a gift, what I most need to tell You honestly is…</w:t>
      </w:r>
    </w:p>
    <w:p w14:paraId="75F33FAB" w14:textId="77777777" w:rsidR="00AE08AB" w:rsidRDefault="00AA2D9E">
      <w:pPr>
        <w:spacing w:after="60"/>
      </w:pPr>
      <w:r>
        <w:rPr>
          <w:color w:val="B9B9B9"/>
          <w:sz w:val="16"/>
        </w:rPr>
        <w:t>________________________________________________________</w:t>
      </w:r>
    </w:p>
    <w:p w14:paraId="0FDE7EC2" w14:textId="77777777" w:rsidR="00AE08AB" w:rsidRDefault="00AA2D9E">
      <w:pPr>
        <w:spacing w:after="60"/>
      </w:pPr>
      <w:r>
        <w:rPr>
          <w:color w:val="B9B9B9"/>
          <w:sz w:val="16"/>
        </w:rPr>
        <w:t>________________________________________________________</w:t>
      </w:r>
    </w:p>
    <w:p w14:paraId="65B180DC" w14:textId="77777777" w:rsidR="00AE08AB" w:rsidRDefault="00AA2D9E">
      <w:pPr>
        <w:spacing w:after="60"/>
      </w:pPr>
      <w:r>
        <w:rPr>
          <w:color w:val="B9B9B9"/>
          <w:sz w:val="16"/>
        </w:rPr>
        <w:t>________________________________________________________</w:t>
      </w:r>
    </w:p>
    <w:p w14:paraId="65A97473" w14:textId="77777777" w:rsidR="00AE08AB" w:rsidRDefault="00AA2D9E">
      <w:pPr>
        <w:spacing w:after="60"/>
      </w:pPr>
      <w:r>
        <w:rPr>
          <w:color w:val="B9B9B9"/>
          <w:sz w:val="16"/>
        </w:rPr>
        <w:t>________________________________________________________</w:t>
      </w:r>
    </w:p>
    <w:p w14:paraId="30E55BA3" w14:textId="77777777" w:rsidR="00AE08AB" w:rsidRDefault="00AA2D9E">
      <w:pPr>
        <w:spacing w:after="60"/>
      </w:pPr>
      <w:r>
        <w:rPr>
          <w:color w:val="B9B9B9"/>
          <w:sz w:val="16"/>
        </w:rPr>
        <w:lastRenderedPageBreak/>
        <w:t>________________________________________________________</w:t>
      </w:r>
    </w:p>
    <w:p w14:paraId="69F9395B" w14:textId="77777777" w:rsidR="00AE08AB" w:rsidRDefault="00AA2D9E">
      <w:pPr>
        <w:spacing w:after="60"/>
      </w:pPr>
      <w:r>
        <w:rPr>
          <w:color w:val="B9B9B9"/>
          <w:sz w:val="16"/>
        </w:rPr>
        <w:t>________________________________________________________</w:t>
      </w:r>
    </w:p>
    <w:p w14:paraId="191A3A4B" w14:textId="77777777" w:rsidR="00AE08AB" w:rsidRDefault="00AA2D9E">
      <w:pPr>
        <w:spacing w:after="60"/>
      </w:pPr>
      <w:r>
        <w:rPr>
          <w:color w:val="B9B9B9"/>
          <w:sz w:val="16"/>
        </w:rPr>
        <w:t>________________________________________________________</w:t>
      </w:r>
    </w:p>
    <w:p w14:paraId="1E3B07BF" w14:textId="77777777" w:rsidR="00AE08AB" w:rsidRDefault="00AA2D9E">
      <w:r>
        <w:br w:type="page"/>
      </w:r>
    </w:p>
    <w:p w14:paraId="59A4DC36" w14:textId="77777777" w:rsidR="00AE08AB" w:rsidRDefault="00AA2D9E">
      <w:pPr>
        <w:pStyle w:val="Heading2"/>
      </w:pPr>
      <w:r>
        <w:lastRenderedPageBreak/>
        <w:t>DAY 17</w:t>
      </w:r>
    </w:p>
    <w:p w14:paraId="24A0FBCE" w14:textId="77777777" w:rsidR="00AE08AB" w:rsidRDefault="00AA2D9E">
      <w:pPr>
        <w:pStyle w:val="Heading1"/>
      </w:pPr>
      <w:r>
        <w:t>You Do Not Have to Carry Everyone</w:t>
      </w:r>
    </w:p>
    <w:p w14:paraId="4EE8CECC" w14:textId="77777777" w:rsidR="00AE08AB" w:rsidRDefault="00AA2D9E">
      <w:r>
        <w:rPr>
          <w:b/>
          <w:color w:val="B08D3A"/>
        </w:rPr>
        <w:t xml:space="preserve">SCRIPTURE ANCHOR  </w:t>
      </w:r>
      <w:r>
        <w:t>Matthew 11:30</w:t>
      </w:r>
    </w:p>
    <w:p w14:paraId="54525474" w14:textId="77777777" w:rsidR="00AE08AB" w:rsidRDefault="00AA2D9E">
      <w:pPr>
        <w:pStyle w:val="Heading2"/>
      </w:pPr>
      <w:r>
        <w:t>Pause</w:t>
      </w:r>
    </w:p>
    <w:p w14:paraId="757ED901" w14:textId="77777777" w:rsidR="00AE08AB" w:rsidRDefault="00AA2D9E">
      <w:r>
        <w:t>Take three slow breaths. Let your body become still. You do not have to solve anything before you pray.</w:t>
      </w:r>
    </w:p>
    <w:p w14:paraId="1E57E6AA" w14:textId="77777777" w:rsidR="00AE08AB" w:rsidRDefault="00AA2D9E">
      <w:pPr>
        <w:pStyle w:val="Heading2"/>
      </w:pPr>
      <w:r>
        <w:t>Guided Prayer</w:t>
      </w:r>
    </w:p>
    <w:p w14:paraId="2D38BF6E" w14:textId="77777777" w:rsidR="00AE08AB" w:rsidRDefault="00AA2D9E">
      <w:r>
        <w:t>Father, I bring You the reality of you do not have to carry everyone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w:t>
      </w:r>
      <w:r>
        <w:t xml:space="preserve"> some questions remain unanswered. In Jesus' name, Amen.</w:t>
      </w:r>
    </w:p>
    <w:p w14:paraId="7514B739" w14:textId="77777777" w:rsidR="00AE08AB" w:rsidRDefault="00AA2D9E">
      <w:pPr>
        <w:pStyle w:val="Heading2"/>
      </w:pPr>
      <w:r>
        <w:t>Release</w:t>
      </w:r>
    </w:p>
    <w:p w14:paraId="36C604DC" w14:textId="77777777" w:rsidR="00AE08AB" w:rsidRDefault="00AA2D9E">
      <w:r>
        <w:t>Complete this sentence slowly: “Father, today I place into Your hands…”</w:t>
      </w:r>
    </w:p>
    <w:p w14:paraId="65B54F33" w14:textId="77777777" w:rsidR="00AE08AB" w:rsidRDefault="00AA2D9E">
      <w:pPr>
        <w:spacing w:after="60"/>
      </w:pPr>
      <w:r>
        <w:rPr>
          <w:color w:val="B9B9B9"/>
          <w:sz w:val="16"/>
        </w:rPr>
        <w:t>________________________________________________________</w:t>
      </w:r>
    </w:p>
    <w:p w14:paraId="77AC4B37" w14:textId="77777777" w:rsidR="00AE08AB" w:rsidRDefault="00AA2D9E">
      <w:pPr>
        <w:spacing w:after="60"/>
      </w:pPr>
      <w:r>
        <w:rPr>
          <w:color w:val="B9B9B9"/>
          <w:sz w:val="16"/>
        </w:rPr>
        <w:t>________________________________________________________</w:t>
      </w:r>
    </w:p>
    <w:p w14:paraId="27CE6834" w14:textId="77777777" w:rsidR="00AE08AB" w:rsidRDefault="00AA2D9E">
      <w:pPr>
        <w:pStyle w:val="Heading2"/>
      </w:pPr>
      <w:r>
        <w:t>Listen</w:t>
      </w:r>
    </w:p>
    <w:p w14:paraId="34806A09" w14:textId="77777777" w:rsidR="00AE08AB" w:rsidRDefault="00AA2D9E">
      <w:r>
        <w:t>Remain quiet for a moment. What truth, Scripture, conviction, or gentle reminder is rising?</w:t>
      </w:r>
    </w:p>
    <w:p w14:paraId="3D709843" w14:textId="77777777" w:rsidR="00AE08AB" w:rsidRDefault="00AA2D9E">
      <w:pPr>
        <w:spacing w:after="60"/>
      </w:pPr>
      <w:r>
        <w:rPr>
          <w:color w:val="B9B9B9"/>
          <w:sz w:val="16"/>
        </w:rPr>
        <w:t>________________________________________________________</w:t>
      </w:r>
    </w:p>
    <w:p w14:paraId="238E16A3" w14:textId="77777777" w:rsidR="00AE08AB" w:rsidRDefault="00AA2D9E">
      <w:pPr>
        <w:spacing w:after="60"/>
      </w:pPr>
      <w:r>
        <w:rPr>
          <w:color w:val="B9B9B9"/>
          <w:sz w:val="16"/>
        </w:rPr>
        <w:t>________________________________________________________</w:t>
      </w:r>
    </w:p>
    <w:p w14:paraId="1D072BF5" w14:textId="77777777" w:rsidR="00AE08AB" w:rsidRDefault="00AA2D9E">
      <w:pPr>
        <w:pStyle w:val="Heading2"/>
      </w:pPr>
      <w:r>
        <w:t>My Unfiltered Prayer</w:t>
      </w:r>
    </w:p>
    <w:p w14:paraId="372E0715" w14:textId="77777777" w:rsidR="00AE08AB" w:rsidRDefault="00AA2D9E">
      <w:r>
        <w:t>God, as I sit with you do not have to carry everyone, what I most need to tell You honestly is…</w:t>
      </w:r>
    </w:p>
    <w:p w14:paraId="7BD2897E" w14:textId="77777777" w:rsidR="00AE08AB" w:rsidRDefault="00AA2D9E">
      <w:pPr>
        <w:spacing w:after="60"/>
      </w:pPr>
      <w:r>
        <w:rPr>
          <w:color w:val="B9B9B9"/>
          <w:sz w:val="16"/>
        </w:rPr>
        <w:t>________________________________________________________</w:t>
      </w:r>
    </w:p>
    <w:p w14:paraId="56F190F2" w14:textId="77777777" w:rsidR="00AE08AB" w:rsidRDefault="00AA2D9E">
      <w:pPr>
        <w:spacing w:after="60"/>
      </w:pPr>
      <w:r>
        <w:rPr>
          <w:color w:val="B9B9B9"/>
          <w:sz w:val="16"/>
        </w:rPr>
        <w:t>________________________________________________________</w:t>
      </w:r>
    </w:p>
    <w:p w14:paraId="0C527C98" w14:textId="77777777" w:rsidR="00AE08AB" w:rsidRDefault="00AA2D9E">
      <w:pPr>
        <w:spacing w:after="60"/>
      </w:pPr>
      <w:r>
        <w:rPr>
          <w:color w:val="B9B9B9"/>
          <w:sz w:val="16"/>
        </w:rPr>
        <w:t>________________________________________________________</w:t>
      </w:r>
    </w:p>
    <w:p w14:paraId="53827D2D" w14:textId="77777777" w:rsidR="00AE08AB" w:rsidRDefault="00AA2D9E">
      <w:pPr>
        <w:spacing w:after="60"/>
      </w:pPr>
      <w:r>
        <w:rPr>
          <w:color w:val="B9B9B9"/>
          <w:sz w:val="16"/>
        </w:rPr>
        <w:lastRenderedPageBreak/>
        <w:t>________________________________________________________</w:t>
      </w:r>
    </w:p>
    <w:p w14:paraId="50091CC2" w14:textId="77777777" w:rsidR="00AE08AB" w:rsidRDefault="00AA2D9E">
      <w:pPr>
        <w:spacing w:after="60"/>
      </w:pPr>
      <w:r>
        <w:rPr>
          <w:color w:val="B9B9B9"/>
          <w:sz w:val="16"/>
        </w:rPr>
        <w:t>________________________________________________________</w:t>
      </w:r>
    </w:p>
    <w:p w14:paraId="08A13085" w14:textId="77777777" w:rsidR="00AE08AB" w:rsidRDefault="00AA2D9E">
      <w:pPr>
        <w:spacing w:after="60"/>
      </w:pPr>
      <w:r>
        <w:rPr>
          <w:color w:val="B9B9B9"/>
          <w:sz w:val="16"/>
        </w:rPr>
        <w:t>________________________________________________________</w:t>
      </w:r>
    </w:p>
    <w:p w14:paraId="2ACF2354" w14:textId="77777777" w:rsidR="00AE08AB" w:rsidRDefault="00AA2D9E">
      <w:pPr>
        <w:spacing w:after="60"/>
      </w:pPr>
      <w:r>
        <w:rPr>
          <w:color w:val="B9B9B9"/>
          <w:sz w:val="16"/>
        </w:rPr>
        <w:t>________________________________________________________</w:t>
      </w:r>
    </w:p>
    <w:p w14:paraId="678B0C27" w14:textId="77777777" w:rsidR="00AE08AB" w:rsidRDefault="00AA2D9E">
      <w:r>
        <w:br w:type="page"/>
      </w:r>
    </w:p>
    <w:p w14:paraId="5C5E2EAD" w14:textId="77777777" w:rsidR="00AE08AB" w:rsidRDefault="00AA2D9E">
      <w:pPr>
        <w:pStyle w:val="Heading2"/>
      </w:pPr>
      <w:r>
        <w:lastRenderedPageBreak/>
        <w:t>DAY 18</w:t>
      </w:r>
    </w:p>
    <w:p w14:paraId="24317C04" w14:textId="77777777" w:rsidR="00AE08AB" w:rsidRDefault="00AA2D9E">
      <w:pPr>
        <w:pStyle w:val="Heading1"/>
      </w:pPr>
      <w:r>
        <w:t>Boundaries Without Guilt</w:t>
      </w:r>
    </w:p>
    <w:p w14:paraId="196F5EC7" w14:textId="77777777" w:rsidR="00AE08AB" w:rsidRDefault="00AA2D9E">
      <w:r>
        <w:rPr>
          <w:b/>
          <w:color w:val="B08D3A"/>
        </w:rPr>
        <w:t xml:space="preserve">SCRIPTURE ANCHOR  </w:t>
      </w:r>
      <w:r>
        <w:t>Proverbs 4:23</w:t>
      </w:r>
    </w:p>
    <w:p w14:paraId="6093AA0B" w14:textId="77777777" w:rsidR="00AE08AB" w:rsidRDefault="00AA2D9E">
      <w:pPr>
        <w:pStyle w:val="Heading2"/>
      </w:pPr>
      <w:r>
        <w:t>Pause</w:t>
      </w:r>
    </w:p>
    <w:p w14:paraId="1BEF5937" w14:textId="77777777" w:rsidR="00AE08AB" w:rsidRDefault="00AA2D9E">
      <w:r>
        <w:t>Take three slow breaths. Let your body become still. You do not have to solve anything before you pray.</w:t>
      </w:r>
    </w:p>
    <w:p w14:paraId="483E5810" w14:textId="77777777" w:rsidR="00AE08AB" w:rsidRDefault="00AA2D9E">
      <w:pPr>
        <w:pStyle w:val="Heading2"/>
      </w:pPr>
      <w:r>
        <w:t>Guided Prayer</w:t>
      </w:r>
    </w:p>
    <w:p w14:paraId="1AC549C9" w14:textId="77777777" w:rsidR="00AE08AB" w:rsidRDefault="00AA2D9E">
      <w:r>
        <w:t>Father, I bring You the reality of boundaries without guilt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w:t>
      </w:r>
      <w:r>
        <w:t>stions remain unanswered. In Jesus' name, Amen.</w:t>
      </w:r>
    </w:p>
    <w:p w14:paraId="1DAC740C" w14:textId="77777777" w:rsidR="00AE08AB" w:rsidRDefault="00AA2D9E">
      <w:pPr>
        <w:pStyle w:val="Heading2"/>
      </w:pPr>
      <w:r>
        <w:t>Release</w:t>
      </w:r>
    </w:p>
    <w:p w14:paraId="7BECA388" w14:textId="77777777" w:rsidR="00AE08AB" w:rsidRDefault="00AA2D9E">
      <w:r>
        <w:t>Complete this sentence slowly: “Father, today I place into Your hands…”</w:t>
      </w:r>
    </w:p>
    <w:p w14:paraId="404A9AEF" w14:textId="77777777" w:rsidR="00AE08AB" w:rsidRDefault="00AA2D9E">
      <w:pPr>
        <w:spacing w:after="60"/>
      </w:pPr>
      <w:r>
        <w:rPr>
          <w:color w:val="B9B9B9"/>
          <w:sz w:val="16"/>
        </w:rPr>
        <w:t>________________________________________________________</w:t>
      </w:r>
    </w:p>
    <w:p w14:paraId="0926867D" w14:textId="77777777" w:rsidR="00AE08AB" w:rsidRDefault="00AA2D9E">
      <w:pPr>
        <w:spacing w:after="60"/>
      </w:pPr>
      <w:r>
        <w:rPr>
          <w:color w:val="B9B9B9"/>
          <w:sz w:val="16"/>
        </w:rPr>
        <w:t>________________________________________________________</w:t>
      </w:r>
    </w:p>
    <w:p w14:paraId="26021DB6" w14:textId="77777777" w:rsidR="00AE08AB" w:rsidRDefault="00AA2D9E">
      <w:pPr>
        <w:pStyle w:val="Heading2"/>
      </w:pPr>
      <w:r>
        <w:t>Listen</w:t>
      </w:r>
    </w:p>
    <w:p w14:paraId="3A3AA0B7" w14:textId="77777777" w:rsidR="00AE08AB" w:rsidRDefault="00AA2D9E">
      <w:r>
        <w:t>Remain quiet for a moment. What truth, Scripture, conviction, or gentle reminder is rising?</w:t>
      </w:r>
    </w:p>
    <w:p w14:paraId="76345EE6" w14:textId="77777777" w:rsidR="00AE08AB" w:rsidRDefault="00AA2D9E">
      <w:pPr>
        <w:spacing w:after="60"/>
      </w:pPr>
      <w:r>
        <w:rPr>
          <w:color w:val="B9B9B9"/>
          <w:sz w:val="16"/>
        </w:rPr>
        <w:t>________________________________________________________</w:t>
      </w:r>
    </w:p>
    <w:p w14:paraId="52299643" w14:textId="77777777" w:rsidR="00AE08AB" w:rsidRDefault="00AA2D9E">
      <w:pPr>
        <w:spacing w:after="60"/>
      </w:pPr>
      <w:r>
        <w:rPr>
          <w:color w:val="B9B9B9"/>
          <w:sz w:val="16"/>
        </w:rPr>
        <w:t>________________________________________________________</w:t>
      </w:r>
    </w:p>
    <w:p w14:paraId="20767A28" w14:textId="77777777" w:rsidR="00AE08AB" w:rsidRDefault="00AA2D9E">
      <w:pPr>
        <w:pStyle w:val="Heading2"/>
      </w:pPr>
      <w:r>
        <w:t>My Unfiltered Prayer</w:t>
      </w:r>
    </w:p>
    <w:p w14:paraId="7C3926FF" w14:textId="77777777" w:rsidR="00AE08AB" w:rsidRDefault="00AA2D9E">
      <w:r>
        <w:t>God, as I sit with boundaries without guilt, what I most need to tell You honestly is…</w:t>
      </w:r>
    </w:p>
    <w:p w14:paraId="3799F601" w14:textId="77777777" w:rsidR="00AE08AB" w:rsidRDefault="00AA2D9E">
      <w:pPr>
        <w:spacing w:after="60"/>
      </w:pPr>
      <w:r>
        <w:rPr>
          <w:color w:val="B9B9B9"/>
          <w:sz w:val="16"/>
        </w:rPr>
        <w:t>________________________________________________________</w:t>
      </w:r>
    </w:p>
    <w:p w14:paraId="287F5776" w14:textId="77777777" w:rsidR="00AE08AB" w:rsidRDefault="00AA2D9E">
      <w:pPr>
        <w:spacing w:after="60"/>
      </w:pPr>
      <w:r>
        <w:rPr>
          <w:color w:val="B9B9B9"/>
          <w:sz w:val="16"/>
        </w:rPr>
        <w:t>________________________________________________________</w:t>
      </w:r>
    </w:p>
    <w:p w14:paraId="384B0E34" w14:textId="77777777" w:rsidR="00AE08AB" w:rsidRDefault="00AA2D9E">
      <w:pPr>
        <w:spacing w:after="60"/>
      </w:pPr>
      <w:r>
        <w:rPr>
          <w:color w:val="B9B9B9"/>
          <w:sz w:val="16"/>
        </w:rPr>
        <w:t>________________________________________________________</w:t>
      </w:r>
    </w:p>
    <w:p w14:paraId="326CAD8B" w14:textId="77777777" w:rsidR="00AE08AB" w:rsidRDefault="00AA2D9E">
      <w:pPr>
        <w:spacing w:after="60"/>
      </w:pPr>
      <w:r>
        <w:rPr>
          <w:color w:val="B9B9B9"/>
          <w:sz w:val="16"/>
        </w:rPr>
        <w:t>________________________________________________________</w:t>
      </w:r>
    </w:p>
    <w:p w14:paraId="0E4A805F" w14:textId="77777777" w:rsidR="00AE08AB" w:rsidRDefault="00AA2D9E">
      <w:pPr>
        <w:spacing w:after="60"/>
      </w:pPr>
      <w:r>
        <w:rPr>
          <w:color w:val="B9B9B9"/>
          <w:sz w:val="16"/>
        </w:rPr>
        <w:lastRenderedPageBreak/>
        <w:t>________________________________________________________</w:t>
      </w:r>
    </w:p>
    <w:p w14:paraId="5B2B6BF1" w14:textId="77777777" w:rsidR="00AE08AB" w:rsidRDefault="00AA2D9E">
      <w:pPr>
        <w:spacing w:after="60"/>
      </w:pPr>
      <w:r>
        <w:rPr>
          <w:color w:val="B9B9B9"/>
          <w:sz w:val="16"/>
        </w:rPr>
        <w:t>________________________________________________________</w:t>
      </w:r>
    </w:p>
    <w:p w14:paraId="2BD8D591" w14:textId="77777777" w:rsidR="00AE08AB" w:rsidRDefault="00AA2D9E">
      <w:pPr>
        <w:spacing w:after="60"/>
      </w:pPr>
      <w:r>
        <w:rPr>
          <w:color w:val="B9B9B9"/>
          <w:sz w:val="16"/>
        </w:rPr>
        <w:t>________________________________________________________</w:t>
      </w:r>
    </w:p>
    <w:p w14:paraId="3885ED6C" w14:textId="77777777" w:rsidR="00AE08AB" w:rsidRDefault="00AA2D9E">
      <w:r>
        <w:br w:type="page"/>
      </w:r>
    </w:p>
    <w:p w14:paraId="04F22899" w14:textId="77777777" w:rsidR="00AE08AB" w:rsidRDefault="00AA2D9E">
      <w:pPr>
        <w:pStyle w:val="Heading2"/>
      </w:pPr>
      <w:r>
        <w:lastRenderedPageBreak/>
        <w:t>DAY 19</w:t>
      </w:r>
    </w:p>
    <w:p w14:paraId="590C1952" w14:textId="77777777" w:rsidR="00AE08AB" w:rsidRDefault="00AA2D9E">
      <w:pPr>
        <w:pStyle w:val="Heading1"/>
      </w:pPr>
      <w:r>
        <w:t>Restoring Emotional Margin</w:t>
      </w:r>
    </w:p>
    <w:p w14:paraId="40345148" w14:textId="77777777" w:rsidR="00AE08AB" w:rsidRDefault="00AA2D9E">
      <w:r>
        <w:rPr>
          <w:b/>
          <w:color w:val="B08D3A"/>
        </w:rPr>
        <w:t xml:space="preserve">SCRIPTURE ANCHOR  </w:t>
      </w:r>
      <w:r>
        <w:t>Mark 6:31</w:t>
      </w:r>
    </w:p>
    <w:p w14:paraId="321EFF9D" w14:textId="77777777" w:rsidR="00AE08AB" w:rsidRDefault="00AA2D9E">
      <w:pPr>
        <w:pStyle w:val="Heading2"/>
      </w:pPr>
      <w:r>
        <w:t>Pause</w:t>
      </w:r>
    </w:p>
    <w:p w14:paraId="6A40F64F" w14:textId="77777777" w:rsidR="00AE08AB" w:rsidRDefault="00AA2D9E">
      <w:r>
        <w:t>Take three slow breaths. Let your body become still. You do not have to solve anything before you pray.</w:t>
      </w:r>
    </w:p>
    <w:p w14:paraId="59363174" w14:textId="77777777" w:rsidR="00AE08AB" w:rsidRDefault="00AA2D9E">
      <w:pPr>
        <w:pStyle w:val="Heading2"/>
      </w:pPr>
      <w:r>
        <w:t>Guided Prayer</w:t>
      </w:r>
    </w:p>
    <w:p w14:paraId="0F14198B" w14:textId="77777777" w:rsidR="00AE08AB" w:rsidRDefault="00AA2D9E">
      <w:r>
        <w:t>Father, I bring You the reality of restoring emotional margin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w:t>
      </w:r>
      <w:r>
        <w:t>uestions remain unanswered. In Jesus' name, Amen.</w:t>
      </w:r>
    </w:p>
    <w:p w14:paraId="11249A47" w14:textId="77777777" w:rsidR="00AE08AB" w:rsidRDefault="00AA2D9E">
      <w:pPr>
        <w:pStyle w:val="Heading2"/>
      </w:pPr>
      <w:r>
        <w:t>Release</w:t>
      </w:r>
    </w:p>
    <w:p w14:paraId="443F52C9" w14:textId="77777777" w:rsidR="00AE08AB" w:rsidRDefault="00AA2D9E">
      <w:r>
        <w:t>Complete this sentence slowly: “Father, today I place into Your hands…”</w:t>
      </w:r>
    </w:p>
    <w:p w14:paraId="4C57BD50" w14:textId="77777777" w:rsidR="00AE08AB" w:rsidRDefault="00AA2D9E">
      <w:pPr>
        <w:spacing w:after="60"/>
      </w:pPr>
      <w:r>
        <w:rPr>
          <w:color w:val="B9B9B9"/>
          <w:sz w:val="16"/>
        </w:rPr>
        <w:t>________________________________________________________</w:t>
      </w:r>
    </w:p>
    <w:p w14:paraId="5D068D2A" w14:textId="77777777" w:rsidR="00AE08AB" w:rsidRDefault="00AA2D9E">
      <w:pPr>
        <w:spacing w:after="60"/>
      </w:pPr>
      <w:r>
        <w:rPr>
          <w:color w:val="B9B9B9"/>
          <w:sz w:val="16"/>
        </w:rPr>
        <w:t>________________________________________________________</w:t>
      </w:r>
    </w:p>
    <w:p w14:paraId="5F625BB3" w14:textId="77777777" w:rsidR="00AE08AB" w:rsidRDefault="00AA2D9E">
      <w:pPr>
        <w:pStyle w:val="Heading2"/>
      </w:pPr>
      <w:r>
        <w:t>Listen</w:t>
      </w:r>
    </w:p>
    <w:p w14:paraId="5B64BAE4" w14:textId="77777777" w:rsidR="00AE08AB" w:rsidRDefault="00AA2D9E">
      <w:r>
        <w:t>Remain quiet for a moment. What truth, Scripture, conviction, or gentle reminder is rising?</w:t>
      </w:r>
    </w:p>
    <w:p w14:paraId="4262A700" w14:textId="77777777" w:rsidR="00AE08AB" w:rsidRDefault="00AA2D9E">
      <w:pPr>
        <w:spacing w:after="60"/>
      </w:pPr>
      <w:r>
        <w:rPr>
          <w:color w:val="B9B9B9"/>
          <w:sz w:val="16"/>
        </w:rPr>
        <w:t>________________________________________________________</w:t>
      </w:r>
    </w:p>
    <w:p w14:paraId="5DAD9399" w14:textId="77777777" w:rsidR="00AE08AB" w:rsidRDefault="00AA2D9E">
      <w:pPr>
        <w:spacing w:after="60"/>
      </w:pPr>
      <w:r>
        <w:rPr>
          <w:color w:val="B9B9B9"/>
          <w:sz w:val="16"/>
        </w:rPr>
        <w:t>________________________________________________________</w:t>
      </w:r>
    </w:p>
    <w:p w14:paraId="6704444C" w14:textId="77777777" w:rsidR="00AE08AB" w:rsidRDefault="00AA2D9E">
      <w:pPr>
        <w:pStyle w:val="Heading2"/>
      </w:pPr>
      <w:r>
        <w:t>My Unfiltered Prayer</w:t>
      </w:r>
    </w:p>
    <w:p w14:paraId="29BD1125" w14:textId="77777777" w:rsidR="00AE08AB" w:rsidRDefault="00AA2D9E">
      <w:r>
        <w:t>God, as I sit with restoring emotional margin, what I most need to tell You honestly is…</w:t>
      </w:r>
    </w:p>
    <w:p w14:paraId="554783BE" w14:textId="77777777" w:rsidR="00AE08AB" w:rsidRDefault="00AA2D9E">
      <w:pPr>
        <w:spacing w:after="60"/>
      </w:pPr>
      <w:r>
        <w:rPr>
          <w:color w:val="B9B9B9"/>
          <w:sz w:val="16"/>
        </w:rPr>
        <w:t>________________________________________________________</w:t>
      </w:r>
    </w:p>
    <w:p w14:paraId="3395FEEB" w14:textId="77777777" w:rsidR="00AE08AB" w:rsidRDefault="00AA2D9E">
      <w:pPr>
        <w:spacing w:after="60"/>
      </w:pPr>
      <w:r>
        <w:rPr>
          <w:color w:val="B9B9B9"/>
          <w:sz w:val="16"/>
        </w:rPr>
        <w:t>________________________________________________________</w:t>
      </w:r>
    </w:p>
    <w:p w14:paraId="1C61509E" w14:textId="77777777" w:rsidR="00AE08AB" w:rsidRDefault="00AA2D9E">
      <w:pPr>
        <w:spacing w:after="60"/>
      </w:pPr>
      <w:r>
        <w:rPr>
          <w:color w:val="B9B9B9"/>
          <w:sz w:val="16"/>
        </w:rPr>
        <w:t>________________________________________________________</w:t>
      </w:r>
    </w:p>
    <w:p w14:paraId="5C5E8FAB" w14:textId="77777777" w:rsidR="00AE08AB" w:rsidRDefault="00AA2D9E">
      <w:pPr>
        <w:spacing w:after="60"/>
      </w:pPr>
      <w:r>
        <w:rPr>
          <w:color w:val="B9B9B9"/>
          <w:sz w:val="16"/>
        </w:rPr>
        <w:lastRenderedPageBreak/>
        <w:t>________________________________________________________</w:t>
      </w:r>
    </w:p>
    <w:p w14:paraId="32BA7DE5" w14:textId="77777777" w:rsidR="00AE08AB" w:rsidRDefault="00AA2D9E">
      <w:pPr>
        <w:spacing w:after="60"/>
      </w:pPr>
      <w:r>
        <w:rPr>
          <w:color w:val="B9B9B9"/>
          <w:sz w:val="16"/>
        </w:rPr>
        <w:t>________________________________________________________</w:t>
      </w:r>
    </w:p>
    <w:p w14:paraId="377C8DD0" w14:textId="77777777" w:rsidR="00AE08AB" w:rsidRDefault="00AA2D9E">
      <w:pPr>
        <w:spacing w:after="60"/>
      </w:pPr>
      <w:r>
        <w:rPr>
          <w:color w:val="B9B9B9"/>
          <w:sz w:val="16"/>
        </w:rPr>
        <w:t>________________________________________________________</w:t>
      </w:r>
    </w:p>
    <w:p w14:paraId="40593350" w14:textId="77777777" w:rsidR="00AE08AB" w:rsidRDefault="00AA2D9E">
      <w:pPr>
        <w:spacing w:after="60"/>
      </w:pPr>
      <w:r>
        <w:rPr>
          <w:color w:val="B9B9B9"/>
          <w:sz w:val="16"/>
        </w:rPr>
        <w:t>________________________________________________________</w:t>
      </w:r>
    </w:p>
    <w:p w14:paraId="39125A3B" w14:textId="77777777" w:rsidR="00AE08AB" w:rsidRDefault="00AA2D9E">
      <w:r>
        <w:br w:type="page"/>
      </w:r>
    </w:p>
    <w:p w14:paraId="101C5EEE" w14:textId="77777777" w:rsidR="00AE08AB" w:rsidRDefault="00AA2D9E">
      <w:pPr>
        <w:pStyle w:val="Heading2"/>
      </w:pPr>
      <w:r>
        <w:lastRenderedPageBreak/>
        <w:t>DAY 20</w:t>
      </w:r>
    </w:p>
    <w:p w14:paraId="2B728D9B" w14:textId="77777777" w:rsidR="00AE08AB" w:rsidRDefault="00AA2D9E">
      <w:pPr>
        <w:pStyle w:val="Heading1"/>
      </w:pPr>
      <w:r>
        <w:t>Releasing the Need to Explain</w:t>
      </w:r>
    </w:p>
    <w:p w14:paraId="64AF2F2D" w14:textId="77777777" w:rsidR="00AE08AB" w:rsidRDefault="00AA2D9E">
      <w:r>
        <w:rPr>
          <w:b/>
          <w:color w:val="B08D3A"/>
        </w:rPr>
        <w:t xml:space="preserve">SCRIPTURE ANCHOR  </w:t>
      </w:r>
      <w:r>
        <w:t>Psalm 62:8</w:t>
      </w:r>
    </w:p>
    <w:p w14:paraId="2FB1B035" w14:textId="77777777" w:rsidR="00AE08AB" w:rsidRDefault="00AA2D9E">
      <w:pPr>
        <w:pStyle w:val="Heading2"/>
      </w:pPr>
      <w:r>
        <w:t>Pause</w:t>
      </w:r>
    </w:p>
    <w:p w14:paraId="4EC1B972" w14:textId="77777777" w:rsidR="00AE08AB" w:rsidRDefault="00AA2D9E">
      <w:r>
        <w:t>Take three slow breaths. Let your body become still. You do not have to solve anything before you pray.</w:t>
      </w:r>
    </w:p>
    <w:p w14:paraId="78F41C3C" w14:textId="77777777" w:rsidR="00AE08AB" w:rsidRDefault="00AA2D9E">
      <w:pPr>
        <w:pStyle w:val="Heading2"/>
      </w:pPr>
      <w:r>
        <w:t>Guided Prayer</w:t>
      </w:r>
    </w:p>
    <w:p w14:paraId="47EC111F" w14:textId="77777777" w:rsidR="00AE08AB" w:rsidRDefault="00AA2D9E">
      <w:r>
        <w:t>Father, I bring You the reality of releasing the need to explain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4659BEAF" w14:textId="77777777" w:rsidR="00AE08AB" w:rsidRDefault="00AA2D9E">
      <w:pPr>
        <w:pStyle w:val="Heading2"/>
      </w:pPr>
      <w:r>
        <w:t>Release</w:t>
      </w:r>
    </w:p>
    <w:p w14:paraId="7BF5130A" w14:textId="77777777" w:rsidR="00AE08AB" w:rsidRDefault="00AA2D9E">
      <w:r>
        <w:t>Complete this sentence slowly: “Father, today I place into Your hands…”</w:t>
      </w:r>
    </w:p>
    <w:p w14:paraId="03E8742D" w14:textId="77777777" w:rsidR="00AE08AB" w:rsidRDefault="00AA2D9E">
      <w:pPr>
        <w:spacing w:after="60"/>
      </w:pPr>
      <w:r>
        <w:rPr>
          <w:color w:val="B9B9B9"/>
          <w:sz w:val="16"/>
        </w:rPr>
        <w:t>________________________________________________________</w:t>
      </w:r>
    </w:p>
    <w:p w14:paraId="07BD9A79" w14:textId="77777777" w:rsidR="00AE08AB" w:rsidRDefault="00AA2D9E">
      <w:pPr>
        <w:spacing w:after="60"/>
      </w:pPr>
      <w:r>
        <w:rPr>
          <w:color w:val="B9B9B9"/>
          <w:sz w:val="16"/>
        </w:rPr>
        <w:t>________________________________________________________</w:t>
      </w:r>
    </w:p>
    <w:p w14:paraId="0FDBC94F" w14:textId="77777777" w:rsidR="00AE08AB" w:rsidRDefault="00AA2D9E">
      <w:pPr>
        <w:pStyle w:val="Heading2"/>
      </w:pPr>
      <w:r>
        <w:t>Listen</w:t>
      </w:r>
    </w:p>
    <w:p w14:paraId="7DC69BC2" w14:textId="77777777" w:rsidR="00AE08AB" w:rsidRDefault="00AA2D9E">
      <w:r>
        <w:t>Remain quiet for a moment. What truth, Scripture, conviction, or gentle reminder is rising?</w:t>
      </w:r>
    </w:p>
    <w:p w14:paraId="47526D4B" w14:textId="77777777" w:rsidR="00AE08AB" w:rsidRDefault="00AA2D9E">
      <w:pPr>
        <w:spacing w:after="60"/>
      </w:pPr>
      <w:r>
        <w:rPr>
          <w:color w:val="B9B9B9"/>
          <w:sz w:val="16"/>
        </w:rPr>
        <w:t>________________________________________________________</w:t>
      </w:r>
    </w:p>
    <w:p w14:paraId="4037ADFD" w14:textId="77777777" w:rsidR="00AE08AB" w:rsidRDefault="00AA2D9E">
      <w:pPr>
        <w:spacing w:after="60"/>
      </w:pPr>
      <w:r>
        <w:rPr>
          <w:color w:val="B9B9B9"/>
          <w:sz w:val="16"/>
        </w:rPr>
        <w:t>________________________________________________________</w:t>
      </w:r>
    </w:p>
    <w:p w14:paraId="331A9149" w14:textId="77777777" w:rsidR="00AE08AB" w:rsidRDefault="00AA2D9E">
      <w:pPr>
        <w:pStyle w:val="Heading2"/>
      </w:pPr>
      <w:r>
        <w:t>My Unfiltered Prayer</w:t>
      </w:r>
    </w:p>
    <w:p w14:paraId="1D447736" w14:textId="77777777" w:rsidR="00AE08AB" w:rsidRDefault="00AA2D9E">
      <w:r>
        <w:t>God, as I sit with releasing the need to explain, what I most need to tell You honestly is…</w:t>
      </w:r>
    </w:p>
    <w:p w14:paraId="669E165A" w14:textId="77777777" w:rsidR="00AE08AB" w:rsidRDefault="00AA2D9E">
      <w:pPr>
        <w:spacing w:after="60"/>
      </w:pPr>
      <w:r>
        <w:rPr>
          <w:color w:val="B9B9B9"/>
          <w:sz w:val="16"/>
        </w:rPr>
        <w:t>________________________________________________________</w:t>
      </w:r>
    </w:p>
    <w:p w14:paraId="59CC5C53" w14:textId="77777777" w:rsidR="00AE08AB" w:rsidRDefault="00AA2D9E">
      <w:pPr>
        <w:spacing w:after="60"/>
      </w:pPr>
      <w:r>
        <w:rPr>
          <w:color w:val="B9B9B9"/>
          <w:sz w:val="16"/>
        </w:rPr>
        <w:t>________________________________________________________</w:t>
      </w:r>
    </w:p>
    <w:p w14:paraId="0FFECFFF" w14:textId="77777777" w:rsidR="00AE08AB" w:rsidRDefault="00AA2D9E">
      <w:pPr>
        <w:spacing w:after="60"/>
      </w:pPr>
      <w:r>
        <w:rPr>
          <w:color w:val="B9B9B9"/>
          <w:sz w:val="16"/>
        </w:rPr>
        <w:t>________________________________________________________</w:t>
      </w:r>
    </w:p>
    <w:p w14:paraId="3D7E1612" w14:textId="77777777" w:rsidR="00AE08AB" w:rsidRDefault="00AA2D9E">
      <w:pPr>
        <w:spacing w:after="60"/>
      </w:pPr>
      <w:r>
        <w:rPr>
          <w:color w:val="B9B9B9"/>
          <w:sz w:val="16"/>
        </w:rPr>
        <w:lastRenderedPageBreak/>
        <w:t>________________________________________________________</w:t>
      </w:r>
    </w:p>
    <w:p w14:paraId="29217F5E" w14:textId="77777777" w:rsidR="00AE08AB" w:rsidRDefault="00AA2D9E">
      <w:pPr>
        <w:spacing w:after="60"/>
      </w:pPr>
      <w:r>
        <w:rPr>
          <w:color w:val="B9B9B9"/>
          <w:sz w:val="16"/>
        </w:rPr>
        <w:t>________________________________________________________</w:t>
      </w:r>
    </w:p>
    <w:p w14:paraId="051FEFED" w14:textId="77777777" w:rsidR="00AE08AB" w:rsidRDefault="00AA2D9E">
      <w:pPr>
        <w:spacing w:after="60"/>
      </w:pPr>
      <w:r>
        <w:rPr>
          <w:color w:val="B9B9B9"/>
          <w:sz w:val="16"/>
        </w:rPr>
        <w:t>________________________________________________________</w:t>
      </w:r>
    </w:p>
    <w:p w14:paraId="3544021C" w14:textId="77777777" w:rsidR="00AE08AB" w:rsidRDefault="00AA2D9E">
      <w:pPr>
        <w:spacing w:after="60"/>
      </w:pPr>
      <w:r>
        <w:rPr>
          <w:color w:val="B9B9B9"/>
          <w:sz w:val="16"/>
        </w:rPr>
        <w:t>________________________________________________________</w:t>
      </w:r>
    </w:p>
    <w:p w14:paraId="0D11A9B1" w14:textId="77777777" w:rsidR="00AE08AB" w:rsidRDefault="00AA2D9E">
      <w:r>
        <w:br w:type="page"/>
      </w:r>
    </w:p>
    <w:p w14:paraId="79A7A3A5" w14:textId="77777777" w:rsidR="00AE08AB" w:rsidRDefault="00AA2D9E">
      <w:pPr>
        <w:pStyle w:val="Heading2"/>
      </w:pPr>
      <w:r>
        <w:lastRenderedPageBreak/>
        <w:t>DAY 21</w:t>
      </w:r>
    </w:p>
    <w:p w14:paraId="2F3DE18F" w14:textId="77777777" w:rsidR="00AE08AB" w:rsidRDefault="00AA2D9E">
      <w:pPr>
        <w:pStyle w:val="Heading1"/>
      </w:pPr>
      <w:r>
        <w:t>When Others Do Not Understand</w:t>
      </w:r>
    </w:p>
    <w:p w14:paraId="74030516" w14:textId="77777777" w:rsidR="00AE08AB" w:rsidRDefault="00AA2D9E">
      <w:r>
        <w:rPr>
          <w:b/>
          <w:color w:val="B08D3A"/>
        </w:rPr>
        <w:t xml:space="preserve">SCRIPTURE ANCHOR  </w:t>
      </w:r>
      <w:r>
        <w:t>Isaiah 53:3</w:t>
      </w:r>
    </w:p>
    <w:p w14:paraId="32E70A8A" w14:textId="77777777" w:rsidR="00AE08AB" w:rsidRDefault="00AA2D9E">
      <w:pPr>
        <w:pStyle w:val="Heading2"/>
      </w:pPr>
      <w:r>
        <w:t>Pause</w:t>
      </w:r>
    </w:p>
    <w:p w14:paraId="648C1930" w14:textId="77777777" w:rsidR="00AE08AB" w:rsidRDefault="00AA2D9E">
      <w:r>
        <w:t>Take three slow breaths. Let your body become still. You do not have to solve anything before you pray.</w:t>
      </w:r>
    </w:p>
    <w:p w14:paraId="6DAF2418" w14:textId="77777777" w:rsidR="00AE08AB" w:rsidRDefault="00AA2D9E">
      <w:pPr>
        <w:pStyle w:val="Heading2"/>
      </w:pPr>
      <w:r>
        <w:t>Guided Prayer</w:t>
      </w:r>
    </w:p>
    <w:p w14:paraId="7308AEDE" w14:textId="77777777" w:rsidR="00AE08AB" w:rsidRDefault="00AA2D9E">
      <w:r>
        <w:t>Father, I bring You the reality of when others do not understand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2F29681F" w14:textId="77777777" w:rsidR="00AE08AB" w:rsidRDefault="00AA2D9E">
      <w:pPr>
        <w:pStyle w:val="Heading2"/>
      </w:pPr>
      <w:r>
        <w:t>Release</w:t>
      </w:r>
    </w:p>
    <w:p w14:paraId="628C2F46" w14:textId="77777777" w:rsidR="00AE08AB" w:rsidRDefault="00AA2D9E">
      <w:r>
        <w:t>Complete this sentence slowly: “Father, today I place into Your hands…”</w:t>
      </w:r>
    </w:p>
    <w:p w14:paraId="36FE6B3E" w14:textId="77777777" w:rsidR="00AE08AB" w:rsidRDefault="00AA2D9E">
      <w:pPr>
        <w:spacing w:after="60"/>
      </w:pPr>
      <w:r>
        <w:rPr>
          <w:color w:val="B9B9B9"/>
          <w:sz w:val="16"/>
        </w:rPr>
        <w:t>________________________________________________________</w:t>
      </w:r>
    </w:p>
    <w:p w14:paraId="5965090E" w14:textId="77777777" w:rsidR="00AE08AB" w:rsidRDefault="00AA2D9E">
      <w:pPr>
        <w:spacing w:after="60"/>
      </w:pPr>
      <w:r>
        <w:rPr>
          <w:color w:val="B9B9B9"/>
          <w:sz w:val="16"/>
        </w:rPr>
        <w:t>________________________________________________________</w:t>
      </w:r>
    </w:p>
    <w:p w14:paraId="14194EA2" w14:textId="77777777" w:rsidR="00AE08AB" w:rsidRDefault="00AA2D9E">
      <w:pPr>
        <w:pStyle w:val="Heading2"/>
      </w:pPr>
      <w:r>
        <w:t>Listen</w:t>
      </w:r>
    </w:p>
    <w:p w14:paraId="29EA4996" w14:textId="77777777" w:rsidR="00AE08AB" w:rsidRDefault="00AA2D9E">
      <w:r>
        <w:t>Remain quiet for a moment. What truth, Scripture, conviction, or gentle reminder is rising?</w:t>
      </w:r>
    </w:p>
    <w:p w14:paraId="1C15C3D4" w14:textId="77777777" w:rsidR="00AE08AB" w:rsidRDefault="00AA2D9E">
      <w:pPr>
        <w:spacing w:after="60"/>
      </w:pPr>
      <w:r>
        <w:rPr>
          <w:color w:val="B9B9B9"/>
          <w:sz w:val="16"/>
        </w:rPr>
        <w:t>________________________________________________________</w:t>
      </w:r>
    </w:p>
    <w:p w14:paraId="0A0668AC" w14:textId="77777777" w:rsidR="00AE08AB" w:rsidRDefault="00AA2D9E">
      <w:pPr>
        <w:spacing w:after="60"/>
      </w:pPr>
      <w:r>
        <w:rPr>
          <w:color w:val="B9B9B9"/>
          <w:sz w:val="16"/>
        </w:rPr>
        <w:t>________________________________________________________</w:t>
      </w:r>
    </w:p>
    <w:p w14:paraId="32EA3AFE" w14:textId="77777777" w:rsidR="00AE08AB" w:rsidRDefault="00AA2D9E">
      <w:pPr>
        <w:pStyle w:val="Heading2"/>
      </w:pPr>
      <w:r>
        <w:t>My Unfiltered Prayer</w:t>
      </w:r>
    </w:p>
    <w:p w14:paraId="5EE5F811" w14:textId="77777777" w:rsidR="00AE08AB" w:rsidRDefault="00AA2D9E">
      <w:r>
        <w:t>God, as I sit with when others do not understand, what I most need to tell You honestly is…</w:t>
      </w:r>
    </w:p>
    <w:p w14:paraId="376A7D31" w14:textId="77777777" w:rsidR="00AE08AB" w:rsidRDefault="00AA2D9E">
      <w:pPr>
        <w:spacing w:after="60"/>
      </w:pPr>
      <w:r>
        <w:rPr>
          <w:color w:val="B9B9B9"/>
          <w:sz w:val="16"/>
        </w:rPr>
        <w:t>________________________________________________________</w:t>
      </w:r>
    </w:p>
    <w:p w14:paraId="0B51928D" w14:textId="77777777" w:rsidR="00AE08AB" w:rsidRDefault="00AA2D9E">
      <w:pPr>
        <w:spacing w:after="60"/>
      </w:pPr>
      <w:r>
        <w:rPr>
          <w:color w:val="B9B9B9"/>
          <w:sz w:val="16"/>
        </w:rPr>
        <w:t>________________________________________________________</w:t>
      </w:r>
    </w:p>
    <w:p w14:paraId="536FE537" w14:textId="77777777" w:rsidR="00AE08AB" w:rsidRDefault="00AA2D9E">
      <w:pPr>
        <w:spacing w:after="60"/>
      </w:pPr>
      <w:r>
        <w:rPr>
          <w:color w:val="B9B9B9"/>
          <w:sz w:val="16"/>
        </w:rPr>
        <w:t>________________________________________________________</w:t>
      </w:r>
    </w:p>
    <w:p w14:paraId="06B95F74" w14:textId="77777777" w:rsidR="00AE08AB" w:rsidRDefault="00AA2D9E">
      <w:pPr>
        <w:spacing w:after="60"/>
      </w:pPr>
      <w:r>
        <w:rPr>
          <w:color w:val="B9B9B9"/>
          <w:sz w:val="16"/>
        </w:rPr>
        <w:lastRenderedPageBreak/>
        <w:t>________________________________________________________</w:t>
      </w:r>
    </w:p>
    <w:p w14:paraId="108F8AE8" w14:textId="77777777" w:rsidR="00AE08AB" w:rsidRDefault="00AA2D9E">
      <w:pPr>
        <w:spacing w:after="60"/>
      </w:pPr>
      <w:r>
        <w:rPr>
          <w:color w:val="B9B9B9"/>
          <w:sz w:val="16"/>
        </w:rPr>
        <w:t>________________________________________________________</w:t>
      </w:r>
    </w:p>
    <w:p w14:paraId="6DD0AEBC" w14:textId="77777777" w:rsidR="00AE08AB" w:rsidRDefault="00AA2D9E">
      <w:pPr>
        <w:spacing w:after="60"/>
      </w:pPr>
      <w:r>
        <w:rPr>
          <w:color w:val="B9B9B9"/>
          <w:sz w:val="16"/>
        </w:rPr>
        <w:t>________________________________________________________</w:t>
      </w:r>
    </w:p>
    <w:p w14:paraId="79CC54EF" w14:textId="77777777" w:rsidR="00AE08AB" w:rsidRDefault="00AA2D9E">
      <w:pPr>
        <w:spacing w:after="60"/>
      </w:pPr>
      <w:r>
        <w:rPr>
          <w:color w:val="B9B9B9"/>
          <w:sz w:val="16"/>
        </w:rPr>
        <w:t>________________________________________________________</w:t>
      </w:r>
    </w:p>
    <w:p w14:paraId="2EE351BB" w14:textId="77777777" w:rsidR="00AE08AB" w:rsidRDefault="00AA2D9E">
      <w:pPr>
        <w:pStyle w:val="Heading1"/>
      </w:pPr>
      <w:r>
        <w:t>Sacred Pause</w:t>
      </w:r>
    </w:p>
    <w:p w14:paraId="61C344FA" w14:textId="77777777" w:rsidR="00AE08AB" w:rsidRDefault="00AA2D9E">
      <w:pPr>
        <w:pStyle w:val="Heading3"/>
      </w:pPr>
      <w:r>
        <w:t>What happened within me this week?</w:t>
      </w:r>
    </w:p>
    <w:p w14:paraId="1B3A270E" w14:textId="77777777" w:rsidR="00AE08AB" w:rsidRDefault="00AA2D9E">
      <w:pPr>
        <w:spacing w:after="60"/>
      </w:pPr>
      <w:r>
        <w:rPr>
          <w:color w:val="B9B9B9"/>
          <w:sz w:val="16"/>
        </w:rPr>
        <w:t>________________________________________________________</w:t>
      </w:r>
    </w:p>
    <w:p w14:paraId="20F8FDB5" w14:textId="77777777" w:rsidR="00AE08AB" w:rsidRDefault="00AA2D9E">
      <w:pPr>
        <w:pStyle w:val="Heading3"/>
      </w:pPr>
      <w:r>
        <w:t>What emotion appeared most often?</w:t>
      </w:r>
    </w:p>
    <w:p w14:paraId="0B29D662" w14:textId="77777777" w:rsidR="00AE08AB" w:rsidRDefault="00AA2D9E">
      <w:pPr>
        <w:spacing w:after="60"/>
      </w:pPr>
      <w:r>
        <w:rPr>
          <w:color w:val="B9B9B9"/>
          <w:sz w:val="16"/>
        </w:rPr>
        <w:t>________________________________________________________</w:t>
      </w:r>
    </w:p>
    <w:p w14:paraId="5F1227F8" w14:textId="77777777" w:rsidR="00AE08AB" w:rsidRDefault="00AA2D9E">
      <w:pPr>
        <w:pStyle w:val="Heading3"/>
      </w:pPr>
      <w:r>
        <w:t>Where did I recognize God's grace?</w:t>
      </w:r>
    </w:p>
    <w:p w14:paraId="5694420A" w14:textId="77777777" w:rsidR="00AE08AB" w:rsidRDefault="00AA2D9E">
      <w:pPr>
        <w:spacing w:after="60"/>
      </w:pPr>
      <w:r>
        <w:rPr>
          <w:color w:val="B9B9B9"/>
          <w:sz w:val="16"/>
        </w:rPr>
        <w:t>________________________________________________________</w:t>
      </w:r>
    </w:p>
    <w:p w14:paraId="10B65785" w14:textId="77777777" w:rsidR="00AE08AB" w:rsidRDefault="00AA2D9E">
      <w:pPr>
        <w:pStyle w:val="Heading3"/>
      </w:pPr>
      <w:r>
        <w:t>What do I refuse to carry into another week?</w:t>
      </w:r>
    </w:p>
    <w:p w14:paraId="3E4853A5" w14:textId="77777777" w:rsidR="00AE08AB" w:rsidRDefault="00AA2D9E">
      <w:pPr>
        <w:spacing w:after="60"/>
      </w:pPr>
      <w:r>
        <w:rPr>
          <w:color w:val="B9B9B9"/>
          <w:sz w:val="16"/>
        </w:rPr>
        <w:t>________________________________________________________</w:t>
      </w:r>
    </w:p>
    <w:p w14:paraId="77BDC1F8" w14:textId="77777777" w:rsidR="00AE08AB" w:rsidRDefault="00AA2D9E">
      <w:pPr>
        <w:pStyle w:val="Heading3"/>
      </w:pPr>
      <w:r>
        <w:t>What do I need to receive from God now?</w:t>
      </w:r>
    </w:p>
    <w:p w14:paraId="45C74FEA" w14:textId="77777777" w:rsidR="00AE08AB" w:rsidRDefault="00AA2D9E">
      <w:pPr>
        <w:spacing w:after="60"/>
      </w:pPr>
      <w:r>
        <w:rPr>
          <w:color w:val="B9B9B9"/>
          <w:sz w:val="16"/>
        </w:rPr>
        <w:t>________________________________________________________</w:t>
      </w:r>
    </w:p>
    <w:p w14:paraId="0A519190" w14:textId="77777777" w:rsidR="00AE08AB" w:rsidRDefault="00AA2D9E">
      <w:r>
        <w:br w:type="page"/>
      </w:r>
    </w:p>
    <w:p w14:paraId="7649F4B6" w14:textId="77777777" w:rsidR="00AE08AB" w:rsidRDefault="00AA2D9E">
      <w:pPr>
        <w:pStyle w:val="Heading2"/>
      </w:pPr>
      <w:r>
        <w:lastRenderedPageBreak/>
        <w:t>DAY 22</w:t>
      </w:r>
    </w:p>
    <w:p w14:paraId="0E3DDB30" w14:textId="77777777" w:rsidR="00AE08AB" w:rsidRDefault="00AA2D9E">
      <w:pPr>
        <w:pStyle w:val="Heading1"/>
      </w:pPr>
      <w:r>
        <w:t>Compassion for Yourself</w:t>
      </w:r>
    </w:p>
    <w:p w14:paraId="760E77A8" w14:textId="77777777" w:rsidR="00AE08AB" w:rsidRDefault="00AA2D9E">
      <w:r>
        <w:rPr>
          <w:b/>
          <w:color w:val="B08D3A"/>
        </w:rPr>
        <w:t xml:space="preserve">SCRIPTURE ANCHOR  </w:t>
      </w:r>
      <w:r>
        <w:t>Psalm 103:13-14</w:t>
      </w:r>
    </w:p>
    <w:p w14:paraId="24116337" w14:textId="77777777" w:rsidR="00AE08AB" w:rsidRDefault="00AA2D9E">
      <w:pPr>
        <w:pStyle w:val="Heading2"/>
      </w:pPr>
      <w:r>
        <w:t>Pause</w:t>
      </w:r>
    </w:p>
    <w:p w14:paraId="4A180022" w14:textId="77777777" w:rsidR="00AE08AB" w:rsidRDefault="00AA2D9E">
      <w:r>
        <w:t>Take three slow breaths. Let your body become still. You do not have to solve anything before you pray.</w:t>
      </w:r>
    </w:p>
    <w:p w14:paraId="15C9F950" w14:textId="77777777" w:rsidR="00AE08AB" w:rsidRDefault="00AA2D9E">
      <w:pPr>
        <w:pStyle w:val="Heading2"/>
      </w:pPr>
      <w:r>
        <w:t>Guided Prayer</w:t>
      </w:r>
    </w:p>
    <w:p w14:paraId="006E2731" w14:textId="77777777" w:rsidR="00AE08AB" w:rsidRDefault="00AA2D9E">
      <w:r>
        <w:t>Father, I bring You the reality of compassion for yourself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1CE22DF6" w14:textId="77777777" w:rsidR="00AE08AB" w:rsidRDefault="00AA2D9E">
      <w:pPr>
        <w:pStyle w:val="Heading2"/>
      </w:pPr>
      <w:r>
        <w:t>Release</w:t>
      </w:r>
    </w:p>
    <w:p w14:paraId="2C0A01D3" w14:textId="77777777" w:rsidR="00AE08AB" w:rsidRDefault="00AA2D9E">
      <w:r>
        <w:t>Complete this sentence slowly: “Father, today I place into Your hands…”</w:t>
      </w:r>
    </w:p>
    <w:p w14:paraId="16F4B743" w14:textId="77777777" w:rsidR="00AE08AB" w:rsidRDefault="00AA2D9E">
      <w:pPr>
        <w:spacing w:after="60"/>
      </w:pPr>
      <w:r>
        <w:rPr>
          <w:color w:val="B9B9B9"/>
          <w:sz w:val="16"/>
        </w:rPr>
        <w:t>________________________________________________________</w:t>
      </w:r>
    </w:p>
    <w:p w14:paraId="452738A1" w14:textId="77777777" w:rsidR="00AE08AB" w:rsidRDefault="00AA2D9E">
      <w:pPr>
        <w:spacing w:after="60"/>
      </w:pPr>
      <w:r>
        <w:rPr>
          <w:color w:val="B9B9B9"/>
          <w:sz w:val="16"/>
        </w:rPr>
        <w:t>________________________________________________________</w:t>
      </w:r>
    </w:p>
    <w:p w14:paraId="0CB44BED" w14:textId="77777777" w:rsidR="00AE08AB" w:rsidRDefault="00AA2D9E">
      <w:pPr>
        <w:pStyle w:val="Heading2"/>
      </w:pPr>
      <w:r>
        <w:t>Listen</w:t>
      </w:r>
    </w:p>
    <w:p w14:paraId="7BD16D34" w14:textId="77777777" w:rsidR="00AE08AB" w:rsidRDefault="00AA2D9E">
      <w:r>
        <w:t>Remain quiet for a moment. What truth, Scripture, conviction, or gentle reminder is rising?</w:t>
      </w:r>
    </w:p>
    <w:p w14:paraId="2C57673E" w14:textId="77777777" w:rsidR="00AE08AB" w:rsidRDefault="00AA2D9E">
      <w:pPr>
        <w:spacing w:after="60"/>
      </w:pPr>
      <w:r>
        <w:rPr>
          <w:color w:val="B9B9B9"/>
          <w:sz w:val="16"/>
        </w:rPr>
        <w:t>________________________________________________________</w:t>
      </w:r>
    </w:p>
    <w:p w14:paraId="30207909" w14:textId="77777777" w:rsidR="00AE08AB" w:rsidRDefault="00AA2D9E">
      <w:pPr>
        <w:spacing w:after="60"/>
      </w:pPr>
      <w:r>
        <w:rPr>
          <w:color w:val="B9B9B9"/>
          <w:sz w:val="16"/>
        </w:rPr>
        <w:t>________________________________________________________</w:t>
      </w:r>
    </w:p>
    <w:p w14:paraId="68D01AFE" w14:textId="77777777" w:rsidR="00AE08AB" w:rsidRDefault="00AA2D9E">
      <w:pPr>
        <w:pStyle w:val="Heading2"/>
      </w:pPr>
      <w:r>
        <w:t>My Unfiltered Prayer</w:t>
      </w:r>
    </w:p>
    <w:p w14:paraId="12A8827B" w14:textId="77777777" w:rsidR="00AE08AB" w:rsidRDefault="00AA2D9E">
      <w:r>
        <w:t>God, as I sit with compassion for yourself, what I most need to tell You honestly is…</w:t>
      </w:r>
    </w:p>
    <w:p w14:paraId="65A253FD" w14:textId="77777777" w:rsidR="00AE08AB" w:rsidRDefault="00AA2D9E">
      <w:pPr>
        <w:spacing w:after="60"/>
      </w:pPr>
      <w:r>
        <w:rPr>
          <w:color w:val="B9B9B9"/>
          <w:sz w:val="16"/>
        </w:rPr>
        <w:t>________________________________________________________</w:t>
      </w:r>
    </w:p>
    <w:p w14:paraId="1F7D10AA" w14:textId="77777777" w:rsidR="00AE08AB" w:rsidRDefault="00AA2D9E">
      <w:pPr>
        <w:spacing w:after="60"/>
      </w:pPr>
      <w:r>
        <w:rPr>
          <w:color w:val="B9B9B9"/>
          <w:sz w:val="16"/>
        </w:rPr>
        <w:t>________________________________________________________</w:t>
      </w:r>
    </w:p>
    <w:p w14:paraId="1BF517FC" w14:textId="77777777" w:rsidR="00AE08AB" w:rsidRDefault="00AA2D9E">
      <w:pPr>
        <w:spacing w:after="60"/>
      </w:pPr>
      <w:r>
        <w:rPr>
          <w:color w:val="B9B9B9"/>
          <w:sz w:val="16"/>
        </w:rPr>
        <w:t>________________________________________________________</w:t>
      </w:r>
    </w:p>
    <w:p w14:paraId="24A5EA4D" w14:textId="77777777" w:rsidR="00AE08AB" w:rsidRDefault="00AA2D9E">
      <w:pPr>
        <w:spacing w:after="60"/>
      </w:pPr>
      <w:r>
        <w:rPr>
          <w:color w:val="B9B9B9"/>
          <w:sz w:val="16"/>
        </w:rPr>
        <w:t>________________________________________________________</w:t>
      </w:r>
    </w:p>
    <w:p w14:paraId="0C1A57F4" w14:textId="77777777" w:rsidR="00AE08AB" w:rsidRDefault="00AA2D9E">
      <w:pPr>
        <w:spacing w:after="60"/>
      </w:pPr>
      <w:r>
        <w:rPr>
          <w:color w:val="B9B9B9"/>
          <w:sz w:val="16"/>
        </w:rPr>
        <w:lastRenderedPageBreak/>
        <w:t>________________________________________________________</w:t>
      </w:r>
    </w:p>
    <w:p w14:paraId="69ACE628" w14:textId="77777777" w:rsidR="00AE08AB" w:rsidRDefault="00AA2D9E">
      <w:pPr>
        <w:spacing w:after="60"/>
      </w:pPr>
      <w:r>
        <w:rPr>
          <w:color w:val="B9B9B9"/>
          <w:sz w:val="16"/>
        </w:rPr>
        <w:t>________________________________________________________</w:t>
      </w:r>
    </w:p>
    <w:p w14:paraId="2906876A" w14:textId="77777777" w:rsidR="00AE08AB" w:rsidRDefault="00AA2D9E">
      <w:pPr>
        <w:spacing w:after="60"/>
      </w:pPr>
      <w:r>
        <w:rPr>
          <w:color w:val="B9B9B9"/>
          <w:sz w:val="16"/>
        </w:rPr>
        <w:t>________________________________________________________</w:t>
      </w:r>
    </w:p>
    <w:p w14:paraId="7A85C326" w14:textId="77777777" w:rsidR="00AE08AB" w:rsidRDefault="00AA2D9E">
      <w:r>
        <w:br w:type="page"/>
      </w:r>
    </w:p>
    <w:p w14:paraId="789C7A3E" w14:textId="77777777" w:rsidR="00AE08AB" w:rsidRDefault="00AA2D9E">
      <w:pPr>
        <w:pStyle w:val="Heading2"/>
      </w:pPr>
      <w:r>
        <w:lastRenderedPageBreak/>
        <w:t>DAY 23</w:t>
      </w:r>
    </w:p>
    <w:p w14:paraId="260A9D07" w14:textId="77777777" w:rsidR="00AE08AB" w:rsidRDefault="00AA2D9E">
      <w:pPr>
        <w:pStyle w:val="Heading1"/>
      </w:pPr>
      <w:r>
        <w:t>Making Space for Sadness</w:t>
      </w:r>
    </w:p>
    <w:p w14:paraId="0036DCCE" w14:textId="77777777" w:rsidR="00AE08AB" w:rsidRDefault="00AA2D9E">
      <w:r>
        <w:rPr>
          <w:b/>
          <w:color w:val="B08D3A"/>
        </w:rPr>
        <w:t xml:space="preserve">SCRIPTURE ANCHOR  </w:t>
      </w:r>
      <w:r>
        <w:t>Ecclesiastes 3:4</w:t>
      </w:r>
    </w:p>
    <w:p w14:paraId="53C17458" w14:textId="77777777" w:rsidR="00AE08AB" w:rsidRDefault="00AA2D9E">
      <w:pPr>
        <w:pStyle w:val="Heading2"/>
      </w:pPr>
      <w:r>
        <w:t>Pause</w:t>
      </w:r>
    </w:p>
    <w:p w14:paraId="3F9945F0" w14:textId="77777777" w:rsidR="00AE08AB" w:rsidRDefault="00AA2D9E">
      <w:r>
        <w:t>Take three slow breaths. Let your body become still. You do not have to solve anything before you pray.</w:t>
      </w:r>
    </w:p>
    <w:p w14:paraId="761CD49D" w14:textId="77777777" w:rsidR="00AE08AB" w:rsidRDefault="00AA2D9E">
      <w:pPr>
        <w:pStyle w:val="Heading2"/>
      </w:pPr>
      <w:r>
        <w:t>Guided Prayer</w:t>
      </w:r>
    </w:p>
    <w:p w14:paraId="4B156F5D" w14:textId="77777777" w:rsidR="00AE08AB" w:rsidRDefault="00AA2D9E">
      <w:r>
        <w:t>Father, I bring You the reality of making space for sadness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w:t>
      </w:r>
      <w:r>
        <w:t>stions remain unanswered. In Jesus' name, Amen.</w:t>
      </w:r>
    </w:p>
    <w:p w14:paraId="105E2505" w14:textId="77777777" w:rsidR="00AE08AB" w:rsidRDefault="00AA2D9E">
      <w:pPr>
        <w:pStyle w:val="Heading2"/>
      </w:pPr>
      <w:r>
        <w:t>Release</w:t>
      </w:r>
    </w:p>
    <w:p w14:paraId="06BEE951" w14:textId="77777777" w:rsidR="00AE08AB" w:rsidRDefault="00AA2D9E">
      <w:r>
        <w:t>Complete this sentence slowly: “Father, today I place into Your hands…”</w:t>
      </w:r>
    </w:p>
    <w:p w14:paraId="65097A40" w14:textId="77777777" w:rsidR="00AE08AB" w:rsidRDefault="00AA2D9E">
      <w:pPr>
        <w:spacing w:after="60"/>
      </w:pPr>
      <w:r>
        <w:rPr>
          <w:color w:val="B9B9B9"/>
          <w:sz w:val="16"/>
        </w:rPr>
        <w:t>________________________________________________________</w:t>
      </w:r>
    </w:p>
    <w:p w14:paraId="37A3E170" w14:textId="77777777" w:rsidR="00AE08AB" w:rsidRDefault="00AA2D9E">
      <w:pPr>
        <w:spacing w:after="60"/>
      </w:pPr>
      <w:r>
        <w:rPr>
          <w:color w:val="B9B9B9"/>
          <w:sz w:val="16"/>
        </w:rPr>
        <w:t>________________________________________________________</w:t>
      </w:r>
    </w:p>
    <w:p w14:paraId="250C46A7" w14:textId="77777777" w:rsidR="00AE08AB" w:rsidRDefault="00AA2D9E">
      <w:pPr>
        <w:pStyle w:val="Heading2"/>
      </w:pPr>
      <w:r>
        <w:t>Listen</w:t>
      </w:r>
    </w:p>
    <w:p w14:paraId="62FF3AA6" w14:textId="77777777" w:rsidR="00AE08AB" w:rsidRDefault="00AA2D9E">
      <w:r>
        <w:t>Remain quiet for a moment. What truth, Scripture, conviction, or gentle reminder is rising?</w:t>
      </w:r>
    </w:p>
    <w:p w14:paraId="7479E52B" w14:textId="77777777" w:rsidR="00AE08AB" w:rsidRDefault="00AA2D9E">
      <w:pPr>
        <w:spacing w:after="60"/>
      </w:pPr>
      <w:r>
        <w:rPr>
          <w:color w:val="B9B9B9"/>
          <w:sz w:val="16"/>
        </w:rPr>
        <w:t>________________________________________________________</w:t>
      </w:r>
    </w:p>
    <w:p w14:paraId="03598DEC" w14:textId="77777777" w:rsidR="00AE08AB" w:rsidRDefault="00AA2D9E">
      <w:pPr>
        <w:spacing w:after="60"/>
      </w:pPr>
      <w:r>
        <w:rPr>
          <w:color w:val="B9B9B9"/>
          <w:sz w:val="16"/>
        </w:rPr>
        <w:t>________________________________________________________</w:t>
      </w:r>
    </w:p>
    <w:p w14:paraId="1DA64E69" w14:textId="77777777" w:rsidR="00AE08AB" w:rsidRDefault="00AA2D9E">
      <w:pPr>
        <w:pStyle w:val="Heading2"/>
      </w:pPr>
      <w:r>
        <w:t>My Unfiltered Prayer</w:t>
      </w:r>
    </w:p>
    <w:p w14:paraId="101AC40D" w14:textId="77777777" w:rsidR="00AE08AB" w:rsidRDefault="00AA2D9E">
      <w:r>
        <w:t>God, as I sit with making space for sadness, what I most need to tell You honestly is…</w:t>
      </w:r>
    </w:p>
    <w:p w14:paraId="6DDFD926" w14:textId="77777777" w:rsidR="00AE08AB" w:rsidRDefault="00AA2D9E">
      <w:pPr>
        <w:spacing w:after="60"/>
      </w:pPr>
      <w:r>
        <w:rPr>
          <w:color w:val="B9B9B9"/>
          <w:sz w:val="16"/>
        </w:rPr>
        <w:t>________________________________________________________</w:t>
      </w:r>
    </w:p>
    <w:p w14:paraId="3F9A6A03" w14:textId="77777777" w:rsidR="00AE08AB" w:rsidRDefault="00AA2D9E">
      <w:pPr>
        <w:spacing w:after="60"/>
      </w:pPr>
      <w:r>
        <w:rPr>
          <w:color w:val="B9B9B9"/>
          <w:sz w:val="16"/>
        </w:rPr>
        <w:t>________________________________________________________</w:t>
      </w:r>
    </w:p>
    <w:p w14:paraId="21E1BB73" w14:textId="77777777" w:rsidR="00AE08AB" w:rsidRDefault="00AA2D9E">
      <w:pPr>
        <w:spacing w:after="60"/>
      </w:pPr>
      <w:r>
        <w:rPr>
          <w:color w:val="B9B9B9"/>
          <w:sz w:val="16"/>
        </w:rPr>
        <w:t>________________________________________________________</w:t>
      </w:r>
    </w:p>
    <w:p w14:paraId="6BE0F3C1" w14:textId="77777777" w:rsidR="00AE08AB" w:rsidRDefault="00AA2D9E">
      <w:pPr>
        <w:spacing w:after="60"/>
      </w:pPr>
      <w:r>
        <w:rPr>
          <w:color w:val="B9B9B9"/>
          <w:sz w:val="16"/>
        </w:rPr>
        <w:t>________________________________________________________</w:t>
      </w:r>
    </w:p>
    <w:p w14:paraId="2FF4302B" w14:textId="77777777" w:rsidR="00AE08AB" w:rsidRDefault="00AA2D9E">
      <w:pPr>
        <w:spacing w:after="60"/>
      </w:pPr>
      <w:r>
        <w:rPr>
          <w:color w:val="B9B9B9"/>
          <w:sz w:val="16"/>
        </w:rPr>
        <w:lastRenderedPageBreak/>
        <w:t>________________________________________________________</w:t>
      </w:r>
    </w:p>
    <w:p w14:paraId="45E8C19B" w14:textId="77777777" w:rsidR="00AE08AB" w:rsidRDefault="00AA2D9E">
      <w:pPr>
        <w:spacing w:after="60"/>
      </w:pPr>
      <w:r>
        <w:rPr>
          <w:color w:val="B9B9B9"/>
          <w:sz w:val="16"/>
        </w:rPr>
        <w:t>________________________________________________________</w:t>
      </w:r>
    </w:p>
    <w:p w14:paraId="0D5824F0" w14:textId="77777777" w:rsidR="00AE08AB" w:rsidRDefault="00AA2D9E">
      <w:pPr>
        <w:spacing w:after="60"/>
      </w:pPr>
      <w:r>
        <w:rPr>
          <w:color w:val="B9B9B9"/>
          <w:sz w:val="16"/>
        </w:rPr>
        <w:t>________________________________________________________</w:t>
      </w:r>
    </w:p>
    <w:p w14:paraId="098DC58F" w14:textId="77777777" w:rsidR="00AE08AB" w:rsidRDefault="00AA2D9E">
      <w:r>
        <w:br w:type="page"/>
      </w:r>
    </w:p>
    <w:p w14:paraId="1EE0C589" w14:textId="77777777" w:rsidR="00AE08AB" w:rsidRDefault="00AA2D9E">
      <w:pPr>
        <w:pStyle w:val="Heading2"/>
      </w:pPr>
      <w:r>
        <w:lastRenderedPageBreak/>
        <w:t>DAY 24</w:t>
      </w:r>
    </w:p>
    <w:p w14:paraId="3006D04B" w14:textId="77777777" w:rsidR="00AE08AB" w:rsidRDefault="00AA2D9E">
      <w:pPr>
        <w:pStyle w:val="Heading1"/>
      </w:pPr>
      <w:r>
        <w:t>Fear Is a Signal, Not a Master</w:t>
      </w:r>
    </w:p>
    <w:p w14:paraId="10719794" w14:textId="77777777" w:rsidR="00AE08AB" w:rsidRDefault="00AA2D9E">
      <w:r>
        <w:rPr>
          <w:b/>
          <w:color w:val="B08D3A"/>
        </w:rPr>
        <w:t xml:space="preserve">SCRIPTURE ANCHOR  </w:t>
      </w:r>
      <w:r>
        <w:t>Isaiah 41:10</w:t>
      </w:r>
    </w:p>
    <w:p w14:paraId="70D0C36F" w14:textId="77777777" w:rsidR="00AE08AB" w:rsidRDefault="00AA2D9E">
      <w:pPr>
        <w:pStyle w:val="Heading2"/>
      </w:pPr>
      <w:r>
        <w:t>Pause</w:t>
      </w:r>
    </w:p>
    <w:p w14:paraId="13E65BC8" w14:textId="77777777" w:rsidR="00AE08AB" w:rsidRDefault="00AA2D9E">
      <w:r>
        <w:t>Take three slow breaths. Let your body become still. You do not have to solve anything before you pray.</w:t>
      </w:r>
    </w:p>
    <w:p w14:paraId="075BD536" w14:textId="77777777" w:rsidR="00AE08AB" w:rsidRDefault="00AA2D9E">
      <w:pPr>
        <w:pStyle w:val="Heading2"/>
      </w:pPr>
      <w:r>
        <w:t>Guided Prayer</w:t>
      </w:r>
    </w:p>
    <w:p w14:paraId="690F2C04" w14:textId="77777777" w:rsidR="00AE08AB" w:rsidRDefault="00AA2D9E">
      <w:r>
        <w:t>Father, I bring You the reality of fear is a signal, not a master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w:t>
      </w:r>
      <w:r>
        <w:t>me questions remain unanswered. In Jesus' name, Amen.</w:t>
      </w:r>
    </w:p>
    <w:p w14:paraId="06188686" w14:textId="77777777" w:rsidR="00AE08AB" w:rsidRDefault="00AA2D9E">
      <w:pPr>
        <w:pStyle w:val="Heading2"/>
      </w:pPr>
      <w:r>
        <w:t>Release</w:t>
      </w:r>
    </w:p>
    <w:p w14:paraId="75ED79D3" w14:textId="77777777" w:rsidR="00AE08AB" w:rsidRDefault="00AA2D9E">
      <w:r>
        <w:t>Complete this sentence slowly: “Father, today I place into Your hands…”</w:t>
      </w:r>
    </w:p>
    <w:p w14:paraId="326787DE" w14:textId="77777777" w:rsidR="00AE08AB" w:rsidRDefault="00AA2D9E">
      <w:pPr>
        <w:spacing w:after="60"/>
      </w:pPr>
      <w:r>
        <w:rPr>
          <w:color w:val="B9B9B9"/>
          <w:sz w:val="16"/>
        </w:rPr>
        <w:t>________________________________________________________</w:t>
      </w:r>
    </w:p>
    <w:p w14:paraId="48D41EFF" w14:textId="77777777" w:rsidR="00AE08AB" w:rsidRDefault="00AA2D9E">
      <w:pPr>
        <w:spacing w:after="60"/>
      </w:pPr>
      <w:r>
        <w:rPr>
          <w:color w:val="B9B9B9"/>
          <w:sz w:val="16"/>
        </w:rPr>
        <w:t>________________________________________________________</w:t>
      </w:r>
    </w:p>
    <w:p w14:paraId="0CB60431" w14:textId="77777777" w:rsidR="00AE08AB" w:rsidRDefault="00AA2D9E">
      <w:pPr>
        <w:pStyle w:val="Heading2"/>
      </w:pPr>
      <w:r>
        <w:t>Listen</w:t>
      </w:r>
    </w:p>
    <w:p w14:paraId="3DCB8053" w14:textId="77777777" w:rsidR="00AE08AB" w:rsidRDefault="00AA2D9E">
      <w:r>
        <w:t>Remain quiet for a moment. What truth, Scripture, conviction, or gentle reminder is rising?</w:t>
      </w:r>
    </w:p>
    <w:p w14:paraId="4306D6A8" w14:textId="77777777" w:rsidR="00AE08AB" w:rsidRDefault="00AA2D9E">
      <w:pPr>
        <w:spacing w:after="60"/>
      </w:pPr>
      <w:r>
        <w:rPr>
          <w:color w:val="B9B9B9"/>
          <w:sz w:val="16"/>
        </w:rPr>
        <w:t>________________________________________________________</w:t>
      </w:r>
    </w:p>
    <w:p w14:paraId="7865B116" w14:textId="77777777" w:rsidR="00AE08AB" w:rsidRDefault="00AA2D9E">
      <w:pPr>
        <w:spacing w:after="60"/>
      </w:pPr>
      <w:r>
        <w:rPr>
          <w:color w:val="B9B9B9"/>
          <w:sz w:val="16"/>
        </w:rPr>
        <w:t>________________________________________________________</w:t>
      </w:r>
    </w:p>
    <w:p w14:paraId="704792D3" w14:textId="77777777" w:rsidR="00AE08AB" w:rsidRDefault="00AA2D9E">
      <w:pPr>
        <w:pStyle w:val="Heading2"/>
      </w:pPr>
      <w:r>
        <w:t>My Unfiltered Prayer</w:t>
      </w:r>
    </w:p>
    <w:p w14:paraId="04D88FFB" w14:textId="77777777" w:rsidR="00AE08AB" w:rsidRDefault="00AA2D9E">
      <w:r>
        <w:t>God, as I sit with fear is a signal, not a master, what I most need to tell You honestly is…</w:t>
      </w:r>
    </w:p>
    <w:p w14:paraId="0318563F" w14:textId="77777777" w:rsidR="00AE08AB" w:rsidRDefault="00AA2D9E">
      <w:pPr>
        <w:spacing w:after="60"/>
      </w:pPr>
      <w:r>
        <w:rPr>
          <w:color w:val="B9B9B9"/>
          <w:sz w:val="16"/>
        </w:rPr>
        <w:t>________________________________________________________</w:t>
      </w:r>
    </w:p>
    <w:p w14:paraId="57B15BFE" w14:textId="77777777" w:rsidR="00AE08AB" w:rsidRDefault="00AA2D9E">
      <w:pPr>
        <w:spacing w:after="60"/>
      </w:pPr>
      <w:r>
        <w:rPr>
          <w:color w:val="B9B9B9"/>
          <w:sz w:val="16"/>
        </w:rPr>
        <w:t>________________________________________________________</w:t>
      </w:r>
    </w:p>
    <w:p w14:paraId="4A230674" w14:textId="77777777" w:rsidR="00AE08AB" w:rsidRDefault="00AA2D9E">
      <w:pPr>
        <w:spacing w:after="60"/>
      </w:pPr>
      <w:r>
        <w:rPr>
          <w:color w:val="B9B9B9"/>
          <w:sz w:val="16"/>
        </w:rPr>
        <w:t>________________________________________________________</w:t>
      </w:r>
    </w:p>
    <w:p w14:paraId="3CBB5F31" w14:textId="77777777" w:rsidR="00AE08AB" w:rsidRDefault="00AA2D9E">
      <w:pPr>
        <w:spacing w:after="60"/>
      </w:pPr>
      <w:r>
        <w:rPr>
          <w:color w:val="B9B9B9"/>
          <w:sz w:val="16"/>
        </w:rPr>
        <w:lastRenderedPageBreak/>
        <w:t>________________________________________________________</w:t>
      </w:r>
    </w:p>
    <w:p w14:paraId="7B3FA67A" w14:textId="77777777" w:rsidR="00AE08AB" w:rsidRDefault="00AA2D9E">
      <w:pPr>
        <w:spacing w:after="60"/>
      </w:pPr>
      <w:r>
        <w:rPr>
          <w:color w:val="B9B9B9"/>
          <w:sz w:val="16"/>
        </w:rPr>
        <w:t>________________________________________________________</w:t>
      </w:r>
    </w:p>
    <w:p w14:paraId="53E281B1" w14:textId="77777777" w:rsidR="00AE08AB" w:rsidRDefault="00AA2D9E">
      <w:pPr>
        <w:spacing w:after="60"/>
      </w:pPr>
      <w:r>
        <w:rPr>
          <w:color w:val="B9B9B9"/>
          <w:sz w:val="16"/>
        </w:rPr>
        <w:t>________________________________________________________</w:t>
      </w:r>
    </w:p>
    <w:p w14:paraId="33964861" w14:textId="77777777" w:rsidR="00AE08AB" w:rsidRDefault="00AA2D9E">
      <w:pPr>
        <w:spacing w:after="60"/>
      </w:pPr>
      <w:r>
        <w:rPr>
          <w:color w:val="B9B9B9"/>
          <w:sz w:val="16"/>
        </w:rPr>
        <w:t>________________________________________________________</w:t>
      </w:r>
    </w:p>
    <w:p w14:paraId="27638C5A" w14:textId="77777777" w:rsidR="00AE08AB" w:rsidRDefault="00AA2D9E">
      <w:r>
        <w:br w:type="page"/>
      </w:r>
    </w:p>
    <w:p w14:paraId="310C2DBD" w14:textId="77777777" w:rsidR="00AE08AB" w:rsidRDefault="00AA2D9E">
      <w:pPr>
        <w:pStyle w:val="Heading2"/>
      </w:pPr>
      <w:r>
        <w:lastRenderedPageBreak/>
        <w:t>DAY 25</w:t>
      </w:r>
    </w:p>
    <w:p w14:paraId="3B438BB8" w14:textId="77777777" w:rsidR="00AE08AB" w:rsidRDefault="00AA2D9E">
      <w:pPr>
        <w:pStyle w:val="Heading1"/>
      </w:pPr>
      <w:r>
        <w:t>Giving God the Unspoken</w:t>
      </w:r>
    </w:p>
    <w:p w14:paraId="2953E671" w14:textId="77777777" w:rsidR="00AE08AB" w:rsidRDefault="00AA2D9E">
      <w:r>
        <w:rPr>
          <w:b/>
          <w:color w:val="B08D3A"/>
        </w:rPr>
        <w:t xml:space="preserve">SCRIPTURE ANCHOR  </w:t>
      </w:r>
      <w:r>
        <w:t>Romans 8:26</w:t>
      </w:r>
    </w:p>
    <w:p w14:paraId="12BC334D" w14:textId="77777777" w:rsidR="00AE08AB" w:rsidRDefault="00AA2D9E">
      <w:pPr>
        <w:pStyle w:val="Heading2"/>
      </w:pPr>
      <w:r>
        <w:t>Pause</w:t>
      </w:r>
    </w:p>
    <w:p w14:paraId="5908D7EE" w14:textId="77777777" w:rsidR="00AE08AB" w:rsidRDefault="00AA2D9E">
      <w:r>
        <w:t>Take three slow breaths. Let your body become still. You do not have to solve anything before you pray.</w:t>
      </w:r>
    </w:p>
    <w:p w14:paraId="43509FD3" w14:textId="77777777" w:rsidR="00AE08AB" w:rsidRDefault="00AA2D9E">
      <w:pPr>
        <w:pStyle w:val="Heading2"/>
      </w:pPr>
      <w:r>
        <w:t>Guided Prayer</w:t>
      </w:r>
    </w:p>
    <w:p w14:paraId="07103DBE" w14:textId="77777777" w:rsidR="00AE08AB" w:rsidRDefault="00AA2D9E">
      <w:r>
        <w:t>Father, I bring You the reality of giving god the unspoken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151D5E92" w14:textId="77777777" w:rsidR="00AE08AB" w:rsidRDefault="00AA2D9E">
      <w:pPr>
        <w:pStyle w:val="Heading2"/>
      </w:pPr>
      <w:r>
        <w:t>Release</w:t>
      </w:r>
    </w:p>
    <w:p w14:paraId="22C1B187" w14:textId="77777777" w:rsidR="00AE08AB" w:rsidRDefault="00AA2D9E">
      <w:r>
        <w:t>Complete this sentence slowly: “Father, today I place into Your hands…”</w:t>
      </w:r>
    </w:p>
    <w:p w14:paraId="7BC43B24" w14:textId="77777777" w:rsidR="00AE08AB" w:rsidRDefault="00AA2D9E">
      <w:pPr>
        <w:spacing w:after="60"/>
      </w:pPr>
      <w:r>
        <w:rPr>
          <w:color w:val="B9B9B9"/>
          <w:sz w:val="16"/>
        </w:rPr>
        <w:t>________________________________________________________</w:t>
      </w:r>
    </w:p>
    <w:p w14:paraId="321DCFA3" w14:textId="77777777" w:rsidR="00AE08AB" w:rsidRDefault="00AA2D9E">
      <w:pPr>
        <w:spacing w:after="60"/>
      </w:pPr>
      <w:r>
        <w:rPr>
          <w:color w:val="B9B9B9"/>
          <w:sz w:val="16"/>
        </w:rPr>
        <w:t>________________________________________________________</w:t>
      </w:r>
    </w:p>
    <w:p w14:paraId="3CB367EC" w14:textId="77777777" w:rsidR="00AE08AB" w:rsidRDefault="00AA2D9E">
      <w:pPr>
        <w:pStyle w:val="Heading2"/>
      </w:pPr>
      <w:r>
        <w:t>Listen</w:t>
      </w:r>
    </w:p>
    <w:p w14:paraId="49A69C0E" w14:textId="77777777" w:rsidR="00AE08AB" w:rsidRDefault="00AA2D9E">
      <w:r>
        <w:t>Remain quiet for a moment. What truth, Scripture, conviction, or gentle reminder is rising?</w:t>
      </w:r>
    </w:p>
    <w:p w14:paraId="17BD9E54" w14:textId="77777777" w:rsidR="00AE08AB" w:rsidRDefault="00AA2D9E">
      <w:pPr>
        <w:spacing w:after="60"/>
      </w:pPr>
      <w:r>
        <w:rPr>
          <w:color w:val="B9B9B9"/>
          <w:sz w:val="16"/>
        </w:rPr>
        <w:t>________________________________________________________</w:t>
      </w:r>
    </w:p>
    <w:p w14:paraId="606FBCCD" w14:textId="77777777" w:rsidR="00AE08AB" w:rsidRDefault="00AA2D9E">
      <w:pPr>
        <w:spacing w:after="60"/>
      </w:pPr>
      <w:r>
        <w:rPr>
          <w:color w:val="B9B9B9"/>
          <w:sz w:val="16"/>
        </w:rPr>
        <w:t>________________________________________________________</w:t>
      </w:r>
    </w:p>
    <w:p w14:paraId="39AAFED5" w14:textId="77777777" w:rsidR="00AE08AB" w:rsidRDefault="00AA2D9E">
      <w:pPr>
        <w:pStyle w:val="Heading2"/>
      </w:pPr>
      <w:r>
        <w:t>My Unfiltered Prayer</w:t>
      </w:r>
    </w:p>
    <w:p w14:paraId="6FFEFC9B" w14:textId="77777777" w:rsidR="00AE08AB" w:rsidRDefault="00AA2D9E">
      <w:r>
        <w:t>God, as I sit with giving god the unspoken, what I most need to tell You honestly is…</w:t>
      </w:r>
    </w:p>
    <w:p w14:paraId="242DAE3C" w14:textId="77777777" w:rsidR="00AE08AB" w:rsidRDefault="00AA2D9E">
      <w:pPr>
        <w:spacing w:after="60"/>
      </w:pPr>
      <w:r>
        <w:rPr>
          <w:color w:val="B9B9B9"/>
          <w:sz w:val="16"/>
        </w:rPr>
        <w:t>________________________________________________________</w:t>
      </w:r>
    </w:p>
    <w:p w14:paraId="07820B3E" w14:textId="77777777" w:rsidR="00AE08AB" w:rsidRDefault="00AA2D9E">
      <w:pPr>
        <w:spacing w:after="60"/>
      </w:pPr>
      <w:r>
        <w:rPr>
          <w:color w:val="B9B9B9"/>
          <w:sz w:val="16"/>
        </w:rPr>
        <w:t>________________________________________________________</w:t>
      </w:r>
    </w:p>
    <w:p w14:paraId="22F5FC07" w14:textId="77777777" w:rsidR="00AE08AB" w:rsidRDefault="00AA2D9E">
      <w:pPr>
        <w:spacing w:after="60"/>
      </w:pPr>
      <w:r>
        <w:rPr>
          <w:color w:val="B9B9B9"/>
          <w:sz w:val="16"/>
        </w:rPr>
        <w:t>________________________________________________________</w:t>
      </w:r>
    </w:p>
    <w:p w14:paraId="51D25C5A" w14:textId="77777777" w:rsidR="00AE08AB" w:rsidRDefault="00AA2D9E">
      <w:pPr>
        <w:spacing w:after="60"/>
      </w:pPr>
      <w:r>
        <w:rPr>
          <w:color w:val="B9B9B9"/>
          <w:sz w:val="16"/>
        </w:rPr>
        <w:t>________________________________________________________</w:t>
      </w:r>
    </w:p>
    <w:p w14:paraId="0E2DD14C" w14:textId="77777777" w:rsidR="00AE08AB" w:rsidRDefault="00AA2D9E">
      <w:pPr>
        <w:spacing w:after="60"/>
      </w:pPr>
      <w:r>
        <w:rPr>
          <w:color w:val="B9B9B9"/>
          <w:sz w:val="16"/>
        </w:rPr>
        <w:lastRenderedPageBreak/>
        <w:t>________________________________________________________</w:t>
      </w:r>
    </w:p>
    <w:p w14:paraId="0EC319F8" w14:textId="77777777" w:rsidR="00AE08AB" w:rsidRDefault="00AA2D9E">
      <w:pPr>
        <w:spacing w:after="60"/>
      </w:pPr>
      <w:r>
        <w:rPr>
          <w:color w:val="B9B9B9"/>
          <w:sz w:val="16"/>
        </w:rPr>
        <w:t>________________________________________________________</w:t>
      </w:r>
    </w:p>
    <w:p w14:paraId="6DC7EBE6" w14:textId="77777777" w:rsidR="00AE08AB" w:rsidRDefault="00AA2D9E">
      <w:pPr>
        <w:spacing w:after="60"/>
      </w:pPr>
      <w:r>
        <w:rPr>
          <w:color w:val="B9B9B9"/>
          <w:sz w:val="16"/>
        </w:rPr>
        <w:t>________________________________________________________</w:t>
      </w:r>
    </w:p>
    <w:p w14:paraId="29B1C839" w14:textId="77777777" w:rsidR="00AE08AB" w:rsidRDefault="00AA2D9E">
      <w:r>
        <w:br w:type="page"/>
      </w:r>
    </w:p>
    <w:p w14:paraId="245AFB51" w14:textId="77777777" w:rsidR="00AE08AB" w:rsidRDefault="00AA2D9E">
      <w:pPr>
        <w:pStyle w:val="Heading2"/>
      </w:pPr>
      <w:r>
        <w:lastRenderedPageBreak/>
        <w:t>DAY 26</w:t>
      </w:r>
    </w:p>
    <w:p w14:paraId="51680647" w14:textId="77777777" w:rsidR="00AE08AB" w:rsidRDefault="00AA2D9E">
      <w:pPr>
        <w:pStyle w:val="Heading1"/>
      </w:pPr>
      <w:r>
        <w:t>Receiving Support</w:t>
      </w:r>
    </w:p>
    <w:p w14:paraId="1EC59FF2" w14:textId="77777777" w:rsidR="00AE08AB" w:rsidRDefault="00AA2D9E">
      <w:r>
        <w:rPr>
          <w:b/>
          <w:color w:val="B08D3A"/>
        </w:rPr>
        <w:t xml:space="preserve">SCRIPTURE ANCHOR  </w:t>
      </w:r>
      <w:r>
        <w:t>1 Thessalonians 5:11</w:t>
      </w:r>
    </w:p>
    <w:p w14:paraId="1E95CBB3" w14:textId="77777777" w:rsidR="00AE08AB" w:rsidRDefault="00AA2D9E">
      <w:pPr>
        <w:pStyle w:val="Heading2"/>
      </w:pPr>
      <w:r>
        <w:t>Pause</w:t>
      </w:r>
    </w:p>
    <w:p w14:paraId="73B4621F" w14:textId="77777777" w:rsidR="00AE08AB" w:rsidRDefault="00AA2D9E">
      <w:r>
        <w:t>Take three slow breaths. Let your body become still. You do not have to solve anything before you pray.</w:t>
      </w:r>
    </w:p>
    <w:p w14:paraId="6A254621" w14:textId="77777777" w:rsidR="00AE08AB" w:rsidRDefault="00AA2D9E">
      <w:pPr>
        <w:pStyle w:val="Heading2"/>
      </w:pPr>
      <w:r>
        <w:t>Guided Prayer</w:t>
      </w:r>
    </w:p>
    <w:p w14:paraId="33005E65" w14:textId="77777777" w:rsidR="00AE08AB" w:rsidRDefault="00AA2D9E">
      <w:r>
        <w:t xml:space="preserve">Father, I bring You the reality of receiving support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w:t>
      </w:r>
      <w:r>
        <w:t>remain unanswered. In Jesus' name, Amen.</w:t>
      </w:r>
    </w:p>
    <w:p w14:paraId="30320C94" w14:textId="77777777" w:rsidR="00AE08AB" w:rsidRDefault="00AA2D9E">
      <w:pPr>
        <w:pStyle w:val="Heading2"/>
      </w:pPr>
      <w:r>
        <w:t>Release</w:t>
      </w:r>
    </w:p>
    <w:p w14:paraId="0B1952F9" w14:textId="77777777" w:rsidR="00AE08AB" w:rsidRDefault="00AA2D9E">
      <w:r>
        <w:t>Complete this sentence slowly: “Father, today I place into Your hands…”</w:t>
      </w:r>
    </w:p>
    <w:p w14:paraId="6590DFB0" w14:textId="77777777" w:rsidR="00AE08AB" w:rsidRDefault="00AA2D9E">
      <w:pPr>
        <w:spacing w:after="60"/>
      </w:pPr>
      <w:r>
        <w:rPr>
          <w:color w:val="B9B9B9"/>
          <w:sz w:val="16"/>
        </w:rPr>
        <w:t>________________________________________________________</w:t>
      </w:r>
    </w:p>
    <w:p w14:paraId="01E25CDA" w14:textId="77777777" w:rsidR="00AE08AB" w:rsidRDefault="00AA2D9E">
      <w:pPr>
        <w:spacing w:after="60"/>
      </w:pPr>
      <w:r>
        <w:rPr>
          <w:color w:val="B9B9B9"/>
          <w:sz w:val="16"/>
        </w:rPr>
        <w:t>________________________________________________________</w:t>
      </w:r>
    </w:p>
    <w:p w14:paraId="6410B89D" w14:textId="77777777" w:rsidR="00AE08AB" w:rsidRDefault="00AA2D9E">
      <w:pPr>
        <w:pStyle w:val="Heading2"/>
      </w:pPr>
      <w:r>
        <w:t>Listen</w:t>
      </w:r>
    </w:p>
    <w:p w14:paraId="70873953" w14:textId="77777777" w:rsidR="00AE08AB" w:rsidRDefault="00AA2D9E">
      <w:r>
        <w:t>Remain quiet for a moment. What truth, Scripture, conviction, or gentle reminder is rising?</w:t>
      </w:r>
    </w:p>
    <w:p w14:paraId="0EAF1147" w14:textId="77777777" w:rsidR="00AE08AB" w:rsidRDefault="00AA2D9E">
      <w:pPr>
        <w:spacing w:after="60"/>
      </w:pPr>
      <w:r>
        <w:rPr>
          <w:color w:val="B9B9B9"/>
          <w:sz w:val="16"/>
        </w:rPr>
        <w:t>________________________________________________________</w:t>
      </w:r>
    </w:p>
    <w:p w14:paraId="6D368876" w14:textId="77777777" w:rsidR="00AE08AB" w:rsidRDefault="00AA2D9E">
      <w:pPr>
        <w:spacing w:after="60"/>
      </w:pPr>
      <w:r>
        <w:rPr>
          <w:color w:val="B9B9B9"/>
          <w:sz w:val="16"/>
        </w:rPr>
        <w:t>________________________________________________________</w:t>
      </w:r>
    </w:p>
    <w:p w14:paraId="601E157F" w14:textId="77777777" w:rsidR="00AE08AB" w:rsidRDefault="00AA2D9E">
      <w:pPr>
        <w:pStyle w:val="Heading2"/>
      </w:pPr>
      <w:r>
        <w:t>My Unfiltered Prayer</w:t>
      </w:r>
    </w:p>
    <w:p w14:paraId="7D2B8213" w14:textId="77777777" w:rsidR="00AE08AB" w:rsidRDefault="00AA2D9E">
      <w:r>
        <w:t>God, as I sit with receiving support, what I most need to tell You honestly is…</w:t>
      </w:r>
    </w:p>
    <w:p w14:paraId="092A040C" w14:textId="77777777" w:rsidR="00AE08AB" w:rsidRDefault="00AA2D9E">
      <w:pPr>
        <w:spacing w:after="60"/>
      </w:pPr>
      <w:r>
        <w:rPr>
          <w:color w:val="B9B9B9"/>
          <w:sz w:val="16"/>
        </w:rPr>
        <w:t>________________________________________________________</w:t>
      </w:r>
    </w:p>
    <w:p w14:paraId="2BE9FEA0" w14:textId="77777777" w:rsidR="00AE08AB" w:rsidRDefault="00AA2D9E">
      <w:pPr>
        <w:spacing w:after="60"/>
      </w:pPr>
      <w:r>
        <w:rPr>
          <w:color w:val="B9B9B9"/>
          <w:sz w:val="16"/>
        </w:rPr>
        <w:t>________________________________________________________</w:t>
      </w:r>
    </w:p>
    <w:p w14:paraId="4ADA17CA" w14:textId="77777777" w:rsidR="00AE08AB" w:rsidRDefault="00AA2D9E">
      <w:pPr>
        <w:spacing w:after="60"/>
      </w:pPr>
      <w:r>
        <w:rPr>
          <w:color w:val="B9B9B9"/>
          <w:sz w:val="16"/>
        </w:rPr>
        <w:t>________________________________________________________</w:t>
      </w:r>
    </w:p>
    <w:p w14:paraId="2BCF8E28" w14:textId="77777777" w:rsidR="00AE08AB" w:rsidRDefault="00AA2D9E">
      <w:pPr>
        <w:spacing w:after="60"/>
      </w:pPr>
      <w:r>
        <w:rPr>
          <w:color w:val="B9B9B9"/>
          <w:sz w:val="16"/>
        </w:rPr>
        <w:t>________________________________________________________</w:t>
      </w:r>
    </w:p>
    <w:p w14:paraId="548D4BFA" w14:textId="77777777" w:rsidR="00AE08AB" w:rsidRDefault="00AA2D9E">
      <w:pPr>
        <w:spacing w:after="60"/>
      </w:pPr>
      <w:r>
        <w:rPr>
          <w:color w:val="B9B9B9"/>
          <w:sz w:val="16"/>
        </w:rPr>
        <w:t>________________________________________________________</w:t>
      </w:r>
    </w:p>
    <w:p w14:paraId="4BA89F8B" w14:textId="77777777" w:rsidR="00AE08AB" w:rsidRDefault="00AA2D9E">
      <w:pPr>
        <w:spacing w:after="60"/>
      </w:pPr>
      <w:r>
        <w:rPr>
          <w:color w:val="B9B9B9"/>
          <w:sz w:val="16"/>
        </w:rPr>
        <w:lastRenderedPageBreak/>
        <w:t>________________________________________________________</w:t>
      </w:r>
    </w:p>
    <w:p w14:paraId="1EFD7CA7" w14:textId="77777777" w:rsidR="00AE08AB" w:rsidRDefault="00AA2D9E">
      <w:pPr>
        <w:spacing w:after="60"/>
      </w:pPr>
      <w:r>
        <w:rPr>
          <w:color w:val="B9B9B9"/>
          <w:sz w:val="16"/>
        </w:rPr>
        <w:t>________________________________________________________</w:t>
      </w:r>
    </w:p>
    <w:p w14:paraId="7DA3CE62" w14:textId="77777777" w:rsidR="00AE08AB" w:rsidRDefault="00AA2D9E">
      <w:r>
        <w:br w:type="page"/>
      </w:r>
    </w:p>
    <w:p w14:paraId="10317CE4" w14:textId="77777777" w:rsidR="00AE08AB" w:rsidRDefault="00AA2D9E">
      <w:pPr>
        <w:pStyle w:val="Heading2"/>
      </w:pPr>
      <w:r>
        <w:lastRenderedPageBreak/>
        <w:t>DAY 27</w:t>
      </w:r>
    </w:p>
    <w:p w14:paraId="5590F0E6" w14:textId="77777777" w:rsidR="00AE08AB" w:rsidRDefault="00AA2D9E">
      <w:pPr>
        <w:pStyle w:val="Heading1"/>
      </w:pPr>
      <w:r>
        <w:t>The Courage to Slow Down</w:t>
      </w:r>
    </w:p>
    <w:p w14:paraId="347678A1" w14:textId="77777777" w:rsidR="00AE08AB" w:rsidRDefault="00AA2D9E">
      <w:r>
        <w:rPr>
          <w:b/>
          <w:color w:val="B08D3A"/>
        </w:rPr>
        <w:t xml:space="preserve">SCRIPTURE ANCHOR  </w:t>
      </w:r>
      <w:r>
        <w:t>Psalm 23:2-3</w:t>
      </w:r>
    </w:p>
    <w:p w14:paraId="3FFE807F" w14:textId="77777777" w:rsidR="00AE08AB" w:rsidRDefault="00AA2D9E">
      <w:pPr>
        <w:pStyle w:val="Heading2"/>
      </w:pPr>
      <w:r>
        <w:t>Pause</w:t>
      </w:r>
    </w:p>
    <w:p w14:paraId="219450F8" w14:textId="77777777" w:rsidR="00AE08AB" w:rsidRDefault="00AA2D9E">
      <w:r>
        <w:t>Take three slow breaths. Let your body become still. You do not have to solve anything before you pray.</w:t>
      </w:r>
    </w:p>
    <w:p w14:paraId="51F302D9" w14:textId="77777777" w:rsidR="00AE08AB" w:rsidRDefault="00AA2D9E">
      <w:pPr>
        <w:pStyle w:val="Heading2"/>
      </w:pPr>
      <w:r>
        <w:t>Guided Prayer</w:t>
      </w:r>
    </w:p>
    <w:p w14:paraId="72C126FB" w14:textId="77777777" w:rsidR="00AE08AB" w:rsidRDefault="00AA2D9E">
      <w:r>
        <w:t>Father, I bring You the reality of the courage to slow down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w:t>
      </w:r>
      <w:r>
        <w:t>stions remain unanswered. In Jesus' name, Amen.</w:t>
      </w:r>
    </w:p>
    <w:p w14:paraId="77015774" w14:textId="77777777" w:rsidR="00AE08AB" w:rsidRDefault="00AA2D9E">
      <w:pPr>
        <w:pStyle w:val="Heading2"/>
      </w:pPr>
      <w:r>
        <w:t>Release</w:t>
      </w:r>
    </w:p>
    <w:p w14:paraId="0984E91E" w14:textId="77777777" w:rsidR="00AE08AB" w:rsidRDefault="00AA2D9E">
      <w:r>
        <w:t>Complete this sentence slowly: “Father, today I place into Your hands…”</w:t>
      </w:r>
    </w:p>
    <w:p w14:paraId="4AEFCDA2" w14:textId="77777777" w:rsidR="00AE08AB" w:rsidRDefault="00AA2D9E">
      <w:pPr>
        <w:spacing w:after="60"/>
      </w:pPr>
      <w:r>
        <w:rPr>
          <w:color w:val="B9B9B9"/>
          <w:sz w:val="16"/>
        </w:rPr>
        <w:t>________________________________________________________</w:t>
      </w:r>
    </w:p>
    <w:p w14:paraId="6CB0A05B" w14:textId="77777777" w:rsidR="00AE08AB" w:rsidRDefault="00AA2D9E">
      <w:pPr>
        <w:spacing w:after="60"/>
      </w:pPr>
      <w:r>
        <w:rPr>
          <w:color w:val="B9B9B9"/>
          <w:sz w:val="16"/>
        </w:rPr>
        <w:t>________________________________________________________</w:t>
      </w:r>
    </w:p>
    <w:p w14:paraId="4F04C176" w14:textId="77777777" w:rsidR="00AE08AB" w:rsidRDefault="00AA2D9E">
      <w:pPr>
        <w:pStyle w:val="Heading2"/>
      </w:pPr>
      <w:r>
        <w:t>Listen</w:t>
      </w:r>
    </w:p>
    <w:p w14:paraId="047EB632" w14:textId="77777777" w:rsidR="00AE08AB" w:rsidRDefault="00AA2D9E">
      <w:r>
        <w:t>Remain quiet for a moment. What truth, Scripture, conviction, or gentle reminder is rising?</w:t>
      </w:r>
    </w:p>
    <w:p w14:paraId="0C2045FA" w14:textId="77777777" w:rsidR="00AE08AB" w:rsidRDefault="00AA2D9E">
      <w:pPr>
        <w:spacing w:after="60"/>
      </w:pPr>
      <w:r>
        <w:rPr>
          <w:color w:val="B9B9B9"/>
          <w:sz w:val="16"/>
        </w:rPr>
        <w:t>________________________________________________________</w:t>
      </w:r>
    </w:p>
    <w:p w14:paraId="4D2948EF" w14:textId="77777777" w:rsidR="00AE08AB" w:rsidRDefault="00AA2D9E">
      <w:pPr>
        <w:spacing w:after="60"/>
      </w:pPr>
      <w:r>
        <w:rPr>
          <w:color w:val="B9B9B9"/>
          <w:sz w:val="16"/>
        </w:rPr>
        <w:t>________________________________________________________</w:t>
      </w:r>
    </w:p>
    <w:p w14:paraId="43DFCCBE" w14:textId="77777777" w:rsidR="00AE08AB" w:rsidRDefault="00AA2D9E">
      <w:pPr>
        <w:pStyle w:val="Heading2"/>
      </w:pPr>
      <w:r>
        <w:t>My Unfiltered Prayer</w:t>
      </w:r>
    </w:p>
    <w:p w14:paraId="7BBE7FA5" w14:textId="77777777" w:rsidR="00AE08AB" w:rsidRDefault="00AA2D9E">
      <w:r>
        <w:t>God, as I sit with the courage to slow down, what I most need to tell You honestly is…</w:t>
      </w:r>
    </w:p>
    <w:p w14:paraId="5633C8FD" w14:textId="77777777" w:rsidR="00AE08AB" w:rsidRDefault="00AA2D9E">
      <w:pPr>
        <w:spacing w:after="60"/>
      </w:pPr>
      <w:r>
        <w:rPr>
          <w:color w:val="B9B9B9"/>
          <w:sz w:val="16"/>
        </w:rPr>
        <w:t>________________________________________________________</w:t>
      </w:r>
    </w:p>
    <w:p w14:paraId="1BB2690E" w14:textId="77777777" w:rsidR="00AE08AB" w:rsidRDefault="00AA2D9E">
      <w:pPr>
        <w:spacing w:after="60"/>
      </w:pPr>
      <w:r>
        <w:rPr>
          <w:color w:val="B9B9B9"/>
          <w:sz w:val="16"/>
        </w:rPr>
        <w:t>________________________________________________________</w:t>
      </w:r>
    </w:p>
    <w:p w14:paraId="2674FB14" w14:textId="77777777" w:rsidR="00AE08AB" w:rsidRDefault="00AA2D9E">
      <w:pPr>
        <w:spacing w:after="60"/>
      </w:pPr>
      <w:r>
        <w:rPr>
          <w:color w:val="B9B9B9"/>
          <w:sz w:val="16"/>
        </w:rPr>
        <w:t>________________________________________________________</w:t>
      </w:r>
    </w:p>
    <w:p w14:paraId="70D1028F" w14:textId="77777777" w:rsidR="00AE08AB" w:rsidRDefault="00AA2D9E">
      <w:pPr>
        <w:spacing w:after="60"/>
      </w:pPr>
      <w:r>
        <w:rPr>
          <w:color w:val="B9B9B9"/>
          <w:sz w:val="16"/>
        </w:rPr>
        <w:lastRenderedPageBreak/>
        <w:t>________________________________________________________</w:t>
      </w:r>
    </w:p>
    <w:p w14:paraId="1D5C0F0E" w14:textId="77777777" w:rsidR="00AE08AB" w:rsidRDefault="00AA2D9E">
      <w:pPr>
        <w:spacing w:after="60"/>
      </w:pPr>
      <w:r>
        <w:rPr>
          <w:color w:val="B9B9B9"/>
          <w:sz w:val="16"/>
        </w:rPr>
        <w:t>________________________________________________________</w:t>
      </w:r>
    </w:p>
    <w:p w14:paraId="6FBA3D29" w14:textId="77777777" w:rsidR="00AE08AB" w:rsidRDefault="00AA2D9E">
      <w:pPr>
        <w:spacing w:after="60"/>
      </w:pPr>
      <w:r>
        <w:rPr>
          <w:color w:val="B9B9B9"/>
          <w:sz w:val="16"/>
        </w:rPr>
        <w:t>________________________________________________________</w:t>
      </w:r>
    </w:p>
    <w:p w14:paraId="56C94D1F" w14:textId="77777777" w:rsidR="00AE08AB" w:rsidRDefault="00AA2D9E">
      <w:pPr>
        <w:spacing w:after="60"/>
      </w:pPr>
      <w:r>
        <w:rPr>
          <w:color w:val="B9B9B9"/>
          <w:sz w:val="16"/>
        </w:rPr>
        <w:t>________________________________________________________</w:t>
      </w:r>
    </w:p>
    <w:p w14:paraId="03A08897" w14:textId="77777777" w:rsidR="00AE08AB" w:rsidRDefault="00AA2D9E">
      <w:r>
        <w:br w:type="page"/>
      </w:r>
    </w:p>
    <w:p w14:paraId="40A4B2AA" w14:textId="77777777" w:rsidR="00AE08AB" w:rsidRDefault="00AA2D9E">
      <w:pPr>
        <w:pStyle w:val="Heading2"/>
      </w:pPr>
      <w:r>
        <w:lastRenderedPageBreak/>
        <w:t>DAY 28</w:t>
      </w:r>
    </w:p>
    <w:p w14:paraId="09670B3D" w14:textId="77777777" w:rsidR="00AE08AB" w:rsidRDefault="00AA2D9E">
      <w:pPr>
        <w:pStyle w:val="Heading1"/>
      </w:pPr>
      <w:r>
        <w:t>What Is Mine to Carry?</w:t>
      </w:r>
    </w:p>
    <w:p w14:paraId="5126D0B7" w14:textId="77777777" w:rsidR="00AE08AB" w:rsidRDefault="00AA2D9E">
      <w:r>
        <w:rPr>
          <w:b/>
          <w:color w:val="B08D3A"/>
        </w:rPr>
        <w:t xml:space="preserve">SCRIPTURE ANCHOR  </w:t>
      </w:r>
      <w:r>
        <w:t>Galatians 6:5</w:t>
      </w:r>
    </w:p>
    <w:p w14:paraId="5921E71A" w14:textId="77777777" w:rsidR="00AE08AB" w:rsidRDefault="00AA2D9E">
      <w:pPr>
        <w:pStyle w:val="Heading2"/>
      </w:pPr>
      <w:r>
        <w:t>Pause</w:t>
      </w:r>
    </w:p>
    <w:p w14:paraId="04ABBC7F" w14:textId="77777777" w:rsidR="00AE08AB" w:rsidRDefault="00AA2D9E">
      <w:r>
        <w:t>Take three slow breaths. Let your body become still. You do not have to solve anything before you pray.</w:t>
      </w:r>
    </w:p>
    <w:p w14:paraId="4B6B04C4" w14:textId="77777777" w:rsidR="00AE08AB" w:rsidRDefault="00AA2D9E">
      <w:pPr>
        <w:pStyle w:val="Heading2"/>
      </w:pPr>
      <w:r>
        <w:t>Guided Prayer</w:t>
      </w:r>
    </w:p>
    <w:p w14:paraId="63A2A89F" w14:textId="77777777" w:rsidR="00AE08AB" w:rsidRDefault="00AA2D9E">
      <w:r>
        <w:t>Father, I bring You the reality of what is mine to carry?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w:t>
      </w:r>
      <w:r>
        <w:t>ions remain unanswered. In Jesus' name, Amen.</w:t>
      </w:r>
    </w:p>
    <w:p w14:paraId="722BB84C" w14:textId="77777777" w:rsidR="00AE08AB" w:rsidRDefault="00AA2D9E">
      <w:pPr>
        <w:pStyle w:val="Heading2"/>
      </w:pPr>
      <w:r>
        <w:t>Release</w:t>
      </w:r>
    </w:p>
    <w:p w14:paraId="124A21F7" w14:textId="77777777" w:rsidR="00AE08AB" w:rsidRDefault="00AA2D9E">
      <w:r>
        <w:t>Complete this sentence slowly: “Father, today I place into Your hands…”</w:t>
      </w:r>
    </w:p>
    <w:p w14:paraId="4105B900" w14:textId="77777777" w:rsidR="00AE08AB" w:rsidRDefault="00AA2D9E">
      <w:pPr>
        <w:spacing w:after="60"/>
      </w:pPr>
      <w:r>
        <w:rPr>
          <w:color w:val="B9B9B9"/>
          <w:sz w:val="16"/>
        </w:rPr>
        <w:t>________________________________________________________</w:t>
      </w:r>
    </w:p>
    <w:p w14:paraId="13971EA7" w14:textId="77777777" w:rsidR="00AE08AB" w:rsidRDefault="00AA2D9E">
      <w:pPr>
        <w:spacing w:after="60"/>
      </w:pPr>
      <w:r>
        <w:rPr>
          <w:color w:val="B9B9B9"/>
          <w:sz w:val="16"/>
        </w:rPr>
        <w:t>________________________________________________________</w:t>
      </w:r>
    </w:p>
    <w:p w14:paraId="277FA47E" w14:textId="77777777" w:rsidR="00AE08AB" w:rsidRDefault="00AA2D9E">
      <w:pPr>
        <w:pStyle w:val="Heading2"/>
      </w:pPr>
      <w:r>
        <w:t>Listen</w:t>
      </w:r>
    </w:p>
    <w:p w14:paraId="66D6359C" w14:textId="77777777" w:rsidR="00AE08AB" w:rsidRDefault="00AA2D9E">
      <w:r>
        <w:t>Remain quiet for a moment. What truth, Scripture, conviction, or gentle reminder is rising?</w:t>
      </w:r>
    </w:p>
    <w:p w14:paraId="42D39895" w14:textId="77777777" w:rsidR="00AE08AB" w:rsidRDefault="00AA2D9E">
      <w:pPr>
        <w:spacing w:after="60"/>
      </w:pPr>
      <w:r>
        <w:rPr>
          <w:color w:val="B9B9B9"/>
          <w:sz w:val="16"/>
        </w:rPr>
        <w:t>________________________________________________________</w:t>
      </w:r>
    </w:p>
    <w:p w14:paraId="4A917015" w14:textId="77777777" w:rsidR="00AE08AB" w:rsidRDefault="00AA2D9E">
      <w:pPr>
        <w:spacing w:after="60"/>
      </w:pPr>
      <w:r>
        <w:rPr>
          <w:color w:val="B9B9B9"/>
          <w:sz w:val="16"/>
        </w:rPr>
        <w:t>________________________________________________________</w:t>
      </w:r>
    </w:p>
    <w:p w14:paraId="4885BB4E" w14:textId="77777777" w:rsidR="00AE08AB" w:rsidRDefault="00AA2D9E">
      <w:pPr>
        <w:pStyle w:val="Heading2"/>
      </w:pPr>
      <w:r>
        <w:t>My Unfiltered Prayer</w:t>
      </w:r>
    </w:p>
    <w:p w14:paraId="4D6F8BD5" w14:textId="77777777" w:rsidR="00AE08AB" w:rsidRDefault="00AA2D9E">
      <w:r>
        <w:t>God, as I sit with what is mine to carry?, what I most need to tell You honestly is…</w:t>
      </w:r>
    </w:p>
    <w:p w14:paraId="4B5444D1" w14:textId="77777777" w:rsidR="00AE08AB" w:rsidRDefault="00AA2D9E">
      <w:pPr>
        <w:spacing w:after="60"/>
      </w:pPr>
      <w:r>
        <w:rPr>
          <w:color w:val="B9B9B9"/>
          <w:sz w:val="16"/>
        </w:rPr>
        <w:t>________________________________________________________</w:t>
      </w:r>
    </w:p>
    <w:p w14:paraId="7AE0E8FA" w14:textId="77777777" w:rsidR="00AE08AB" w:rsidRDefault="00AA2D9E">
      <w:pPr>
        <w:spacing w:after="60"/>
      </w:pPr>
      <w:r>
        <w:rPr>
          <w:color w:val="B9B9B9"/>
          <w:sz w:val="16"/>
        </w:rPr>
        <w:t>________________________________________________________</w:t>
      </w:r>
    </w:p>
    <w:p w14:paraId="2156C3F8" w14:textId="77777777" w:rsidR="00AE08AB" w:rsidRDefault="00AA2D9E">
      <w:pPr>
        <w:spacing w:after="60"/>
      </w:pPr>
      <w:r>
        <w:rPr>
          <w:color w:val="B9B9B9"/>
          <w:sz w:val="16"/>
        </w:rPr>
        <w:t>________________________________________________________</w:t>
      </w:r>
    </w:p>
    <w:p w14:paraId="18A8D265" w14:textId="77777777" w:rsidR="00AE08AB" w:rsidRDefault="00AA2D9E">
      <w:pPr>
        <w:spacing w:after="60"/>
      </w:pPr>
      <w:r>
        <w:rPr>
          <w:color w:val="B9B9B9"/>
          <w:sz w:val="16"/>
        </w:rPr>
        <w:t>________________________________________________________</w:t>
      </w:r>
    </w:p>
    <w:p w14:paraId="1F9C233E" w14:textId="77777777" w:rsidR="00AE08AB" w:rsidRDefault="00AA2D9E">
      <w:pPr>
        <w:spacing w:after="60"/>
      </w:pPr>
      <w:r>
        <w:rPr>
          <w:color w:val="B9B9B9"/>
          <w:sz w:val="16"/>
        </w:rPr>
        <w:lastRenderedPageBreak/>
        <w:t>________________________________________________________</w:t>
      </w:r>
    </w:p>
    <w:p w14:paraId="4400BDFE" w14:textId="77777777" w:rsidR="00AE08AB" w:rsidRDefault="00AA2D9E">
      <w:pPr>
        <w:spacing w:after="60"/>
      </w:pPr>
      <w:r>
        <w:rPr>
          <w:color w:val="B9B9B9"/>
          <w:sz w:val="16"/>
        </w:rPr>
        <w:t>________________________________________________________</w:t>
      </w:r>
    </w:p>
    <w:p w14:paraId="6B858327" w14:textId="77777777" w:rsidR="00AE08AB" w:rsidRDefault="00AA2D9E">
      <w:pPr>
        <w:spacing w:after="60"/>
      </w:pPr>
      <w:r>
        <w:rPr>
          <w:color w:val="B9B9B9"/>
          <w:sz w:val="16"/>
        </w:rPr>
        <w:t>________________________________________________________</w:t>
      </w:r>
    </w:p>
    <w:p w14:paraId="7C054CC0" w14:textId="77777777" w:rsidR="00AE08AB" w:rsidRDefault="00AA2D9E">
      <w:pPr>
        <w:pStyle w:val="Heading1"/>
      </w:pPr>
      <w:r>
        <w:t>Sacred Pause</w:t>
      </w:r>
    </w:p>
    <w:p w14:paraId="725E5D01" w14:textId="77777777" w:rsidR="00AE08AB" w:rsidRDefault="00AA2D9E">
      <w:pPr>
        <w:pStyle w:val="Heading3"/>
      </w:pPr>
      <w:r>
        <w:t>What happened within me this week?</w:t>
      </w:r>
    </w:p>
    <w:p w14:paraId="2922E7ED" w14:textId="77777777" w:rsidR="00AE08AB" w:rsidRDefault="00AA2D9E">
      <w:pPr>
        <w:spacing w:after="60"/>
      </w:pPr>
      <w:r>
        <w:rPr>
          <w:color w:val="B9B9B9"/>
          <w:sz w:val="16"/>
        </w:rPr>
        <w:t>________________________________________________________</w:t>
      </w:r>
    </w:p>
    <w:p w14:paraId="3B282C9D" w14:textId="77777777" w:rsidR="00AE08AB" w:rsidRDefault="00AA2D9E">
      <w:pPr>
        <w:pStyle w:val="Heading3"/>
      </w:pPr>
      <w:r>
        <w:t>What emotion appeared most often?</w:t>
      </w:r>
    </w:p>
    <w:p w14:paraId="0F4461BF" w14:textId="77777777" w:rsidR="00AE08AB" w:rsidRDefault="00AA2D9E">
      <w:pPr>
        <w:spacing w:after="60"/>
      </w:pPr>
      <w:r>
        <w:rPr>
          <w:color w:val="B9B9B9"/>
          <w:sz w:val="16"/>
        </w:rPr>
        <w:t>________________________________________________________</w:t>
      </w:r>
    </w:p>
    <w:p w14:paraId="4D66A6A4" w14:textId="77777777" w:rsidR="00AE08AB" w:rsidRDefault="00AA2D9E">
      <w:pPr>
        <w:pStyle w:val="Heading3"/>
      </w:pPr>
      <w:r>
        <w:t>Where did I recognize God's grace?</w:t>
      </w:r>
    </w:p>
    <w:p w14:paraId="7613BBA4" w14:textId="77777777" w:rsidR="00AE08AB" w:rsidRDefault="00AA2D9E">
      <w:pPr>
        <w:spacing w:after="60"/>
      </w:pPr>
      <w:r>
        <w:rPr>
          <w:color w:val="B9B9B9"/>
          <w:sz w:val="16"/>
        </w:rPr>
        <w:t>________________________________________________________</w:t>
      </w:r>
    </w:p>
    <w:p w14:paraId="6E126927" w14:textId="77777777" w:rsidR="00AE08AB" w:rsidRDefault="00AA2D9E">
      <w:pPr>
        <w:pStyle w:val="Heading3"/>
      </w:pPr>
      <w:r>
        <w:t>What do I refuse to carry into another week?</w:t>
      </w:r>
    </w:p>
    <w:p w14:paraId="5358F0A2" w14:textId="77777777" w:rsidR="00AE08AB" w:rsidRDefault="00AA2D9E">
      <w:pPr>
        <w:spacing w:after="60"/>
      </w:pPr>
      <w:r>
        <w:rPr>
          <w:color w:val="B9B9B9"/>
          <w:sz w:val="16"/>
        </w:rPr>
        <w:t>________________________________________________________</w:t>
      </w:r>
    </w:p>
    <w:p w14:paraId="16144D3F" w14:textId="77777777" w:rsidR="00AE08AB" w:rsidRDefault="00AA2D9E">
      <w:pPr>
        <w:pStyle w:val="Heading3"/>
      </w:pPr>
      <w:r>
        <w:t>What do I need to receive from God now?</w:t>
      </w:r>
    </w:p>
    <w:p w14:paraId="23E42DEC" w14:textId="77777777" w:rsidR="00AE08AB" w:rsidRDefault="00AA2D9E">
      <w:pPr>
        <w:spacing w:after="60"/>
      </w:pPr>
      <w:r>
        <w:rPr>
          <w:color w:val="B9B9B9"/>
          <w:sz w:val="16"/>
        </w:rPr>
        <w:t>________________________________________________________</w:t>
      </w:r>
    </w:p>
    <w:p w14:paraId="03C28DE1" w14:textId="77777777" w:rsidR="00AE08AB" w:rsidRDefault="00AA2D9E">
      <w:r>
        <w:br w:type="page"/>
      </w:r>
    </w:p>
    <w:p w14:paraId="59C9ADBB" w14:textId="77777777" w:rsidR="00AE08AB" w:rsidRDefault="00AA2D9E">
      <w:pPr>
        <w:pStyle w:val="Heading2"/>
      </w:pPr>
      <w:r>
        <w:lastRenderedPageBreak/>
        <w:t>DAY 29</w:t>
      </w:r>
    </w:p>
    <w:p w14:paraId="291AB33B" w14:textId="77777777" w:rsidR="00AE08AB" w:rsidRDefault="00AA2D9E">
      <w:pPr>
        <w:pStyle w:val="Heading1"/>
      </w:pPr>
      <w:r>
        <w:t>Lightening the Load</w:t>
      </w:r>
    </w:p>
    <w:p w14:paraId="005A9F2D" w14:textId="77777777" w:rsidR="00AE08AB" w:rsidRDefault="00AA2D9E">
      <w:r>
        <w:rPr>
          <w:b/>
          <w:color w:val="B08D3A"/>
        </w:rPr>
        <w:t xml:space="preserve">SCRIPTURE ANCHOR  </w:t>
      </w:r>
      <w:r>
        <w:t>Psalm 55:22</w:t>
      </w:r>
    </w:p>
    <w:p w14:paraId="2F99326D" w14:textId="77777777" w:rsidR="00AE08AB" w:rsidRDefault="00AA2D9E">
      <w:pPr>
        <w:pStyle w:val="Heading2"/>
      </w:pPr>
      <w:r>
        <w:t>Pause</w:t>
      </w:r>
    </w:p>
    <w:p w14:paraId="23305877" w14:textId="77777777" w:rsidR="00AE08AB" w:rsidRDefault="00AA2D9E">
      <w:r>
        <w:t>Take three slow breaths. Let your body become still. You do not have to solve anything before you pray.</w:t>
      </w:r>
    </w:p>
    <w:p w14:paraId="10BE9F6E" w14:textId="77777777" w:rsidR="00AE08AB" w:rsidRDefault="00AA2D9E">
      <w:pPr>
        <w:pStyle w:val="Heading2"/>
      </w:pPr>
      <w:r>
        <w:t>Guided Prayer</w:t>
      </w:r>
    </w:p>
    <w:p w14:paraId="7BF6FC66" w14:textId="77777777" w:rsidR="00AE08AB" w:rsidRDefault="00AA2D9E">
      <w:r>
        <w:t>Father, I bring You the reality of lightening the load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w:t>
      </w:r>
      <w:r>
        <w:t>s remain unanswered. In Jesus' name, Amen.</w:t>
      </w:r>
    </w:p>
    <w:p w14:paraId="4D3DD329" w14:textId="77777777" w:rsidR="00AE08AB" w:rsidRDefault="00AA2D9E">
      <w:pPr>
        <w:pStyle w:val="Heading2"/>
      </w:pPr>
      <w:r>
        <w:t>Release</w:t>
      </w:r>
    </w:p>
    <w:p w14:paraId="57DA9A58" w14:textId="77777777" w:rsidR="00AE08AB" w:rsidRDefault="00AA2D9E">
      <w:r>
        <w:t>Complete this sentence slowly: “Father, today I place into Your hands…”</w:t>
      </w:r>
    </w:p>
    <w:p w14:paraId="786002A0" w14:textId="77777777" w:rsidR="00AE08AB" w:rsidRDefault="00AA2D9E">
      <w:pPr>
        <w:spacing w:after="60"/>
      </w:pPr>
      <w:r>
        <w:rPr>
          <w:color w:val="B9B9B9"/>
          <w:sz w:val="16"/>
        </w:rPr>
        <w:t>________________________________________________________</w:t>
      </w:r>
    </w:p>
    <w:p w14:paraId="16519A1B" w14:textId="77777777" w:rsidR="00AE08AB" w:rsidRDefault="00AA2D9E">
      <w:pPr>
        <w:spacing w:after="60"/>
      </w:pPr>
      <w:r>
        <w:rPr>
          <w:color w:val="B9B9B9"/>
          <w:sz w:val="16"/>
        </w:rPr>
        <w:t>________________________________________________________</w:t>
      </w:r>
    </w:p>
    <w:p w14:paraId="5391B987" w14:textId="77777777" w:rsidR="00AE08AB" w:rsidRDefault="00AA2D9E">
      <w:pPr>
        <w:pStyle w:val="Heading2"/>
      </w:pPr>
      <w:r>
        <w:t>Listen</w:t>
      </w:r>
    </w:p>
    <w:p w14:paraId="188740F8" w14:textId="77777777" w:rsidR="00AE08AB" w:rsidRDefault="00AA2D9E">
      <w:r>
        <w:t>Remain quiet for a moment. What truth, Scripture, conviction, or gentle reminder is rising?</w:t>
      </w:r>
    </w:p>
    <w:p w14:paraId="17D4242A" w14:textId="77777777" w:rsidR="00AE08AB" w:rsidRDefault="00AA2D9E">
      <w:pPr>
        <w:spacing w:after="60"/>
      </w:pPr>
      <w:r>
        <w:rPr>
          <w:color w:val="B9B9B9"/>
          <w:sz w:val="16"/>
        </w:rPr>
        <w:t>________________________________________________________</w:t>
      </w:r>
    </w:p>
    <w:p w14:paraId="407C3055" w14:textId="77777777" w:rsidR="00AE08AB" w:rsidRDefault="00AA2D9E">
      <w:pPr>
        <w:spacing w:after="60"/>
      </w:pPr>
      <w:r>
        <w:rPr>
          <w:color w:val="B9B9B9"/>
          <w:sz w:val="16"/>
        </w:rPr>
        <w:t>________________________________________________________</w:t>
      </w:r>
    </w:p>
    <w:p w14:paraId="7756F4E2" w14:textId="77777777" w:rsidR="00AE08AB" w:rsidRDefault="00AA2D9E">
      <w:pPr>
        <w:pStyle w:val="Heading2"/>
      </w:pPr>
      <w:r>
        <w:t>My Unfiltered Prayer</w:t>
      </w:r>
    </w:p>
    <w:p w14:paraId="5DFD714B" w14:textId="77777777" w:rsidR="00AE08AB" w:rsidRDefault="00AA2D9E">
      <w:r>
        <w:t>God, as I sit with lightening the load, what I most need to tell You honestly is…</w:t>
      </w:r>
    </w:p>
    <w:p w14:paraId="5EF0395D" w14:textId="77777777" w:rsidR="00AE08AB" w:rsidRDefault="00AA2D9E">
      <w:pPr>
        <w:spacing w:after="60"/>
      </w:pPr>
      <w:r>
        <w:rPr>
          <w:color w:val="B9B9B9"/>
          <w:sz w:val="16"/>
        </w:rPr>
        <w:t>________________________________________________________</w:t>
      </w:r>
    </w:p>
    <w:p w14:paraId="40D58CF0" w14:textId="77777777" w:rsidR="00AE08AB" w:rsidRDefault="00AA2D9E">
      <w:pPr>
        <w:spacing w:after="60"/>
      </w:pPr>
      <w:r>
        <w:rPr>
          <w:color w:val="B9B9B9"/>
          <w:sz w:val="16"/>
        </w:rPr>
        <w:t>________________________________________________________</w:t>
      </w:r>
    </w:p>
    <w:p w14:paraId="5B8C9918" w14:textId="77777777" w:rsidR="00AE08AB" w:rsidRDefault="00AA2D9E">
      <w:pPr>
        <w:spacing w:after="60"/>
      </w:pPr>
      <w:r>
        <w:rPr>
          <w:color w:val="B9B9B9"/>
          <w:sz w:val="16"/>
        </w:rPr>
        <w:t>________________________________________________________</w:t>
      </w:r>
    </w:p>
    <w:p w14:paraId="3BDA199E" w14:textId="77777777" w:rsidR="00AE08AB" w:rsidRDefault="00AA2D9E">
      <w:pPr>
        <w:spacing w:after="60"/>
      </w:pPr>
      <w:r>
        <w:rPr>
          <w:color w:val="B9B9B9"/>
          <w:sz w:val="16"/>
        </w:rPr>
        <w:t>________________________________________________________</w:t>
      </w:r>
    </w:p>
    <w:p w14:paraId="39158B74" w14:textId="77777777" w:rsidR="00AE08AB" w:rsidRDefault="00AA2D9E">
      <w:pPr>
        <w:spacing w:after="60"/>
      </w:pPr>
      <w:r>
        <w:rPr>
          <w:color w:val="B9B9B9"/>
          <w:sz w:val="16"/>
        </w:rPr>
        <w:t>________________________________________________________</w:t>
      </w:r>
    </w:p>
    <w:p w14:paraId="0A93BECE" w14:textId="77777777" w:rsidR="00AE08AB" w:rsidRDefault="00AA2D9E">
      <w:pPr>
        <w:spacing w:after="60"/>
      </w:pPr>
      <w:r>
        <w:rPr>
          <w:color w:val="B9B9B9"/>
          <w:sz w:val="16"/>
        </w:rPr>
        <w:lastRenderedPageBreak/>
        <w:t>________________________________________________________</w:t>
      </w:r>
    </w:p>
    <w:p w14:paraId="610B9A42" w14:textId="77777777" w:rsidR="00AE08AB" w:rsidRDefault="00AA2D9E">
      <w:pPr>
        <w:spacing w:after="60"/>
      </w:pPr>
      <w:r>
        <w:rPr>
          <w:color w:val="B9B9B9"/>
          <w:sz w:val="16"/>
        </w:rPr>
        <w:t>________________________________________________________</w:t>
      </w:r>
    </w:p>
    <w:p w14:paraId="1529C360" w14:textId="77777777" w:rsidR="00AE08AB" w:rsidRDefault="00AA2D9E">
      <w:r>
        <w:br w:type="page"/>
      </w:r>
    </w:p>
    <w:p w14:paraId="7E38F4D7" w14:textId="77777777" w:rsidR="00AE08AB" w:rsidRDefault="00AA2D9E">
      <w:pPr>
        <w:pStyle w:val="Heading2"/>
      </w:pPr>
      <w:r>
        <w:lastRenderedPageBreak/>
        <w:t>DAY 30</w:t>
      </w:r>
    </w:p>
    <w:p w14:paraId="6A15DA6F" w14:textId="77777777" w:rsidR="00AE08AB" w:rsidRDefault="00AA2D9E">
      <w:pPr>
        <w:pStyle w:val="Heading1"/>
      </w:pPr>
      <w:r>
        <w:t>Held While Healing</w:t>
      </w:r>
    </w:p>
    <w:p w14:paraId="6369B7C1" w14:textId="77777777" w:rsidR="00AE08AB" w:rsidRDefault="00AA2D9E">
      <w:r>
        <w:rPr>
          <w:b/>
          <w:color w:val="B08D3A"/>
        </w:rPr>
        <w:t xml:space="preserve">SCRIPTURE ANCHOR  </w:t>
      </w:r>
      <w:r>
        <w:t>Psalm 147:3</w:t>
      </w:r>
    </w:p>
    <w:p w14:paraId="69BB4260" w14:textId="77777777" w:rsidR="00AE08AB" w:rsidRDefault="00AA2D9E">
      <w:pPr>
        <w:pStyle w:val="Heading2"/>
      </w:pPr>
      <w:r>
        <w:t>Pause</w:t>
      </w:r>
    </w:p>
    <w:p w14:paraId="4FEE3FDB" w14:textId="77777777" w:rsidR="00AE08AB" w:rsidRDefault="00AA2D9E">
      <w:r>
        <w:t>Take three slow breaths. Let your body become still. You do not have to solve anything before you pray.</w:t>
      </w:r>
    </w:p>
    <w:p w14:paraId="02148C61" w14:textId="77777777" w:rsidR="00AE08AB" w:rsidRDefault="00AA2D9E">
      <w:pPr>
        <w:pStyle w:val="Heading2"/>
      </w:pPr>
      <w:r>
        <w:t>Guided Prayer</w:t>
      </w:r>
    </w:p>
    <w:p w14:paraId="695A1437" w14:textId="77777777" w:rsidR="00AE08AB" w:rsidRDefault="00AA2D9E">
      <w:r>
        <w:t>Father, I bring You the reality of held while healing without pretending or hiding. Meet me here with truth and mercy. In this season of the weight you can't explain,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w:t>
      </w:r>
      <w:r>
        <w:t xml:space="preserve"> remain unanswered. In Jesus' name, Amen.</w:t>
      </w:r>
    </w:p>
    <w:p w14:paraId="3FC67DEA" w14:textId="77777777" w:rsidR="00AE08AB" w:rsidRDefault="00AA2D9E">
      <w:pPr>
        <w:pStyle w:val="Heading2"/>
      </w:pPr>
      <w:r>
        <w:t>Release</w:t>
      </w:r>
    </w:p>
    <w:p w14:paraId="3CD9551F" w14:textId="77777777" w:rsidR="00AE08AB" w:rsidRDefault="00AA2D9E">
      <w:r>
        <w:t>Complete this sentence slowly: “Father, today I place into Your hands…”</w:t>
      </w:r>
    </w:p>
    <w:p w14:paraId="78A35B4D" w14:textId="77777777" w:rsidR="00AE08AB" w:rsidRDefault="00AA2D9E">
      <w:pPr>
        <w:spacing w:after="60"/>
      </w:pPr>
      <w:r>
        <w:rPr>
          <w:color w:val="B9B9B9"/>
          <w:sz w:val="16"/>
        </w:rPr>
        <w:t>________________________________________________________</w:t>
      </w:r>
    </w:p>
    <w:p w14:paraId="2DF29F65" w14:textId="77777777" w:rsidR="00AE08AB" w:rsidRDefault="00AA2D9E">
      <w:pPr>
        <w:spacing w:after="60"/>
      </w:pPr>
      <w:r>
        <w:rPr>
          <w:color w:val="B9B9B9"/>
          <w:sz w:val="16"/>
        </w:rPr>
        <w:t>________________________________________________________</w:t>
      </w:r>
    </w:p>
    <w:p w14:paraId="4FD9BA6F" w14:textId="77777777" w:rsidR="00AE08AB" w:rsidRDefault="00AA2D9E">
      <w:pPr>
        <w:pStyle w:val="Heading2"/>
      </w:pPr>
      <w:r>
        <w:t>Listen</w:t>
      </w:r>
    </w:p>
    <w:p w14:paraId="6ED21EDF" w14:textId="77777777" w:rsidR="00AE08AB" w:rsidRDefault="00AA2D9E">
      <w:r>
        <w:t>Remain quiet for a moment. What truth, Scripture, conviction, or gentle reminder is rising?</w:t>
      </w:r>
    </w:p>
    <w:p w14:paraId="0DF73618" w14:textId="77777777" w:rsidR="00AE08AB" w:rsidRDefault="00AA2D9E">
      <w:pPr>
        <w:spacing w:after="60"/>
      </w:pPr>
      <w:r>
        <w:rPr>
          <w:color w:val="B9B9B9"/>
          <w:sz w:val="16"/>
        </w:rPr>
        <w:t>________________________________________________________</w:t>
      </w:r>
    </w:p>
    <w:p w14:paraId="5FE2EB8B" w14:textId="77777777" w:rsidR="00AE08AB" w:rsidRDefault="00AA2D9E">
      <w:pPr>
        <w:spacing w:after="60"/>
      </w:pPr>
      <w:r>
        <w:rPr>
          <w:color w:val="B9B9B9"/>
          <w:sz w:val="16"/>
        </w:rPr>
        <w:t>________________________________________________________</w:t>
      </w:r>
    </w:p>
    <w:p w14:paraId="1F730F83" w14:textId="77777777" w:rsidR="00AE08AB" w:rsidRDefault="00AA2D9E">
      <w:pPr>
        <w:pStyle w:val="Heading2"/>
      </w:pPr>
      <w:r>
        <w:t>My Unfiltered Prayer</w:t>
      </w:r>
    </w:p>
    <w:p w14:paraId="1C26CA2B" w14:textId="77777777" w:rsidR="00AE08AB" w:rsidRDefault="00AA2D9E">
      <w:r>
        <w:t>God, as I sit with held while healing, what I most need to tell You honestly is…</w:t>
      </w:r>
    </w:p>
    <w:p w14:paraId="1726823B" w14:textId="77777777" w:rsidR="00AE08AB" w:rsidRDefault="00AA2D9E">
      <w:pPr>
        <w:spacing w:after="60"/>
      </w:pPr>
      <w:r>
        <w:rPr>
          <w:color w:val="B9B9B9"/>
          <w:sz w:val="16"/>
        </w:rPr>
        <w:t>________________________________________________________</w:t>
      </w:r>
    </w:p>
    <w:p w14:paraId="3B5EC429" w14:textId="77777777" w:rsidR="00AE08AB" w:rsidRDefault="00AA2D9E">
      <w:pPr>
        <w:spacing w:after="60"/>
      </w:pPr>
      <w:r>
        <w:rPr>
          <w:color w:val="B9B9B9"/>
          <w:sz w:val="16"/>
        </w:rPr>
        <w:t>________________________________________________________</w:t>
      </w:r>
    </w:p>
    <w:p w14:paraId="3D98319C" w14:textId="77777777" w:rsidR="00AE08AB" w:rsidRDefault="00AA2D9E">
      <w:pPr>
        <w:spacing w:after="60"/>
      </w:pPr>
      <w:r>
        <w:rPr>
          <w:color w:val="B9B9B9"/>
          <w:sz w:val="16"/>
        </w:rPr>
        <w:t>________________________________________________________</w:t>
      </w:r>
    </w:p>
    <w:p w14:paraId="12B409E9" w14:textId="77777777" w:rsidR="00AE08AB" w:rsidRDefault="00AA2D9E">
      <w:pPr>
        <w:spacing w:after="60"/>
      </w:pPr>
      <w:r>
        <w:rPr>
          <w:color w:val="B9B9B9"/>
          <w:sz w:val="16"/>
        </w:rPr>
        <w:t>________________________________________________________</w:t>
      </w:r>
    </w:p>
    <w:p w14:paraId="1FECFA20" w14:textId="77777777" w:rsidR="00AE08AB" w:rsidRDefault="00AA2D9E">
      <w:pPr>
        <w:spacing w:after="60"/>
      </w:pPr>
      <w:r>
        <w:rPr>
          <w:color w:val="B9B9B9"/>
          <w:sz w:val="16"/>
        </w:rPr>
        <w:t>________________________________________________________</w:t>
      </w:r>
    </w:p>
    <w:p w14:paraId="6144663B" w14:textId="77777777" w:rsidR="00AE08AB" w:rsidRDefault="00AA2D9E">
      <w:pPr>
        <w:spacing w:after="60"/>
      </w:pPr>
      <w:r>
        <w:rPr>
          <w:color w:val="B9B9B9"/>
          <w:sz w:val="16"/>
        </w:rPr>
        <w:lastRenderedPageBreak/>
        <w:t>________________________________________________________</w:t>
      </w:r>
    </w:p>
    <w:p w14:paraId="1812BFA6" w14:textId="77777777" w:rsidR="00AE08AB" w:rsidRDefault="00AA2D9E">
      <w:pPr>
        <w:spacing w:after="60"/>
      </w:pPr>
      <w:r>
        <w:rPr>
          <w:color w:val="B9B9B9"/>
          <w:sz w:val="16"/>
        </w:rPr>
        <w:t>________________________________________________________</w:t>
      </w:r>
    </w:p>
    <w:p w14:paraId="224F1175" w14:textId="77777777" w:rsidR="00AE08AB" w:rsidRDefault="00AA2D9E">
      <w:r>
        <w:br w:type="page"/>
      </w:r>
    </w:p>
    <w:p w14:paraId="4E5D7A4A" w14:textId="77777777" w:rsidR="00AE08AB" w:rsidRDefault="00AA2D9E">
      <w:pPr>
        <w:pStyle w:val="Heading1"/>
      </w:pPr>
      <w:r>
        <w:lastRenderedPageBreak/>
        <w:t>End-of-Month Prayer Inventory</w:t>
      </w:r>
    </w:p>
    <w:p w14:paraId="732938FA" w14:textId="77777777" w:rsidR="00AE08AB" w:rsidRDefault="00AA2D9E">
      <w:pPr>
        <w:pStyle w:val="Heading3"/>
      </w:pPr>
      <w:r>
        <w:t>At the beginning of this month, I was carrying…</w:t>
      </w:r>
    </w:p>
    <w:p w14:paraId="0F7BD5B2" w14:textId="77777777" w:rsidR="00AE08AB" w:rsidRDefault="00AA2D9E">
      <w:pPr>
        <w:spacing w:after="60"/>
      </w:pPr>
      <w:r>
        <w:rPr>
          <w:color w:val="B9B9B9"/>
          <w:sz w:val="16"/>
        </w:rPr>
        <w:t>________________________________________________________</w:t>
      </w:r>
    </w:p>
    <w:p w14:paraId="1CC1BF58" w14:textId="77777777" w:rsidR="00AE08AB" w:rsidRDefault="00AA2D9E">
      <w:pPr>
        <w:spacing w:after="60"/>
      </w:pPr>
      <w:r>
        <w:rPr>
          <w:color w:val="B9B9B9"/>
          <w:sz w:val="16"/>
        </w:rPr>
        <w:t>________________________________________________________</w:t>
      </w:r>
    </w:p>
    <w:p w14:paraId="4FD656DA" w14:textId="77777777" w:rsidR="00AE08AB" w:rsidRDefault="00AA2D9E">
      <w:pPr>
        <w:pStyle w:val="Heading3"/>
      </w:pPr>
      <w:r>
        <w:t>God met me through…</w:t>
      </w:r>
    </w:p>
    <w:p w14:paraId="6CCED8C3" w14:textId="77777777" w:rsidR="00AE08AB" w:rsidRDefault="00AA2D9E">
      <w:pPr>
        <w:spacing w:after="60"/>
      </w:pPr>
      <w:r>
        <w:rPr>
          <w:color w:val="B9B9B9"/>
          <w:sz w:val="16"/>
        </w:rPr>
        <w:t>________________________________________________________</w:t>
      </w:r>
    </w:p>
    <w:p w14:paraId="565E9C70" w14:textId="77777777" w:rsidR="00AE08AB" w:rsidRDefault="00AA2D9E">
      <w:pPr>
        <w:spacing w:after="60"/>
      </w:pPr>
      <w:r>
        <w:rPr>
          <w:color w:val="B9B9B9"/>
          <w:sz w:val="16"/>
        </w:rPr>
        <w:t>________________________________________________________</w:t>
      </w:r>
    </w:p>
    <w:p w14:paraId="06A4483D" w14:textId="77777777" w:rsidR="00AE08AB" w:rsidRDefault="00AA2D9E">
      <w:pPr>
        <w:pStyle w:val="Heading3"/>
      </w:pPr>
      <w:r>
        <w:t>The Scripture I returned to most was…</w:t>
      </w:r>
    </w:p>
    <w:p w14:paraId="6773ED93" w14:textId="77777777" w:rsidR="00AE08AB" w:rsidRDefault="00AA2D9E">
      <w:pPr>
        <w:spacing w:after="60"/>
      </w:pPr>
      <w:r>
        <w:rPr>
          <w:color w:val="B9B9B9"/>
          <w:sz w:val="16"/>
        </w:rPr>
        <w:t>________________________________________________________</w:t>
      </w:r>
    </w:p>
    <w:p w14:paraId="656E210D" w14:textId="77777777" w:rsidR="00AE08AB" w:rsidRDefault="00AA2D9E">
      <w:pPr>
        <w:spacing w:after="60"/>
      </w:pPr>
      <w:r>
        <w:rPr>
          <w:color w:val="B9B9B9"/>
          <w:sz w:val="16"/>
        </w:rPr>
        <w:t>________________________________________________________</w:t>
      </w:r>
    </w:p>
    <w:p w14:paraId="4CF6EB34" w14:textId="77777777" w:rsidR="00AE08AB" w:rsidRDefault="00AA2D9E">
      <w:pPr>
        <w:pStyle w:val="Heading3"/>
      </w:pPr>
      <w:r>
        <w:t>Something I understand differently now is…</w:t>
      </w:r>
    </w:p>
    <w:p w14:paraId="37AA10EB" w14:textId="77777777" w:rsidR="00AE08AB" w:rsidRDefault="00AA2D9E">
      <w:pPr>
        <w:spacing w:after="60"/>
      </w:pPr>
      <w:r>
        <w:rPr>
          <w:color w:val="B9B9B9"/>
          <w:sz w:val="16"/>
        </w:rPr>
        <w:t>________________________________________________________</w:t>
      </w:r>
    </w:p>
    <w:p w14:paraId="1257D7D9" w14:textId="77777777" w:rsidR="00AE08AB" w:rsidRDefault="00AA2D9E">
      <w:pPr>
        <w:spacing w:after="60"/>
      </w:pPr>
      <w:r>
        <w:rPr>
          <w:color w:val="B9B9B9"/>
          <w:sz w:val="16"/>
        </w:rPr>
        <w:t>________________________________________________________</w:t>
      </w:r>
    </w:p>
    <w:p w14:paraId="4F005674" w14:textId="77777777" w:rsidR="00AE08AB" w:rsidRDefault="00AA2D9E">
      <w:pPr>
        <w:pStyle w:val="Heading3"/>
      </w:pPr>
      <w:r>
        <w:t>Something still unresolved is…</w:t>
      </w:r>
    </w:p>
    <w:p w14:paraId="5B0189F0" w14:textId="77777777" w:rsidR="00AE08AB" w:rsidRDefault="00AA2D9E">
      <w:pPr>
        <w:spacing w:after="60"/>
      </w:pPr>
      <w:r>
        <w:rPr>
          <w:color w:val="B9B9B9"/>
          <w:sz w:val="16"/>
        </w:rPr>
        <w:t>________________________________________________________</w:t>
      </w:r>
    </w:p>
    <w:p w14:paraId="6515A84F" w14:textId="77777777" w:rsidR="00AE08AB" w:rsidRDefault="00AA2D9E">
      <w:pPr>
        <w:spacing w:after="60"/>
      </w:pPr>
      <w:r>
        <w:rPr>
          <w:color w:val="B9B9B9"/>
          <w:sz w:val="16"/>
        </w:rPr>
        <w:t>________________________________________________________</w:t>
      </w:r>
    </w:p>
    <w:p w14:paraId="0AE6BCAA" w14:textId="77777777" w:rsidR="00AE08AB" w:rsidRDefault="00AA2D9E">
      <w:pPr>
        <w:pStyle w:val="Heading3"/>
      </w:pPr>
      <w:r>
        <w:t>What I need to surrender before the next month is…</w:t>
      </w:r>
    </w:p>
    <w:p w14:paraId="50E070B1" w14:textId="77777777" w:rsidR="00AE08AB" w:rsidRDefault="00AA2D9E">
      <w:pPr>
        <w:spacing w:after="60"/>
      </w:pPr>
      <w:r>
        <w:rPr>
          <w:color w:val="B9B9B9"/>
          <w:sz w:val="16"/>
        </w:rPr>
        <w:t>________________________________________________________</w:t>
      </w:r>
    </w:p>
    <w:p w14:paraId="4D501336" w14:textId="77777777" w:rsidR="00AE08AB" w:rsidRDefault="00AA2D9E">
      <w:pPr>
        <w:spacing w:after="60"/>
      </w:pPr>
      <w:r>
        <w:rPr>
          <w:color w:val="B9B9B9"/>
          <w:sz w:val="16"/>
        </w:rPr>
        <w:t>________________________________________________________</w:t>
      </w:r>
    </w:p>
    <w:p w14:paraId="13FDE173" w14:textId="77777777" w:rsidR="00AE08AB" w:rsidRDefault="00AA2D9E">
      <w:pPr>
        <w:pStyle w:val="Heading3"/>
      </w:pPr>
      <w:r>
        <w:t>My prayer for the month ahead is…</w:t>
      </w:r>
    </w:p>
    <w:p w14:paraId="0DBEC2A9" w14:textId="77777777" w:rsidR="00AE08AB" w:rsidRDefault="00AA2D9E">
      <w:pPr>
        <w:spacing w:after="60"/>
      </w:pPr>
      <w:r>
        <w:rPr>
          <w:color w:val="B9B9B9"/>
          <w:sz w:val="16"/>
        </w:rPr>
        <w:t>________________________________________________________</w:t>
      </w:r>
    </w:p>
    <w:p w14:paraId="6A3E849D" w14:textId="77777777" w:rsidR="00AE08AB" w:rsidRDefault="00AA2D9E">
      <w:pPr>
        <w:spacing w:after="60"/>
      </w:pPr>
      <w:r>
        <w:rPr>
          <w:color w:val="B9B9B9"/>
          <w:sz w:val="16"/>
        </w:rPr>
        <w:t>________________________________________________________</w:t>
      </w:r>
    </w:p>
    <w:p w14:paraId="7B727637" w14:textId="77777777" w:rsidR="00AE08AB" w:rsidRDefault="00AA2D9E">
      <w:r>
        <w:br w:type="page"/>
      </w:r>
    </w:p>
    <w:p w14:paraId="712E0D7F" w14:textId="77777777" w:rsidR="00AE08AB" w:rsidRDefault="00AA2D9E">
      <w:pPr>
        <w:pStyle w:val="Heading2"/>
      </w:pPr>
      <w:r>
        <w:lastRenderedPageBreak/>
        <w:t>MONTH THREE</w:t>
      </w:r>
    </w:p>
    <w:p w14:paraId="0EC8A22C" w14:textId="77777777" w:rsidR="00AE08AB" w:rsidRDefault="00AA2D9E">
      <w:pPr>
        <w:jc w:val="center"/>
      </w:pPr>
      <w:r>
        <w:rPr>
          <w:b/>
          <w:color w:val="17324D"/>
          <w:sz w:val="46"/>
        </w:rPr>
        <w:t>LEARNING TO BREATHE AGAIN</w:t>
      </w:r>
    </w:p>
    <w:p w14:paraId="42022E27" w14:textId="77777777" w:rsidR="00AE08AB" w:rsidRDefault="00AA2D9E">
      <w:pPr>
        <w:jc w:val="center"/>
      </w:pPr>
      <w:r>
        <w:rPr>
          <w:i/>
          <w:color w:val="B08D3A"/>
        </w:rPr>
        <w:t>Prayer as Rest, Presence, and Restoration</w:t>
      </w:r>
    </w:p>
    <w:p w14:paraId="68B16289" w14:textId="77777777" w:rsidR="00AE08AB" w:rsidRDefault="00AA2D9E">
      <w:pPr>
        <w:jc w:val="center"/>
      </w:pPr>
      <w:r>
        <w:rPr>
          <w:color w:val="B08D3A"/>
        </w:rPr>
        <w:t>—  ◆  —</w:t>
      </w:r>
    </w:p>
    <w:p w14:paraId="781E0FD6" w14:textId="77777777" w:rsidR="00AE08AB" w:rsidRDefault="00AA2D9E">
      <w:pPr>
        <w:pStyle w:val="Heading2"/>
      </w:pPr>
      <w:r>
        <w:t>Beginning-of-Month Prayer</w:t>
      </w:r>
    </w:p>
    <w:p w14:paraId="34527E6D" w14:textId="77777777" w:rsidR="00AE08AB" w:rsidRDefault="00AA2D9E">
      <w:r>
        <w:t>Father, as I enter this month of learning to breathe again, teach me to pray with honesty rather than performance. Help me notice what is happening within me, bring it into Your presence, and receive the grace I need for each day. Amen.</w:t>
      </w:r>
    </w:p>
    <w:p w14:paraId="5BC8F4D6" w14:textId="77777777" w:rsidR="00AE08AB" w:rsidRDefault="00AA2D9E">
      <w:pPr>
        <w:pStyle w:val="Heading2"/>
      </w:pPr>
      <w:r>
        <w:t>What I Am Carrying Into This Month</w:t>
      </w:r>
    </w:p>
    <w:p w14:paraId="47659C65" w14:textId="77777777" w:rsidR="00AE08AB" w:rsidRDefault="00AA2D9E">
      <w:pPr>
        <w:spacing w:after="60"/>
      </w:pPr>
      <w:r>
        <w:rPr>
          <w:color w:val="B9B9B9"/>
          <w:sz w:val="16"/>
        </w:rPr>
        <w:t>________________________________________________________</w:t>
      </w:r>
    </w:p>
    <w:p w14:paraId="202DA2B0" w14:textId="77777777" w:rsidR="00AE08AB" w:rsidRDefault="00AA2D9E">
      <w:pPr>
        <w:spacing w:after="60"/>
      </w:pPr>
      <w:r>
        <w:rPr>
          <w:color w:val="B9B9B9"/>
          <w:sz w:val="16"/>
        </w:rPr>
        <w:t>________________________________________________________</w:t>
      </w:r>
    </w:p>
    <w:p w14:paraId="11C7052B" w14:textId="77777777" w:rsidR="00AE08AB" w:rsidRDefault="00AA2D9E">
      <w:pPr>
        <w:spacing w:after="60"/>
      </w:pPr>
      <w:r>
        <w:rPr>
          <w:color w:val="B9B9B9"/>
          <w:sz w:val="16"/>
        </w:rPr>
        <w:t>________________________________________________________</w:t>
      </w:r>
    </w:p>
    <w:p w14:paraId="1B1E0430" w14:textId="77777777" w:rsidR="00AE08AB" w:rsidRDefault="00AA2D9E">
      <w:pPr>
        <w:spacing w:after="60"/>
      </w:pPr>
      <w:r>
        <w:rPr>
          <w:color w:val="B9B9B9"/>
          <w:sz w:val="16"/>
        </w:rPr>
        <w:t>________________________________________________________</w:t>
      </w:r>
    </w:p>
    <w:p w14:paraId="69935670" w14:textId="77777777" w:rsidR="00AE08AB" w:rsidRDefault="00AA2D9E">
      <w:r>
        <w:br w:type="page"/>
      </w:r>
    </w:p>
    <w:p w14:paraId="5467FEF2" w14:textId="77777777" w:rsidR="00AE08AB" w:rsidRDefault="00AA2D9E">
      <w:pPr>
        <w:pStyle w:val="Heading2"/>
      </w:pPr>
      <w:r>
        <w:lastRenderedPageBreak/>
        <w:t>DAY 1</w:t>
      </w:r>
    </w:p>
    <w:p w14:paraId="34AC7836" w14:textId="77777777" w:rsidR="00AE08AB" w:rsidRDefault="00AA2D9E">
      <w:pPr>
        <w:pStyle w:val="Heading1"/>
      </w:pPr>
      <w:r>
        <w:t>Permission to Pause</w:t>
      </w:r>
    </w:p>
    <w:p w14:paraId="578C717A" w14:textId="77777777" w:rsidR="00AE08AB" w:rsidRDefault="00AA2D9E">
      <w:r>
        <w:rPr>
          <w:b/>
          <w:color w:val="B08D3A"/>
        </w:rPr>
        <w:t xml:space="preserve">SCRIPTURE ANCHOR  </w:t>
      </w:r>
      <w:r>
        <w:t>Psalm 46:10</w:t>
      </w:r>
    </w:p>
    <w:p w14:paraId="41EA488F" w14:textId="77777777" w:rsidR="00AE08AB" w:rsidRDefault="00AA2D9E">
      <w:pPr>
        <w:pStyle w:val="Heading2"/>
      </w:pPr>
      <w:r>
        <w:t>Pause</w:t>
      </w:r>
    </w:p>
    <w:p w14:paraId="53EE7DB9" w14:textId="77777777" w:rsidR="00AE08AB" w:rsidRDefault="00AA2D9E">
      <w:r>
        <w:t>Take three slow breaths. Let your body become still. You do not have to solve anything before you pray.</w:t>
      </w:r>
    </w:p>
    <w:p w14:paraId="7F5A11FF" w14:textId="77777777" w:rsidR="00AE08AB" w:rsidRDefault="00AA2D9E">
      <w:pPr>
        <w:pStyle w:val="Heading2"/>
      </w:pPr>
      <w:r>
        <w:t>Guided Prayer</w:t>
      </w:r>
    </w:p>
    <w:p w14:paraId="3D716424" w14:textId="77777777" w:rsidR="00AE08AB" w:rsidRDefault="00AA2D9E">
      <w:r>
        <w:t>Father, I bring You the reality of permission to pause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w:t>
      </w:r>
      <w:r>
        <w:t>emain unanswered. In Jesus' name, Amen.</w:t>
      </w:r>
    </w:p>
    <w:p w14:paraId="421B8056" w14:textId="77777777" w:rsidR="00AE08AB" w:rsidRDefault="00AA2D9E">
      <w:pPr>
        <w:pStyle w:val="Heading2"/>
      </w:pPr>
      <w:r>
        <w:t>Release</w:t>
      </w:r>
    </w:p>
    <w:p w14:paraId="3417331E" w14:textId="77777777" w:rsidR="00AE08AB" w:rsidRDefault="00AA2D9E">
      <w:r>
        <w:t>Complete this sentence slowly: “Father, today I place into Your hands…”</w:t>
      </w:r>
    </w:p>
    <w:p w14:paraId="7910D17F" w14:textId="77777777" w:rsidR="00AE08AB" w:rsidRDefault="00AA2D9E">
      <w:pPr>
        <w:spacing w:after="60"/>
      </w:pPr>
      <w:r>
        <w:rPr>
          <w:color w:val="B9B9B9"/>
          <w:sz w:val="16"/>
        </w:rPr>
        <w:t>________________________________________________________</w:t>
      </w:r>
    </w:p>
    <w:p w14:paraId="1541FFE8" w14:textId="77777777" w:rsidR="00AE08AB" w:rsidRDefault="00AA2D9E">
      <w:pPr>
        <w:spacing w:after="60"/>
      </w:pPr>
      <w:r>
        <w:rPr>
          <w:color w:val="B9B9B9"/>
          <w:sz w:val="16"/>
        </w:rPr>
        <w:t>________________________________________________________</w:t>
      </w:r>
    </w:p>
    <w:p w14:paraId="20032A0B" w14:textId="77777777" w:rsidR="00AE08AB" w:rsidRDefault="00AA2D9E">
      <w:pPr>
        <w:pStyle w:val="Heading2"/>
      </w:pPr>
      <w:r>
        <w:t>Listen</w:t>
      </w:r>
    </w:p>
    <w:p w14:paraId="3470BBC4" w14:textId="77777777" w:rsidR="00AE08AB" w:rsidRDefault="00AA2D9E">
      <w:r>
        <w:t>Remain quiet for a moment. What truth, Scripture, conviction, or gentle reminder is rising?</w:t>
      </w:r>
    </w:p>
    <w:p w14:paraId="63E02AE3" w14:textId="77777777" w:rsidR="00AE08AB" w:rsidRDefault="00AA2D9E">
      <w:pPr>
        <w:spacing w:after="60"/>
      </w:pPr>
      <w:r>
        <w:rPr>
          <w:color w:val="B9B9B9"/>
          <w:sz w:val="16"/>
        </w:rPr>
        <w:t>________________________________________________________</w:t>
      </w:r>
    </w:p>
    <w:p w14:paraId="29DA3AC1" w14:textId="77777777" w:rsidR="00AE08AB" w:rsidRDefault="00AA2D9E">
      <w:pPr>
        <w:spacing w:after="60"/>
      </w:pPr>
      <w:r>
        <w:rPr>
          <w:color w:val="B9B9B9"/>
          <w:sz w:val="16"/>
        </w:rPr>
        <w:t>________________________________________________________</w:t>
      </w:r>
    </w:p>
    <w:p w14:paraId="340CD45B" w14:textId="77777777" w:rsidR="00AE08AB" w:rsidRDefault="00AA2D9E">
      <w:pPr>
        <w:pStyle w:val="Heading2"/>
      </w:pPr>
      <w:r>
        <w:t>My Unfiltered Prayer</w:t>
      </w:r>
    </w:p>
    <w:p w14:paraId="6B3B8385" w14:textId="77777777" w:rsidR="00AE08AB" w:rsidRDefault="00AA2D9E">
      <w:r>
        <w:t>God, as I sit with permission to pause, what I most need to tell You honestly is…</w:t>
      </w:r>
    </w:p>
    <w:p w14:paraId="653164B3" w14:textId="77777777" w:rsidR="00AE08AB" w:rsidRDefault="00AA2D9E">
      <w:pPr>
        <w:spacing w:after="60"/>
      </w:pPr>
      <w:r>
        <w:rPr>
          <w:color w:val="B9B9B9"/>
          <w:sz w:val="16"/>
        </w:rPr>
        <w:t>________________________________________________________</w:t>
      </w:r>
    </w:p>
    <w:p w14:paraId="32F109B6" w14:textId="77777777" w:rsidR="00AE08AB" w:rsidRDefault="00AA2D9E">
      <w:pPr>
        <w:spacing w:after="60"/>
      </w:pPr>
      <w:r>
        <w:rPr>
          <w:color w:val="B9B9B9"/>
          <w:sz w:val="16"/>
        </w:rPr>
        <w:t>________________________________________________________</w:t>
      </w:r>
    </w:p>
    <w:p w14:paraId="640E470F" w14:textId="77777777" w:rsidR="00AE08AB" w:rsidRDefault="00AA2D9E">
      <w:pPr>
        <w:spacing w:after="60"/>
      </w:pPr>
      <w:r>
        <w:rPr>
          <w:color w:val="B9B9B9"/>
          <w:sz w:val="16"/>
        </w:rPr>
        <w:t>________________________________________________________</w:t>
      </w:r>
    </w:p>
    <w:p w14:paraId="12C8F048" w14:textId="77777777" w:rsidR="00AE08AB" w:rsidRDefault="00AA2D9E">
      <w:pPr>
        <w:spacing w:after="60"/>
      </w:pPr>
      <w:r>
        <w:rPr>
          <w:color w:val="B9B9B9"/>
          <w:sz w:val="16"/>
        </w:rPr>
        <w:t>________________________________________________________</w:t>
      </w:r>
    </w:p>
    <w:p w14:paraId="41B6A7DD" w14:textId="77777777" w:rsidR="00AE08AB" w:rsidRDefault="00AA2D9E">
      <w:pPr>
        <w:spacing w:after="60"/>
      </w:pPr>
      <w:r>
        <w:rPr>
          <w:color w:val="B9B9B9"/>
          <w:sz w:val="16"/>
        </w:rPr>
        <w:lastRenderedPageBreak/>
        <w:t>________________________________________________________</w:t>
      </w:r>
    </w:p>
    <w:p w14:paraId="17529B7C" w14:textId="77777777" w:rsidR="00AE08AB" w:rsidRDefault="00AA2D9E">
      <w:pPr>
        <w:spacing w:after="60"/>
      </w:pPr>
      <w:r>
        <w:rPr>
          <w:color w:val="B9B9B9"/>
          <w:sz w:val="16"/>
        </w:rPr>
        <w:t>________________________________________________________</w:t>
      </w:r>
    </w:p>
    <w:p w14:paraId="5723A17D" w14:textId="77777777" w:rsidR="00AE08AB" w:rsidRDefault="00AA2D9E">
      <w:pPr>
        <w:spacing w:after="60"/>
      </w:pPr>
      <w:r>
        <w:rPr>
          <w:color w:val="B9B9B9"/>
          <w:sz w:val="16"/>
        </w:rPr>
        <w:t>________________________________________________________</w:t>
      </w:r>
    </w:p>
    <w:p w14:paraId="0CF71028" w14:textId="77777777" w:rsidR="00AE08AB" w:rsidRDefault="00AA2D9E">
      <w:r>
        <w:br w:type="page"/>
      </w:r>
    </w:p>
    <w:p w14:paraId="7D33768A" w14:textId="77777777" w:rsidR="00AE08AB" w:rsidRDefault="00AA2D9E">
      <w:pPr>
        <w:pStyle w:val="Heading2"/>
      </w:pPr>
      <w:r>
        <w:lastRenderedPageBreak/>
        <w:t>DAY 2</w:t>
      </w:r>
    </w:p>
    <w:p w14:paraId="3A578C30" w14:textId="77777777" w:rsidR="00AE08AB" w:rsidRDefault="00AA2D9E">
      <w:pPr>
        <w:pStyle w:val="Heading1"/>
      </w:pPr>
      <w:r>
        <w:t>Be Still</w:t>
      </w:r>
    </w:p>
    <w:p w14:paraId="4BA9D13F" w14:textId="77777777" w:rsidR="00AE08AB" w:rsidRDefault="00AA2D9E">
      <w:r>
        <w:rPr>
          <w:b/>
          <w:color w:val="B08D3A"/>
        </w:rPr>
        <w:t xml:space="preserve">SCRIPTURE ANCHOR  </w:t>
      </w:r>
      <w:r>
        <w:t>Psalm 46:10</w:t>
      </w:r>
    </w:p>
    <w:p w14:paraId="4CCD467C" w14:textId="77777777" w:rsidR="00AE08AB" w:rsidRDefault="00AA2D9E">
      <w:pPr>
        <w:pStyle w:val="Heading2"/>
      </w:pPr>
      <w:r>
        <w:t>Pause</w:t>
      </w:r>
    </w:p>
    <w:p w14:paraId="7A15F2C3" w14:textId="77777777" w:rsidR="00AE08AB" w:rsidRDefault="00AA2D9E">
      <w:r>
        <w:t>Take three slow breaths. Let your body become still. You do not have to solve anything before you pray.</w:t>
      </w:r>
    </w:p>
    <w:p w14:paraId="370F1C60" w14:textId="77777777" w:rsidR="00AE08AB" w:rsidRDefault="00AA2D9E">
      <w:pPr>
        <w:pStyle w:val="Heading2"/>
      </w:pPr>
      <w:r>
        <w:t>Guided Prayer</w:t>
      </w:r>
    </w:p>
    <w:p w14:paraId="59C05A54" w14:textId="77777777" w:rsidR="00AE08AB" w:rsidRDefault="00AA2D9E">
      <w:r>
        <w:t>Father, I bring You the reality of be still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remain unans</w:t>
      </w:r>
      <w:r>
        <w:t>wered. In Jesus' name, Amen.</w:t>
      </w:r>
    </w:p>
    <w:p w14:paraId="43561EFC" w14:textId="77777777" w:rsidR="00AE08AB" w:rsidRDefault="00AA2D9E">
      <w:pPr>
        <w:pStyle w:val="Heading2"/>
      </w:pPr>
      <w:r>
        <w:t>Release</w:t>
      </w:r>
    </w:p>
    <w:p w14:paraId="59EF748D" w14:textId="77777777" w:rsidR="00AE08AB" w:rsidRDefault="00AA2D9E">
      <w:r>
        <w:t>Complete this sentence slowly: “Father, today I place into Your hands…”</w:t>
      </w:r>
    </w:p>
    <w:p w14:paraId="5257183E" w14:textId="77777777" w:rsidR="00AE08AB" w:rsidRDefault="00AA2D9E">
      <w:pPr>
        <w:spacing w:after="60"/>
      </w:pPr>
      <w:r>
        <w:rPr>
          <w:color w:val="B9B9B9"/>
          <w:sz w:val="16"/>
        </w:rPr>
        <w:t>________________________________________________________</w:t>
      </w:r>
    </w:p>
    <w:p w14:paraId="7249E640" w14:textId="77777777" w:rsidR="00AE08AB" w:rsidRDefault="00AA2D9E">
      <w:pPr>
        <w:spacing w:after="60"/>
      </w:pPr>
      <w:r>
        <w:rPr>
          <w:color w:val="B9B9B9"/>
          <w:sz w:val="16"/>
        </w:rPr>
        <w:t>________________________________________________________</w:t>
      </w:r>
    </w:p>
    <w:p w14:paraId="18131C64" w14:textId="77777777" w:rsidR="00AE08AB" w:rsidRDefault="00AA2D9E">
      <w:pPr>
        <w:pStyle w:val="Heading2"/>
      </w:pPr>
      <w:r>
        <w:t>Listen</w:t>
      </w:r>
    </w:p>
    <w:p w14:paraId="3034D49D" w14:textId="77777777" w:rsidR="00AE08AB" w:rsidRDefault="00AA2D9E">
      <w:r>
        <w:t>Remain quiet for a moment. What truth, Scripture, conviction, or gentle reminder is rising?</w:t>
      </w:r>
    </w:p>
    <w:p w14:paraId="75CD4BEC" w14:textId="77777777" w:rsidR="00AE08AB" w:rsidRDefault="00AA2D9E">
      <w:pPr>
        <w:spacing w:after="60"/>
      </w:pPr>
      <w:r>
        <w:rPr>
          <w:color w:val="B9B9B9"/>
          <w:sz w:val="16"/>
        </w:rPr>
        <w:t>________________________________________________________</w:t>
      </w:r>
    </w:p>
    <w:p w14:paraId="5FE6821C" w14:textId="77777777" w:rsidR="00AE08AB" w:rsidRDefault="00AA2D9E">
      <w:pPr>
        <w:spacing w:after="60"/>
      </w:pPr>
      <w:r>
        <w:rPr>
          <w:color w:val="B9B9B9"/>
          <w:sz w:val="16"/>
        </w:rPr>
        <w:t>________________________________________________________</w:t>
      </w:r>
    </w:p>
    <w:p w14:paraId="291A633C" w14:textId="77777777" w:rsidR="00AE08AB" w:rsidRDefault="00AA2D9E">
      <w:pPr>
        <w:pStyle w:val="Heading2"/>
      </w:pPr>
      <w:r>
        <w:t>My Unfiltered Prayer</w:t>
      </w:r>
    </w:p>
    <w:p w14:paraId="745DC052" w14:textId="77777777" w:rsidR="00AE08AB" w:rsidRDefault="00AA2D9E">
      <w:r>
        <w:t>God, as I sit with be still, what I most need to tell You honestly is…</w:t>
      </w:r>
    </w:p>
    <w:p w14:paraId="4BA80D96" w14:textId="77777777" w:rsidR="00AE08AB" w:rsidRDefault="00AA2D9E">
      <w:pPr>
        <w:spacing w:after="60"/>
      </w:pPr>
      <w:r>
        <w:rPr>
          <w:color w:val="B9B9B9"/>
          <w:sz w:val="16"/>
        </w:rPr>
        <w:t>________________________________________________________</w:t>
      </w:r>
    </w:p>
    <w:p w14:paraId="091E20D1" w14:textId="77777777" w:rsidR="00AE08AB" w:rsidRDefault="00AA2D9E">
      <w:pPr>
        <w:spacing w:after="60"/>
      </w:pPr>
      <w:r>
        <w:rPr>
          <w:color w:val="B9B9B9"/>
          <w:sz w:val="16"/>
        </w:rPr>
        <w:t>________________________________________________________</w:t>
      </w:r>
    </w:p>
    <w:p w14:paraId="63DDA5ED" w14:textId="77777777" w:rsidR="00AE08AB" w:rsidRDefault="00AA2D9E">
      <w:pPr>
        <w:spacing w:after="60"/>
      </w:pPr>
      <w:r>
        <w:rPr>
          <w:color w:val="B9B9B9"/>
          <w:sz w:val="16"/>
        </w:rPr>
        <w:t>________________________________________________________</w:t>
      </w:r>
    </w:p>
    <w:p w14:paraId="4933512F" w14:textId="77777777" w:rsidR="00AE08AB" w:rsidRDefault="00AA2D9E">
      <w:pPr>
        <w:spacing w:after="60"/>
      </w:pPr>
      <w:r>
        <w:rPr>
          <w:color w:val="B9B9B9"/>
          <w:sz w:val="16"/>
        </w:rPr>
        <w:t>________________________________________________________</w:t>
      </w:r>
    </w:p>
    <w:p w14:paraId="50BE5AFB" w14:textId="77777777" w:rsidR="00AE08AB" w:rsidRDefault="00AA2D9E">
      <w:pPr>
        <w:spacing w:after="60"/>
      </w:pPr>
      <w:r>
        <w:rPr>
          <w:color w:val="B9B9B9"/>
          <w:sz w:val="16"/>
        </w:rPr>
        <w:t>________________________________________________________</w:t>
      </w:r>
    </w:p>
    <w:p w14:paraId="31B52008" w14:textId="77777777" w:rsidR="00AE08AB" w:rsidRDefault="00AA2D9E">
      <w:pPr>
        <w:spacing w:after="60"/>
      </w:pPr>
      <w:r>
        <w:rPr>
          <w:color w:val="B9B9B9"/>
          <w:sz w:val="16"/>
        </w:rPr>
        <w:lastRenderedPageBreak/>
        <w:t>________________________________________________________</w:t>
      </w:r>
    </w:p>
    <w:p w14:paraId="0C9AAC60" w14:textId="77777777" w:rsidR="00AE08AB" w:rsidRDefault="00AA2D9E">
      <w:pPr>
        <w:spacing w:after="60"/>
      </w:pPr>
      <w:r>
        <w:rPr>
          <w:color w:val="B9B9B9"/>
          <w:sz w:val="16"/>
        </w:rPr>
        <w:t>________________________________________________________</w:t>
      </w:r>
    </w:p>
    <w:p w14:paraId="24D38DB5" w14:textId="77777777" w:rsidR="00AE08AB" w:rsidRDefault="00AA2D9E">
      <w:r>
        <w:br w:type="page"/>
      </w:r>
    </w:p>
    <w:p w14:paraId="62F02062" w14:textId="77777777" w:rsidR="00AE08AB" w:rsidRDefault="00AA2D9E">
      <w:pPr>
        <w:pStyle w:val="Heading2"/>
      </w:pPr>
      <w:r>
        <w:lastRenderedPageBreak/>
        <w:t>DAY 3</w:t>
      </w:r>
    </w:p>
    <w:p w14:paraId="31174251" w14:textId="77777777" w:rsidR="00AE08AB" w:rsidRDefault="00AA2D9E">
      <w:pPr>
        <w:pStyle w:val="Heading1"/>
      </w:pPr>
      <w:r>
        <w:t>Breathing Through the Moment</w:t>
      </w:r>
    </w:p>
    <w:p w14:paraId="6457FAC9" w14:textId="77777777" w:rsidR="00AE08AB" w:rsidRDefault="00AA2D9E">
      <w:r>
        <w:rPr>
          <w:b/>
          <w:color w:val="B08D3A"/>
        </w:rPr>
        <w:t xml:space="preserve">SCRIPTURE ANCHOR  </w:t>
      </w:r>
      <w:r>
        <w:t>Genesis 2:7</w:t>
      </w:r>
    </w:p>
    <w:p w14:paraId="1E3CD74D" w14:textId="77777777" w:rsidR="00AE08AB" w:rsidRDefault="00AA2D9E">
      <w:pPr>
        <w:pStyle w:val="Heading2"/>
      </w:pPr>
      <w:r>
        <w:t>Pause</w:t>
      </w:r>
    </w:p>
    <w:p w14:paraId="1F1C5621" w14:textId="77777777" w:rsidR="00AE08AB" w:rsidRDefault="00AA2D9E">
      <w:r>
        <w:t>Take three slow breaths. Let your body become still. You do not have to solve anything before you pray.</w:t>
      </w:r>
    </w:p>
    <w:p w14:paraId="1D20E976" w14:textId="77777777" w:rsidR="00AE08AB" w:rsidRDefault="00AA2D9E">
      <w:pPr>
        <w:pStyle w:val="Heading2"/>
      </w:pPr>
      <w:r>
        <w:t>Guided Prayer</w:t>
      </w:r>
    </w:p>
    <w:p w14:paraId="12A9138F" w14:textId="77777777" w:rsidR="00AE08AB" w:rsidRDefault="00AA2D9E">
      <w:r>
        <w:t>Father, I bring You the reality of breathing through the moment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w:t>
      </w:r>
      <w:r>
        <w:t>estions remain unanswered. In Jesus' name, Amen.</w:t>
      </w:r>
    </w:p>
    <w:p w14:paraId="7B60178F" w14:textId="77777777" w:rsidR="00AE08AB" w:rsidRDefault="00AA2D9E">
      <w:pPr>
        <w:pStyle w:val="Heading2"/>
      </w:pPr>
      <w:r>
        <w:t>Release</w:t>
      </w:r>
    </w:p>
    <w:p w14:paraId="3074B526" w14:textId="77777777" w:rsidR="00AE08AB" w:rsidRDefault="00AA2D9E">
      <w:r>
        <w:t>Complete this sentence slowly: “Father, today I place into Your hands…”</w:t>
      </w:r>
    </w:p>
    <w:p w14:paraId="08563160" w14:textId="77777777" w:rsidR="00AE08AB" w:rsidRDefault="00AA2D9E">
      <w:pPr>
        <w:spacing w:after="60"/>
      </w:pPr>
      <w:r>
        <w:rPr>
          <w:color w:val="B9B9B9"/>
          <w:sz w:val="16"/>
        </w:rPr>
        <w:t>________________________________________________________</w:t>
      </w:r>
    </w:p>
    <w:p w14:paraId="6DB0D6AF" w14:textId="77777777" w:rsidR="00AE08AB" w:rsidRDefault="00AA2D9E">
      <w:pPr>
        <w:spacing w:after="60"/>
      </w:pPr>
      <w:r>
        <w:rPr>
          <w:color w:val="B9B9B9"/>
          <w:sz w:val="16"/>
        </w:rPr>
        <w:t>________________________________________________________</w:t>
      </w:r>
    </w:p>
    <w:p w14:paraId="3428FB39" w14:textId="77777777" w:rsidR="00AE08AB" w:rsidRDefault="00AA2D9E">
      <w:pPr>
        <w:pStyle w:val="Heading2"/>
      </w:pPr>
      <w:r>
        <w:t>Listen</w:t>
      </w:r>
    </w:p>
    <w:p w14:paraId="233A9918" w14:textId="77777777" w:rsidR="00AE08AB" w:rsidRDefault="00AA2D9E">
      <w:r>
        <w:t>Remain quiet for a moment. What truth, Scripture, conviction, or gentle reminder is rising?</w:t>
      </w:r>
    </w:p>
    <w:p w14:paraId="1A0FE9F7" w14:textId="77777777" w:rsidR="00AE08AB" w:rsidRDefault="00AA2D9E">
      <w:pPr>
        <w:spacing w:after="60"/>
      </w:pPr>
      <w:r>
        <w:rPr>
          <w:color w:val="B9B9B9"/>
          <w:sz w:val="16"/>
        </w:rPr>
        <w:t>________________________________________________________</w:t>
      </w:r>
    </w:p>
    <w:p w14:paraId="6F8F5DB4" w14:textId="77777777" w:rsidR="00AE08AB" w:rsidRDefault="00AA2D9E">
      <w:pPr>
        <w:spacing w:after="60"/>
      </w:pPr>
      <w:r>
        <w:rPr>
          <w:color w:val="B9B9B9"/>
          <w:sz w:val="16"/>
        </w:rPr>
        <w:t>________________________________________________________</w:t>
      </w:r>
    </w:p>
    <w:p w14:paraId="6A0AAC56" w14:textId="77777777" w:rsidR="00AE08AB" w:rsidRDefault="00AA2D9E">
      <w:pPr>
        <w:pStyle w:val="Heading2"/>
      </w:pPr>
      <w:r>
        <w:t>My Unfiltered Prayer</w:t>
      </w:r>
    </w:p>
    <w:p w14:paraId="36825973" w14:textId="77777777" w:rsidR="00AE08AB" w:rsidRDefault="00AA2D9E">
      <w:r>
        <w:t>God, as I sit with breathing through the moment, what I most need to tell You honestly is…</w:t>
      </w:r>
    </w:p>
    <w:p w14:paraId="41AE746F" w14:textId="77777777" w:rsidR="00AE08AB" w:rsidRDefault="00AA2D9E">
      <w:pPr>
        <w:spacing w:after="60"/>
      </w:pPr>
      <w:r>
        <w:rPr>
          <w:color w:val="B9B9B9"/>
          <w:sz w:val="16"/>
        </w:rPr>
        <w:t>________________________________________________________</w:t>
      </w:r>
    </w:p>
    <w:p w14:paraId="5CB59021" w14:textId="77777777" w:rsidR="00AE08AB" w:rsidRDefault="00AA2D9E">
      <w:pPr>
        <w:spacing w:after="60"/>
      </w:pPr>
      <w:r>
        <w:rPr>
          <w:color w:val="B9B9B9"/>
          <w:sz w:val="16"/>
        </w:rPr>
        <w:t>________________________________________________________</w:t>
      </w:r>
    </w:p>
    <w:p w14:paraId="3C67189B" w14:textId="77777777" w:rsidR="00AE08AB" w:rsidRDefault="00AA2D9E">
      <w:pPr>
        <w:spacing w:after="60"/>
      </w:pPr>
      <w:r>
        <w:rPr>
          <w:color w:val="B9B9B9"/>
          <w:sz w:val="16"/>
        </w:rPr>
        <w:t>________________________________________________________</w:t>
      </w:r>
    </w:p>
    <w:p w14:paraId="5A27CB3F" w14:textId="77777777" w:rsidR="00AE08AB" w:rsidRDefault="00AA2D9E">
      <w:pPr>
        <w:spacing w:after="60"/>
      </w:pPr>
      <w:r>
        <w:rPr>
          <w:color w:val="B9B9B9"/>
          <w:sz w:val="16"/>
        </w:rPr>
        <w:lastRenderedPageBreak/>
        <w:t>________________________________________________________</w:t>
      </w:r>
    </w:p>
    <w:p w14:paraId="43AD2107" w14:textId="77777777" w:rsidR="00AE08AB" w:rsidRDefault="00AA2D9E">
      <w:pPr>
        <w:spacing w:after="60"/>
      </w:pPr>
      <w:r>
        <w:rPr>
          <w:color w:val="B9B9B9"/>
          <w:sz w:val="16"/>
        </w:rPr>
        <w:t>________________________________________________________</w:t>
      </w:r>
    </w:p>
    <w:p w14:paraId="63D8EE05" w14:textId="77777777" w:rsidR="00AE08AB" w:rsidRDefault="00AA2D9E">
      <w:pPr>
        <w:spacing w:after="60"/>
      </w:pPr>
      <w:r>
        <w:rPr>
          <w:color w:val="B9B9B9"/>
          <w:sz w:val="16"/>
        </w:rPr>
        <w:t>________________________________________________________</w:t>
      </w:r>
    </w:p>
    <w:p w14:paraId="143025EA" w14:textId="77777777" w:rsidR="00AE08AB" w:rsidRDefault="00AA2D9E">
      <w:pPr>
        <w:spacing w:after="60"/>
      </w:pPr>
      <w:r>
        <w:rPr>
          <w:color w:val="B9B9B9"/>
          <w:sz w:val="16"/>
        </w:rPr>
        <w:t>________________________________________________________</w:t>
      </w:r>
    </w:p>
    <w:p w14:paraId="162B2B4C" w14:textId="77777777" w:rsidR="00AE08AB" w:rsidRDefault="00AA2D9E">
      <w:r>
        <w:br w:type="page"/>
      </w:r>
    </w:p>
    <w:p w14:paraId="1128B94F" w14:textId="77777777" w:rsidR="00AE08AB" w:rsidRDefault="00AA2D9E">
      <w:pPr>
        <w:pStyle w:val="Heading2"/>
      </w:pPr>
      <w:r>
        <w:lastRenderedPageBreak/>
        <w:t>DAY 4</w:t>
      </w:r>
    </w:p>
    <w:p w14:paraId="6259D61A" w14:textId="77777777" w:rsidR="00AE08AB" w:rsidRDefault="00AA2D9E">
      <w:pPr>
        <w:pStyle w:val="Heading1"/>
      </w:pPr>
      <w:r>
        <w:t>Rest Is Holy</w:t>
      </w:r>
    </w:p>
    <w:p w14:paraId="2B778B73" w14:textId="77777777" w:rsidR="00AE08AB" w:rsidRDefault="00AA2D9E">
      <w:r>
        <w:rPr>
          <w:b/>
          <w:color w:val="B08D3A"/>
        </w:rPr>
        <w:t xml:space="preserve">SCRIPTURE ANCHOR  </w:t>
      </w:r>
      <w:r>
        <w:t>Mark 6:31</w:t>
      </w:r>
    </w:p>
    <w:p w14:paraId="242D72C0" w14:textId="77777777" w:rsidR="00AE08AB" w:rsidRDefault="00AA2D9E">
      <w:pPr>
        <w:pStyle w:val="Heading2"/>
      </w:pPr>
      <w:r>
        <w:t>Pause</w:t>
      </w:r>
    </w:p>
    <w:p w14:paraId="7E97FD86" w14:textId="77777777" w:rsidR="00AE08AB" w:rsidRDefault="00AA2D9E">
      <w:r>
        <w:t>Take three slow breaths. Let your body become still. You do not have to solve anything before you pray.</w:t>
      </w:r>
    </w:p>
    <w:p w14:paraId="27E5EC5A" w14:textId="77777777" w:rsidR="00AE08AB" w:rsidRDefault="00AA2D9E">
      <w:pPr>
        <w:pStyle w:val="Heading2"/>
      </w:pPr>
      <w:r>
        <w:t>Guided Prayer</w:t>
      </w:r>
    </w:p>
    <w:p w14:paraId="3AA8F71C" w14:textId="77777777" w:rsidR="00AE08AB" w:rsidRDefault="00AA2D9E">
      <w:r>
        <w:t>Father, I bring You the reality of rest is holy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remain u</w:t>
      </w:r>
      <w:r>
        <w:t>nanswered. In Jesus' name, Amen.</w:t>
      </w:r>
    </w:p>
    <w:p w14:paraId="7F1CD2C5" w14:textId="77777777" w:rsidR="00AE08AB" w:rsidRDefault="00AA2D9E">
      <w:pPr>
        <w:pStyle w:val="Heading2"/>
      </w:pPr>
      <w:r>
        <w:t>Release</w:t>
      </w:r>
    </w:p>
    <w:p w14:paraId="0FCEDB76" w14:textId="77777777" w:rsidR="00AE08AB" w:rsidRDefault="00AA2D9E">
      <w:r>
        <w:t>Complete this sentence slowly: “Father, today I place into Your hands…”</w:t>
      </w:r>
    </w:p>
    <w:p w14:paraId="0DC5F624" w14:textId="77777777" w:rsidR="00AE08AB" w:rsidRDefault="00AA2D9E">
      <w:pPr>
        <w:spacing w:after="60"/>
      </w:pPr>
      <w:r>
        <w:rPr>
          <w:color w:val="B9B9B9"/>
          <w:sz w:val="16"/>
        </w:rPr>
        <w:t>________________________________________________________</w:t>
      </w:r>
    </w:p>
    <w:p w14:paraId="7E80865C" w14:textId="77777777" w:rsidR="00AE08AB" w:rsidRDefault="00AA2D9E">
      <w:pPr>
        <w:spacing w:after="60"/>
      </w:pPr>
      <w:r>
        <w:rPr>
          <w:color w:val="B9B9B9"/>
          <w:sz w:val="16"/>
        </w:rPr>
        <w:t>________________________________________________________</w:t>
      </w:r>
    </w:p>
    <w:p w14:paraId="23AF7BF9" w14:textId="77777777" w:rsidR="00AE08AB" w:rsidRDefault="00AA2D9E">
      <w:pPr>
        <w:pStyle w:val="Heading2"/>
      </w:pPr>
      <w:r>
        <w:t>Listen</w:t>
      </w:r>
    </w:p>
    <w:p w14:paraId="1E33BF60" w14:textId="77777777" w:rsidR="00AE08AB" w:rsidRDefault="00AA2D9E">
      <w:r>
        <w:t>Remain quiet for a moment. What truth, Scripture, conviction, or gentle reminder is rising?</w:t>
      </w:r>
    </w:p>
    <w:p w14:paraId="42417707" w14:textId="77777777" w:rsidR="00AE08AB" w:rsidRDefault="00AA2D9E">
      <w:pPr>
        <w:spacing w:after="60"/>
      </w:pPr>
      <w:r>
        <w:rPr>
          <w:color w:val="B9B9B9"/>
          <w:sz w:val="16"/>
        </w:rPr>
        <w:t>________________________________________________________</w:t>
      </w:r>
    </w:p>
    <w:p w14:paraId="64802760" w14:textId="77777777" w:rsidR="00AE08AB" w:rsidRDefault="00AA2D9E">
      <w:pPr>
        <w:spacing w:after="60"/>
      </w:pPr>
      <w:r>
        <w:rPr>
          <w:color w:val="B9B9B9"/>
          <w:sz w:val="16"/>
        </w:rPr>
        <w:t>________________________________________________________</w:t>
      </w:r>
    </w:p>
    <w:p w14:paraId="237373EE" w14:textId="77777777" w:rsidR="00AE08AB" w:rsidRDefault="00AA2D9E">
      <w:pPr>
        <w:pStyle w:val="Heading2"/>
      </w:pPr>
      <w:r>
        <w:t>My Unfiltered Prayer</w:t>
      </w:r>
    </w:p>
    <w:p w14:paraId="1F333413" w14:textId="77777777" w:rsidR="00AE08AB" w:rsidRDefault="00AA2D9E">
      <w:r>
        <w:t>God, as I sit with rest is holy, what I most need to tell You honestly is…</w:t>
      </w:r>
    </w:p>
    <w:p w14:paraId="0A6182BD" w14:textId="77777777" w:rsidR="00AE08AB" w:rsidRDefault="00AA2D9E">
      <w:pPr>
        <w:spacing w:after="60"/>
      </w:pPr>
      <w:r>
        <w:rPr>
          <w:color w:val="B9B9B9"/>
          <w:sz w:val="16"/>
        </w:rPr>
        <w:t>________________________________________________________</w:t>
      </w:r>
    </w:p>
    <w:p w14:paraId="59E14B39" w14:textId="77777777" w:rsidR="00AE08AB" w:rsidRDefault="00AA2D9E">
      <w:pPr>
        <w:spacing w:after="60"/>
      </w:pPr>
      <w:r>
        <w:rPr>
          <w:color w:val="B9B9B9"/>
          <w:sz w:val="16"/>
        </w:rPr>
        <w:t>________________________________________________________</w:t>
      </w:r>
    </w:p>
    <w:p w14:paraId="330FBD3F" w14:textId="77777777" w:rsidR="00AE08AB" w:rsidRDefault="00AA2D9E">
      <w:pPr>
        <w:spacing w:after="60"/>
      </w:pPr>
      <w:r>
        <w:rPr>
          <w:color w:val="B9B9B9"/>
          <w:sz w:val="16"/>
        </w:rPr>
        <w:t>________________________________________________________</w:t>
      </w:r>
    </w:p>
    <w:p w14:paraId="7DDBF72B" w14:textId="77777777" w:rsidR="00AE08AB" w:rsidRDefault="00AA2D9E">
      <w:pPr>
        <w:spacing w:after="60"/>
      </w:pPr>
      <w:r>
        <w:rPr>
          <w:color w:val="B9B9B9"/>
          <w:sz w:val="16"/>
        </w:rPr>
        <w:t>________________________________________________________</w:t>
      </w:r>
    </w:p>
    <w:p w14:paraId="7AA6324A" w14:textId="77777777" w:rsidR="00AE08AB" w:rsidRDefault="00AA2D9E">
      <w:pPr>
        <w:spacing w:after="60"/>
      </w:pPr>
      <w:r>
        <w:rPr>
          <w:color w:val="B9B9B9"/>
          <w:sz w:val="16"/>
        </w:rPr>
        <w:t>________________________________________________________</w:t>
      </w:r>
    </w:p>
    <w:p w14:paraId="54E442E2" w14:textId="77777777" w:rsidR="00AE08AB" w:rsidRDefault="00AA2D9E">
      <w:pPr>
        <w:spacing w:after="60"/>
      </w:pPr>
      <w:r>
        <w:rPr>
          <w:color w:val="B9B9B9"/>
          <w:sz w:val="16"/>
        </w:rPr>
        <w:lastRenderedPageBreak/>
        <w:t>________________________________________________________</w:t>
      </w:r>
    </w:p>
    <w:p w14:paraId="53E6B7A2" w14:textId="77777777" w:rsidR="00AE08AB" w:rsidRDefault="00AA2D9E">
      <w:pPr>
        <w:spacing w:after="60"/>
      </w:pPr>
      <w:r>
        <w:rPr>
          <w:color w:val="B9B9B9"/>
          <w:sz w:val="16"/>
        </w:rPr>
        <w:t>________________________________________________________</w:t>
      </w:r>
    </w:p>
    <w:p w14:paraId="551FB265" w14:textId="77777777" w:rsidR="00AE08AB" w:rsidRDefault="00AA2D9E">
      <w:r>
        <w:br w:type="page"/>
      </w:r>
    </w:p>
    <w:p w14:paraId="3C0B9FCA" w14:textId="77777777" w:rsidR="00AE08AB" w:rsidRDefault="00AA2D9E">
      <w:pPr>
        <w:pStyle w:val="Heading2"/>
      </w:pPr>
      <w:r>
        <w:lastRenderedPageBreak/>
        <w:t>DAY 5</w:t>
      </w:r>
    </w:p>
    <w:p w14:paraId="24FDCCB8" w14:textId="77777777" w:rsidR="00AE08AB" w:rsidRDefault="00AA2D9E">
      <w:pPr>
        <w:pStyle w:val="Heading1"/>
      </w:pPr>
      <w:r>
        <w:t>Returning to the Present</w:t>
      </w:r>
    </w:p>
    <w:p w14:paraId="37A37B7F" w14:textId="77777777" w:rsidR="00AE08AB" w:rsidRDefault="00AA2D9E">
      <w:r>
        <w:rPr>
          <w:b/>
          <w:color w:val="B08D3A"/>
        </w:rPr>
        <w:t xml:space="preserve">SCRIPTURE ANCHOR  </w:t>
      </w:r>
      <w:r>
        <w:t>Matthew 6:34</w:t>
      </w:r>
    </w:p>
    <w:p w14:paraId="15C58A03" w14:textId="77777777" w:rsidR="00AE08AB" w:rsidRDefault="00AA2D9E">
      <w:pPr>
        <w:pStyle w:val="Heading2"/>
      </w:pPr>
      <w:r>
        <w:t>Pause</w:t>
      </w:r>
    </w:p>
    <w:p w14:paraId="564C4485" w14:textId="77777777" w:rsidR="00AE08AB" w:rsidRDefault="00AA2D9E">
      <w:r>
        <w:t>Take three slow breaths. Let your body become still. You do not have to solve anything before you pray.</w:t>
      </w:r>
    </w:p>
    <w:p w14:paraId="46ED7B55" w14:textId="77777777" w:rsidR="00AE08AB" w:rsidRDefault="00AA2D9E">
      <w:pPr>
        <w:pStyle w:val="Heading2"/>
      </w:pPr>
      <w:r>
        <w:t>Guided Prayer</w:t>
      </w:r>
    </w:p>
    <w:p w14:paraId="1FA13DA1" w14:textId="77777777" w:rsidR="00AE08AB" w:rsidRDefault="00AA2D9E">
      <w:r>
        <w:t>Father, I bring You the reality of returning to the present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w:t>
      </w:r>
      <w:r>
        <w:t>ons remain unanswered. In Jesus' name, Amen.</w:t>
      </w:r>
    </w:p>
    <w:p w14:paraId="07C6037D" w14:textId="77777777" w:rsidR="00AE08AB" w:rsidRDefault="00AA2D9E">
      <w:pPr>
        <w:pStyle w:val="Heading2"/>
      </w:pPr>
      <w:r>
        <w:t>Release</w:t>
      </w:r>
    </w:p>
    <w:p w14:paraId="52807626" w14:textId="77777777" w:rsidR="00AE08AB" w:rsidRDefault="00AA2D9E">
      <w:r>
        <w:t>Complete this sentence slowly: “Father, today I place into Your hands…”</w:t>
      </w:r>
    </w:p>
    <w:p w14:paraId="2541824C" w14:textId="77777777" w:rsidR="00AE08AB" w:rsidRDefault="00AA2D9E">
      <w:pPr>
        <w:spacing w:after="60"/>
      </w:pPr>
      <w:r>
        <w:rPr>
          <w:color w:val="B9B9B9"/>
          <w:sz w:val="16"/>
        </w:rPr>
        <w:t>________________________________________________________</w:t>
      </w:r>
    </w:p>
    <w:p w14:paraId="5D306610" w14:textId="77777777" w:rsidR="00AE08AB" w:rsidRDefault="00AA2D9E">
      <w:pPr>
        <w:spacing w:after="60"/>
      </w:pPr>
      <w:r>
        <w:rPr>
          <w:color w:val="B9B9B9"/>
          <w:sz w:val="16"/>
        </w:rPr>
        <w:t>________________________________________________________</w:t>
      </w:r>
    </w:p>
    <w:p w14:paraId="24C86674" w14:textId="77777777" w:rsidR="00AE08AB" w:rsidRDefault="00AA2D9E">
      <w:pPr>
        <w:pStyle w:val="Heading2"/>
      </w:pPr>
      <w:r>
        <w:t>Listen</w:t>
      </w:r>
    </w:p>
    <w:p w14:paraId="370F4689" w14:textId="77777777" w:rsidR="00AE08AB" w:rsidRDefault="00AA2D9E">
      <w:r>
        <w:t>Remain quiet for a moment. What truth, Scripture, conviction, or gentle reminder is rising?</w:t>
      </w:r>
    </w:p>
    <w:p w14:paraId="6011B9CE" w14:textId="77777777" w:rsidR="00AE08AB" w:rsidRDefault="00AA2D9E">
      <w:pPr>
        <w:spacing w:after="60"/>
      </w:pPr>
      <w:r>
        <w:rPr>
          <w:color w:val="B9B9B9"/>
          <w:sz w:val="16"/>
        </w:rPr>
        <w:t>________________________________________________________</w:t>
      </w:r>
    </w:p>
    <w:p w14:paraId="2311EAFB" w14:textId="77777777" w:rsidR="00AE08AB" w:rsidRDefault="00AA2D9E">
      <w:pPr>
        <w:spacing w:after="60"/>
      </w:pPr>
      <w:r>
        <w:rPr>
          <w:color w:val="B9B9B9"/>
          <w:sz w:val="16"/>
        </w:rPr>
        <w:t>________________________________________________________</w:t>
      </w:r>
    </w:p>
    <w:p w14:paraId="01705C2E" w14:textId="77777777" w:rsidR="00AE08AB" w:rsidRDefault="00AA2D9E">
      <w:pPr>
        <w:pStyle w:val="Heading2"/>
      </w:pPr>
      <w:r>
        <w:t>My Unfiltered Prayer</w:t>
      </w:r>
    </w:p>
    <w:p w14:paraId="4E8CFEA4" w14:textId="77777777" w:rsidR="00AE08AB" w:rsidRDefault="00AA2D9E">
      <w:r>
        <w:t>God, as I sit with returning to the present, what I most need to tell You honestly is…</w:t>
      </w:r>
    </w:p>
    <w:p w14:paraId="1211C0AF" w14:textId="77777777" w:rsidR="00AE08AB" w:rsidRDefault="00AA2D9E">
      <w:pPr>
        <w:spacing w:after="60"/>
      </w:pPr>
      <w:r>
        <w:rPr>
          <w:color w:val="B9B9B9"/>
          <w:sz w:val="16"/>
        </w:rPr>
        <w:t>________________________________________________________</w:t>
      </w:r>
    </w:p>
    <w:p w14:paraId="4E19B61E" w14:textId="77777777" w:rsidR="00AE08AB" w:rsidRDefault="00AA2D9E">
      <w:pPr>
        <w:spacing w:after="60"/>
      </w:pPr>
      <w:r>
        <w:rPr>
          <w:color w:val="B9B9B9"/>
          <w:sz w:val="16"/>
        </w:rPr>
        <w:t>________________________________________________________</w:t>
      </w:r>
    </w:p>
    <w:p w14:paraId="4B6C6DBF" w14:textId="77777777" w:rsidR="00AE08AB" w:rsidRDefault="00AA2D9E">
      <w:pPr>
        <w:spacing w:after="60"/>
      </w:pPr>
      <w:r>
        <w:rPr>
          <w:color w:val="B9B9B9"/>
          <w:sz w:val="16"/>
        </w:rPr>
        <w:t>________________________________________________________</w:t>
      </w:r>
    </w:p>
    <w:p w14:paraId="19BB11DB" w14:textId="77777777" w:rsidR="00AE08AB" w:rsidRDefault="00AA2D9E">
      <w:pPr>
        <w:spacing w:after="60"/>
      </w:pPr>
      <w:r>
        <w:rPr>
          <w:color w:val="B9B9B9"/>
          <w:sz w:val="16"/>
        </w:rPr>
        <w:t>________________________________________________________</w:t>
      </w:r>
    </w:p>
    <w:p w14:paraId="38A8AD64" w14:textId="77777777" w:rsidR="00AE08AB" w:rsidRDefault="00AA2D9E">
      <w:pPr>
        <w:spacing w:after="60"/>
      </w:pPr>
      <w:r>
        <w:rPr>
          <w:color w:val="B9B9B9"/>
          <w:sz w:val="16"/>
        </w:rPr>
        <w:lastRenderedPageBreak/>
        <w:t>________________________________________________________</w:t>
      </w:r>
    </w:p>
    <w:p w14:paraId="3A109CF6" w14:textId="77777777" w:rsidR="00AE08AB" w:rsidRDefault="00AA2D9E">
      <w:pPr>
        <w:spacing w:after="60"/>
      </w:pPr>
      <w:r>
        <w:rPr>
          <w:color w:val="B9B9B9"/>
          <w:sz w:val="16"/>
        </w:rPr>
        <w:t>________________________________________________________</w:t>
      </w:r>
    </w:p>
    <w:p w14:paraId="2A6255B9" w14:textId="77777777" w:rsidR="00AE08AB" w:rsidRDefault="00AA2D9E">
      <w:pPr>
        <w:spacing w:after="60"/>
      </w:pPr>
      <w:r>
        <w:rPr>
          <w:color w:val="B9B9B9"/>
          <w:sz w:val="16"/>
        </w:rPr>
        <w:t>________________________________________________________</w:t>
      </w:r>
    </w:p>
    <w:p w14:paraId="197F5135" w14:textId="77777777" w:rsidR="00AE08AB" w:rsidRDefault="00AA2D9E">
      <w:r>
        <w:br w:type="page"/>
      </w:r>
    </w:p>
    <w:p w14:paraId="445B1E2B" w14:textId="77777777" w:rsidR="00AE08AB" w:rsidRDefault="00AA2D9E">
      <w:pPr>
        <w:pStyle w:val="Heading2"/>
      </w:pPr>
      <w:r>
        <w:lastRenderedPageBreak/>
        <w:t>DAY 6</w:t>
      </w:r>
    </w:p>
    <w:p w14:paraId="76A12F22" w14:textId="77777777" w:rsidR="00AE08AB" w:rsidRDefault="00AA2D9E">
      <w:pPr>
        <w:pStyle w:val="Heading1"/>
      </w:pPr>
      <w:r>
        <w:t>Release What You Cannot Control</w:t>
      </w:r>
    </w:p>
    <w:p w14:paraId="209A318D" w14:textId="77777777" w:rsidR="00AE08AB" w:rsidRDefault="00AA2D9E">
      <w:r>
        <w:rPr>
          <w:b/>
          <w:color w:val="B08D3A"/>
        </w:rPr>
        <w:t xml:space="preserve">SCRIPTURE ANCHOR  </w:t>
      </w:r>
      <w:r>
        <w:t>1 Peter 5:7</w:t>
      </w:r>
    </w:p>
    <w:p w14:paraId="566BADFC" w14:textId="77777777" w:rsidR="00AE08AB" w:rsidRDefault="00AA2D9E">
      <w:pPr>
        <w:pStyle w:val="Heading2"/>
      </w:pPr>
      <w:r>
        <w:t>Pause</w:t>
      </w:r>
    </w:p>
    <w:p w14:paraId="7BFE8C7D" w14:textId="77777777" w:rsidR="00AE08AB" w:rsidRDefault="00AA2D9E">
      <w:r>
        <w:t>Take three slow breaths. Let your body become still. You do not have to solve anything before you pray.</w:t>
      </w:r>
    </w:p>
    <w:p w14:paraId="6F607F7C" w14:textId="77777777" w:rsidR="00AE08AB" w:rsidRDefault="00AA2D9E">
      <w:pPr>
        <w:pStyle w:val="Heading2"/>
      </w:pPr>
      <w:r>
        <w:t>Guided Prayer</w:t>
      </w:r>
    </w:p>
    <w:p w14:paraId="64079D6C" w14:textId="77777777" w:rsidR="00AE08AB" w:rsidRDefault="00AA2D9E">
      <w:r>
        <w:t>Father, I bring You the reality of release what you cannot control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132F2F4C" w14:textId="77777777" w:rsidR="00AE08AB" w:rsidRDefault="00AA2D9E">
      <w:pPr>
        <w:pStyle w:val="Heading2"/>
      </w:pPr>
      <w:r>
        <w:t>Release</w:t>
      </w:r>
    </w:p>
    <w:p w14:paraId="14364224" w14:textId="77777777" w:rsidR="00AE08AB" w:rsidRDefault="00AA2D9E">
      <w:r>
        <w:t>Complete this sentence slowly: “Father, today I place into Your hands…”</w:t>
      </w:r>
    </w:p>
    <w:p w14:paraId="00941628" w14:textId="77777777" w:rsidR="00AE08AB" w:rsidRDefault="00AA2D9E">
      <w:pPr>
        <w:spacing w:after="60"/>
      </w:pPr>
      <w:r>
        <w:rPr>
          <w:color w:val="B9B9B9"/>
          <w:sz w:val="16"/>
        </w:rPr>
        <w:t>________________________________________________________</w:t>
      </w:r>
    </w:p>
    <w:p w14:paraId="4C229D0D" w14:textId="77777777" w:rsidR="00AE08AB" w:rsidRDefault="00AA2D9E">
      <w:pPr>
        <w:spacing w:after="60"/>
      </w:pPr>
      <w:r>
        <w:rPr>
          <w:color w:val="B9B9B9"/>
          <w:sz w:val="16"/>
        </w:rPr>
        <w:t>________________________________________________________</w:t>
      </w:r>
    </w:p>
    <w:p w14:paraId="66EFCF1E" w14:textId="77777777" w:rsidR="00AE08AB" w:rsidRDefault="00AA2D9E">
      <w:pPr>
        <w:pStyle w:val="Heading2"/>
      </w:pPr>
      <w:r>
        <w:t>Listen</w:t>
      </w:r>
    </w:p>
    <w:p w14:paraId="18E99D93" w14:textId="77777777" w:rsidR="00AE08AB" w:rsidRDefault="00AA2D9E">
      <w:r>
        <w:t>Remain quiet for a moment. What truth, Scripture, conviction, or gentle reminder is rising?</w:t>
      </w:r>
    </w:p>
    <w:p w14:paraId="554EC48D" w14:textId="77777777" w:rsidR="00AE08AB" w:rsidRDefault="00AA2D9E">
      <w:pPr>
        <w:spacing w:after="60"/>
      </w:pPr>
      <w:r>
        <w:rPr>
          <w:color w:val="B9B9B9"/>
          <w:sz w:val="16"/>
        </w:rPr>
        <w:t>________________________________________________________</w:t>
      </w:r>
    </w:p>
    <w:p w14:paraId="49D73F3F" w14:textId="77777777" w:rsidR="00AE08AB" w:rsidRDefault="00AA2D9E">
      <w:pPr>
        <w:spacing w:after="60"/>
      </w:pPr>
      <w:r>
        <w:rPr>
          <w:color w:val="B9B9B9"/>
          <w:sz w:val="16"/>
        </w:rPr>
        <w:t>________________________________________________________</w:t>
      </w:r>
    </w:p>
    <w:p w14:paraId="61A22E8C" w14:textId="77777777" w:rsidR="00AE08AB" w:rsidRDefault="00AA2D9E">
      <w:pPr>
        <w:pStyle w:val="Heading2"/>
      </w:pPr>
      <w:r>
        <w:t>My Unfiltered Prayer</w:t>
      </w:r>
    </w:p>
    <w:p w14:paraId="25E0A8D2" w14:textId="77777777" w:rsidR="00AE08AB" w:rsidRDefault="00AA2D9E">
      <w:r>
        <w:t>God, as I sit with release what you cannot control, what I most need to tell You honestly is…</w:t>
      </w:r>
    </w:p>
    <w:p w14:paraId="36B952B6" w14:textId="77777777" w:rsidR="00AE08AB" w:rsidRDefault="00AA2D9E">
      <w:pPr>
        <w:spacing w:after="60"/>
      </w:pPr>
      <w:r>
        <w:rPr>
          <w:color w:val="B9B9B9"/>
          <w:sz w:val="16"/>
        </w:rPr>
        <w:t>________________________________________________________</w:t>
      </w:r>
    </w:p>
    <w:p w14:paraId="7EA6E276" w14:textId="77777777" w:rsidR="00AE08AB" w:rsidRDefault="00AA2D9E">
      <w:pPr>
        <w:spacing w:after="60"/>
      </w:pPr>
      <w:r>
        <w:rPr>
          <w:color w:val="B9B9B9"/>
          <w:sz w:val="16"/>
        </w:rPr>
        <w:t>________________________________________________________</w:t>
      </w:r>
    </w:p>
    <w:p w14:paraId="634ABA9B" w14:textId="77777777" w:rsidR="00AE08AB" w:rsidRDefault="00AA2D9E">
      <w:pPr>
        <w:spacing w:after="60"/>
      </w:pPr>
      <w:r>
        <w:rPr>
          <w:color w:val="B9B9B9"/>
          <w:sz w:val="16"/>
        </w:rPr>
        <w:t>________________________________________________________</w:t>
      </w:r>
    </w:p>
    <w:p w14:paraId="44E5C252" w14:textId="77777777" w:rsidR="00AE08AB" w:rsidRDefault="00AA2D9E">
      <w:pPr>
        <w:spacing w:after="60"/>
      </w:pPr>
      <w:r>
        <w:rPr>
          <w:color w:val="B9B9B9"/>
          <w:sz w:val="16"/>
        </w:rPr>
        <w:lastRenderedPageBreak/>
        <w:t>________________________________________________________</w:t>
      </w:r>
    </w:p>
    <w:p w14:paraId="3D5CA0DA" w14:textId="77777777" w:rsidR="00AE08AB" w:rsidRDefault="00AA2D9E">
      <w:pPr>
        <w:spacing w:after="60"/>
      </w:pPr>
      <w:r>
        <w:rPr>
          <w:color w:val="B9B9B9"/>
          <w:sz w:val="16"/>
        </w:rPr>
        <w:t>________________________________________________________</w:t>
      </w:r>
    </w:p>
    <w:p w14:paraId="2593959A" w14:textId="77777777" w:rsidR="00AE08AB" w:rsidRDefault="00AA2D9E">
      <w:pPr>
        <w:spacing w:after="60"/>
      </w:pPr>
      <w:r>
        <w:rPr>
          <w:color w:val="B9B9B9"/>
          <w:sz w:val="16"/>
        </w:rPr>
        <w:t>________________________________________________________</w:t>
      </w:r>
    </w:p>
    <w:p w14:paraId="29DEF696" w14:textId="77777777" w:rsidR="00AE08AB" w:rsidRDefault="00AA2D9E">
      <w:pPr>
        <w:spacing w:after="60"/>
      </w:pPr>
      <w:r>
        <w:rPr>
          <w:color w:val="B9B9B9"/>
          <w:sz w:val="16"/>
        </w:rPr>
        <w:t>________________________________________________________</w:t>
      </w:r>
    </w:p>
    <w:p w14:paraId="69A69076" w14:textId="77777777" w:rsidR="00AE08AB" w:rsidRDefault="00AA2D9E">
      <w:r>
        <w:br w:type="page"/>
      </w:r>
    </w:p>
    <w:p w14:paraId="3600F302" w14:textId="77777777" w:rsidR="00AE08AB" w:rsidRDefault="00AA2D9E">
      <w:pPr>
        <w:pStyle w:val="Heading2"/>
      </w:pPr>
      <w:r>
        <w:lastRenderedPageBreak/>
        <w:t>DAY 7</w:t>
      </w:r>
    </w:p>
    <w:p w14:paraId="5D775C08" w14:textId="77777777" w:rsidR="00AE08AB" w:rsidRDefault="00AA2D9E">
      <w:pPr>
        <w:pStyle w:val="Heading1"/>
      </w:pPr>
      <w:r>
        <w:t>The Ministry of Sleep</w:t>
      </w:r>
    </w:p>
    <w:p w14:paraId="4712839C" w14:textId="77777777" w:rsidR="00AE08AB" w:rsidRDefault="00AA2D9E">
      <w:r>
        <w:rPr>
          <w:b/>
          <w:color w:val="B08D3A"/>
        </w:rPr>
        <w:t xml:space="preserve">SCRIPTURE ANCHOR  </w:t>
      </w:r>
      <w:r>
        <w:t>Psalm 127:2</w:t>
      </w:r>
    </w:p>
    <w:p w14:paraId="2C4FD64F" w14:textId="77777777" w:rsidR="00AE08AB" w:rsidRDefault="00AA2D9E">
      <w:pPr>
        <w:pStyle w:val="Heading2"/>
      </w:pPr>
      <w:r>
        <w:t>Pause</w:t>
      </w:r>
    </w:p>
    <w:p w14:paraId="0DDD57FD" w14:textId="77777777" w:rsidR="00AE08AB" w:rsidRDefault="00AA2D9E">
      <w:r>
        <w:t>Take three slow breaths. Let your body become still. You do not have to solve anything before you pray.</w:t>
      </w:r>
    </w:p>
    <w:p w14:paraId="7F853CBA" w14:textId="77777777" w:rsidR="00AE08AB" w:rsidRDefault="00AA2D9E">
      <w:pPr>
        <w:pStyle w:val="Heading2"/>
      </w:pPr>
      <w:r>
        <w:t>Guided Prayer</w:t>
      </w:r>
    </w:p>
    <w:p w14:paraId="3577B823" w14:textId="77777777" w:rsidR="00AE08AB" w:rsidRDefault="00AA2D9E">
      <w:r>
        <w:t>Father, I bring You the reality of the ministry of sleep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w:t>
      </w:r>
      <w:r>
        <w:t xml:space="preserve"> remain unanswered. In Jesus' name, Amen.</w:t>
      </w:r>
    </w:p>
    <w:p w14:paraId="4CDFE743" w14:textId="77777777" w:rsidR="00AE08AB" w:rsidRDefault="00AA2D9E">
      <w:pPr>
        <w:pStyle w:val="Heading2"/>
      </w:pPr>
      <w:r>
        <w:t>Release</w:t>
      </w:r>
    </w:p>
    <w:p w14:paraId="44B7D94B" w14:textId="77777777" w:rsidR="00AE08AB" w:rsidRDefault="00AA2D9E">
      <w:r>
        <w:t>Complete this sentence slowly: “Father, today I place into Your hands…”</w:t>
      </w:r>
    </w:p>
    <w:p w14:paraId="5C17F7EC" w14:textId="77777777" w:rsidR="00AE08AB" w:rsidRDefault="00AA2D9E">
      <w:pPr>
        <w:spacing w:after="60"/>
      </w:pPr>
      <w:r>
        <w:rPr>
          <w:color w:val="B9B9B9"/>
          <w:sz w:val="16"/>
        </w:rPr>
        <w:t>________________________________________________________</w:t>
      </w:r>
    </w:p>
    <w:p w14:paraId="1E8F053C" w14:textId="77777777" w:rsidR="00AE08AB" w:rsidRDefault="00AA2D9E">
      <w:pPr>
        <w:spacing w:after="60"/>
      </w:pPr>
      <w:r>
        <w:rPr>
          <w:color w:val="B9B9B9"/>
          <w:sz w:val="16"/>
        </w:rPr>
        <w:t>________________________________________________________</w:t>
      </w:r>
    </w:p>
    <w:p w14:paraId="6FC882DF" w14:textId="77777777" w:rsidR="00AE08AB" w:rsidRDefault="00AA2D9E">
      <w:pPr>
        <w:pStyle w:val="Heading2"/>
      </w:pPr>
      <w:r>
        <w:t>Listen</w:t>
      </w:r>
    </w:p>
    <w:p w14:paraId="7A518810" w14:textId="77777777" w:rsidR="00AE08AB" w:rsidRDefault="00AA2D9E">
      <w:r>
        <w:t>Remain quiet for a moment. What truth, Scripture, conviction, or gentle reminder is rising?</w:t>
      </w:r>
    </w:p>
    <w:p w14:paraId="24DDD31D" w14:textId="77777777" w:rsidR="00AE08AB" w:rsidRDefault="00AA2D9E">
      <w:pPr>
        <w:spacing w:after="60"/>
      </w:pPr>
      <w:r>
        <w:rPr>
          <w:color w:val="B9B9B9"/>
          <w:sz w:val="16"/>
        </w:rPr>
        <w:t>________________________________________________________</w:t>
      </w:r>
    </w:p>
    <w:p w14:paraId="6CF8B867" w14:textId="77777777" w:rsidR="00AE08AB" w:rsidRDefault="00AA2D9E">
      <w:pPr>
        <w:spacing w:after="60"/>
      </w:pPr>
      <w:r>
        <w:rPr>
          <w:color w:val="B9B9B9"/>
          <w:sz w:val="16"/>
        </w:rPr>
        <w:t>________________________________________________________</w:t>
      </w:r>
    </w:p>
    <w:p w14:paraId="1CC74274" w14:textId="77777777" w:rsidR="00AE08AB" w:rsidRDefault="00AA2D9E">
      <w:pPr>
        <w:pStyle w:val="Heading2"/>
      </w:pPr>
      <w:r>
        <w:t>My Unfiltered Prayer</w:t>
      </w:r>
    </w:p>
    <w:p w14:paraId="234D1982" w14:textId="77777777" w:rsidR="00AE08AB" w:rsidRDefault="00AA2D9E">
      <w:r>
        <w:t>God, as I sit with the ministry of sleep, what I most need to tell You honestly is…</w:t>
      </w:r>
    </w:p>
    <w:p w14:paraId="5FD860FF" w14:textId="77777777" w:rsidR="00AE08AB" w:rsidRDefault="00AA2D9E">
      <w:pPr>
        <w:spacing w:after="60"/>
      </w:pPr>
      <w:r>
        <w:rPr>
          <w:color w:val="B9B9B9"/>
          <w:sz w:val="16"/>
        </w:rPr>
        <w:t>________________________________________________________</w:t>
      </w:r>
    </w:p>
    <w:p w14:paraId="0B0E0F80" w14:textId="77777777" w:rsidR="00AE08AB" w:rsidRDefault="00AA2D9E">
      <w:pPr>
        <w:spacing w:after="60"/>
      </w:pPr>
      <w:r>
        <w:rPr>
          <w:color w:val="B9B9B9"/>
          <w:sz w:val="16"/>
        </w:rPr>
        <w:t>________________________________________________________</w:t>
      </w:r>
    </w:p>
    <w:p w14:paraId="35755474" w14:textId="77777777" w:rsidR="00AE08AB" w:rsidRDefault="00AA2D9E">
      <w:pPr>
        <w:spacing w:after="60"/>
      </w:pPr>
      <w:r>
        <w:rPr>
          <w:color w:val="B9B9B9"/>
          <w:sz w:val="16"/>
        </w:rPr>
        <w:t>________________________________________________________</w:t>
      </w:r>
    </w:p>
    <w:p w14:paraId="7135AD65" w14:textId="77777777" w:rsidR="00AE08AB" w:rsidRDefault="00AA2D9E">
      <w:pPr>
        <w:spacing w:after="60"/>
      </w:pPr>
      <w:r>
        <w:rPr>
          <w:color w:val="B9B9B9"/>
          <w:sz w:val="16"/>
        </w:rPr>
        <w:t>________________________________________________________</w:t>
      </w:r>
    </w:p>
    <w:p w14:paraId="3349F1EE" w14:textId="77777777" w:rsidR="00AE08AB" w:rsidRDefault="00AA2D9E">
      <w:pPr>
        <w:spacing w:after="60"/>
      </w:pPr>
      <w:r>
        <w:rPr>
          <w:color w:val="B9B9B9"/>
          <w:sz w:val="16"/>
        </w:rPr>
        <w:lastRenderedPageBreak/>
        <w:t>________________________________________________________</w:t>
      </w:r>
    </w:p>
    <w:p w14:paraId="36D30337" w14:textId="77777777" w:rsidR="00AE08AB" w:rsidRDefault="00AA2D9E">
      <w:pPr>
        <w:spacing w:after="60"/>
      </w:pPr>
      <w:r>
        <w:rPr>
          <w:color w:val="B9B9B9"/>
          <w:sz w:val="16"/>
        </w:rPr>
        <w:t>________________________________________________________</w:t>
      </w:r>
    </w:p>
    <w:p w14:paraId="582F20F5" w14:textId="77777777" w:rsidR="00AE08AB" w:rsidRDefault="00AA2D9E">
      <w:pPr>
        <w:spacing w:after="60"/>
      </w:pPr>
      <w:r>
        <w:rPr>
          <w:color w:val="B9B9B9"/>
          <w:sz w:val="16"/>
        </w:rPr>
        <w:t>________________________________________________________</w:t>
      </w:r>
    </w:p>
    <w:p w14:paraId="231037E3" w14:textId="77777777" w:rsidR="00AE08AB" w:rsidRDefault="00AA2D9E">
      <w:pPr>
        <w:pStyle w:val="Heading1"/>
      </w:pPr>
      <w:r>
        <w:t>Sacred Pause</w:t>
      </w:r>
    </w:p>
    <w:p w14:paraId="403CD3FC" w14:textId="77777777" w:rsidR="00AE08AB" w:rsidRDefault="00AA2D9E">
      <w:pPr>
        <w:pStyle w:val="Heading3"/>
      </w:pPr>
      <w:r>
        <w:t>What happened within me this week?</w:t>
      </w:r>
    </w:p>
    <w:p w14:paraId="789D4030" w14:textId="77777777" w:rsidR="00AE08AB" w:rsidRDefault="00AA2D9E">
      <w:pPr>
        <w:spacing w:after="60"/>
      </w:pPr>
      <w:r>
        <w:rPr>
          <w:color w:val="B9B9B9"/>
          <w:sz w:val="16"/>
        </w:rPr>
        <w:t>________________________________________________________</w:t>
      </w:r>
    </w:p>
    <w:p w14:paraId="43B462E1" w14:textId="77777777" w:rsidR="00AE08AB" w:rsidRDefault="00AA2D9E">
      <w:pPr>
        <w:pStyle w:val="Heading3"/>
      </w:pPr>
      <w:r>
        <w:t>What emotion appeared most often?</w:t>
      </w:r>
    </w:p>
    <w:p w14:paraId="7A422BE0" w14:textId="77777777" w:rsidR="00AE08AB" w:rsidRDefault="00AA2D9E">
      <w:pPr>
        <w:spacing w:after="60"/>
      </w:pPr>
      <w:r>
        <w:rPr>
          <w:color w:val="B9B9B9"/>
          <w:sz w:val="16"/>
        </w:rPr>
        <w:t>________________________________________________________</w:t>
      </w:r>
    </w:p>
    <w:p w14:paraId="579A1DEB" w14:textId="77777777" w:rsidR="00AE08AB" w:rsidRDefault="00AA2D9E">
      <w:pPr>
        <w:pStyle w:val="Heading3"/>
      </w:pPr>
      <w:r>
        <w:t>Where did I recognize God's grace?</w:t>
      </w:r>
    </w:p>
    <w:p w14:paraId="4E7AAFCA" w14:textId="77777777" w:rsidR="00AE08AB" w:rsidRDefault="00AA2D9E">
      <w:pPr>
        <w:spacing w:after="60"/>
      </w:pPr>
      <w:r>
        <w:rPr>
          <w:color w:val="B9B9B9"/>
          <w:sz w:val="16"/>
        </w:rPr>
        <w:t>________________________________________________________</w:t>
      </w:r>
    </w:p>
    <w:p w14:paraId="53B6B60B" w14:textId="77777777" w:rsidR="00AE08AB" w:rsidRDefault="00AA2D9E">
      <w:pPr>
        <w:pStyle w:val="Heading3"/>
      </w:pPr>
      <w:r>
        <w:t>What do I refuse to carry into another week?</w:t>
      </w:r>
    </w:p>
    <w:p w14:paraId="23729FC9" w14:textId="77777777" w:rsidR="00AE08AB" w:rsidRDefault="00AA2D9E">
      <w:pPr>
        <w:spacing w:after="60"/>
      </w:pPr>
      <w:r>
        <w:rPr>
          <w:color w:val="B9B9B9"/>
          <w:sz w:val="16"/>
        </w:rPr>
        <w:t>________________________________________________________</w:t>
      </w:r>
    </w:p>
    <w:p w14:paraId="7F68A90C" w14:textId="77777777" w:rsidR="00AE08AB" w:rsidRDefault="00AA2D9E">
      <w:pPr>
        <w:pStyle w:val="Heading3"/>
      </w:pPr>
      <w:r>
        <w:t>What do I need to receive from God now?</w:t>
      </w:r>
    </w:p>
    <w:p w14:paraId="6D2A390D" w14:textId="77777777" w:rsidR="00AE08AB" w:rsidRDefault="00AA2D9E">
      <w:pPr>
        <w:spacing w:after="60"/>
      </w:pPr>
      <w:r>
        <w:rPr>
          <w:color w:val="B9B9B9"/>
          <w:sz w:val="16"/>
        </w:rPr>
        <w:t>________________________________________________________</w:t>
      </w:r>
    </w:p>
    <w:p w14:paraId="07DBA621" w14:textId="77777777" w:rsidR="00AE08AB" w:rsidRDefault="00AA2D9E">
      <w:r>
        <w:br w:type="page"/>
      </w:r>
    </w:p>
    <w:p w14:paraId="108103F4" w14:textId="77777777" w:rsidR="00AE08AB" w:rsidRDefault="00AA2D9E">
      <w:pPr>
        <w:pStyle w:val="Heading2"/>
      </w:pPr>
      <w:r>
        <w:lastRenderedPageBreak/>
        <w:t>DAY 8</w:t>
      </w:r>
    </w:p>
    <w:p w14:paraId="40815173" w14:textId="77777777" w:rsidR="00AE08AB" w:rsidRDefault="00AA2D9E">
      <w:pPr>
        <w:pStyle w:val="Heading1"/>
      </w:pPr>
      <w:r>
        <w:t>Creating Quiet</w:t>
      </w:r>
    </w:p>
    <w:p w14:paraId="3C1E9041" w14:textId="77777777" w:rsidR="00AE08AB" w:rsidRDefault="00AA2D9E">
      <w:r>
        <w:rPr>
          <w:b/>
          <w:color w:val="B08D3A"/>
        </w:rPr>
        <w:t xml:space="preserve">SCRIPTURE ANCHOR  </w:t>
      </w:r>
      <w:r>
        <w:t>1 Kings 19:12</w:t>
      </w:r>
    </w:p>
    <w:p w14:paraId="7B90E188" w14:textId="77777777" w:rsidR="00AE08AB" w:rsidRDefault="00AA2D9E">
      <w:pPr>
        <w:pStyle w:val="Heading2"/>
      </w:pPr>
      <w:r>
        <w:t>Pause</w:t>
      </w:r>
    </w:p>
    <w:p w14:paraId="00290909" w14:textId="77777777" w:rsidR="00AE08AB" w:rsidRDefault="00AA2D9E">
      <w:r>
        <w:t>Take three slow breaths. Let your body become still. You do not have to solve anything before you pray.</w:t>
      </w:r>
    </w:p>
    <w:p w14:paraId="414C3DAA" w14:textId="77777777" w:rsidR="00AE08AB" w:rsidRDefault="00AA2D9E">
      <w:pPr>
        <w:pStyle w:val="Heading2"/>
      </w:pPr>
      <w:r>
        <w:t>Guided Prayer</w:t>
      </w:r>
    </w:p>
    <w:p w14:paraId="24E680B9" w14:textId="77777777" w:rsidR="00AE08AB" w:rsidRDefault="00AA2D9E">
      <w:r>
        <w:t>Father, I bring You the reality of creating quiet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remain</w:t>
      </w:r>
      <w:r>
        <w:t xml:space="preserve"> unanswered. In Jesus' name, Amen.</w:t>
      </w:r>
    </w:p>
    <w:p w14:paraId="39E4F287" w14:textId="77777777" w:rsidR="00AE08AB" w:rsidRDefault="00AA2D9E">
      <w:pPr>
        <w:pStyle w:val="Heading2"/>
      </w:pPr>
      <w:r>
        <w:t>Release</w:t>
      </w:r>
    </w:p>
    <w:p w14:paraId="1F38FD29" w14:textId="77777777" w:rsidR="00AE08AB" w:rsidRDefault="00AA2D9E">
      <w:r>
        <w:t>Complete this sentence slowly: “Father, today I place into Your hands…”</w:t>
      </w:r>
    </w:p>
    <w:p w14:paraId="6854D8BF" w14:textId="77777777" w:rsidR="00AE08AB" w:rsidRDefault="00AA2D9E">
      <w:pPr>
        <w:spacing w:after="60"/>
      </w:pPr>
      <w:r>
        <w:rPr>
          <w:color w:val="B9B9B9"/>
          <w:sz w:val="16"/>
        </w:rPr>
        <w:t>________________________________________________________</w:t>
      </w:r>
    </w:p>
    <w:p w14:paraId="1A0C02D6" w14:textId="77777777" w:rsidR="00AE08AB" w:rsidRDefault="00AA2D9E">
      <w:pPr>
        <w:spacing w:after="60"/>
      </w:pPr>
      <w:r>
        <w:rPr>
          <w:color w:val="B9B9B9"/>
          <w:sz w:val="16"/>
        </w:rPr>
        <w:t>________________________________________________________</w:t>
      </w:r>
    </w:p>
    <w:p w14:paraId="59D59159" w14:textId="77777777" w:rsidR="00AE08AB" w:rsidRDefault="00AA2D9E">
      <w:pPr>
        <w:pStyle w:val="Heading2"/>
      </w:pPr>
      <w:r>
        <w:t>Listen</w:t>
      </w:r>
    </w:p>
    <w:p w14:paraId="7135F9B7" w14:textId="77777777" w:rsidR="00AE08AB" w:rsidRDefault="00AA2D9E">
      <w:r>
        <w:t>Remain quiet for a moment. What truth, Scripture, conviction, or gentle reminder is rising?</w:t>
      </w:r>
    </w:p>
    <w:p w14:paraId="3EB9E162" w14:textId="77777777" w:rsidR="00AE08AB" w:rsidRDefault="00AA2D9E">
      <w:pPr>
        <w:spacing w:after="60"/>
      </w:pPr>
      <w:r>
        <w:rPr>
          <w:color w:val="B9B9B9"/>
          <w:sz w:val="16"/>
        </w:rPr>
        <w:t>________________________________________________________</w:t>
      </w:r>
    </w:p>
    <w:p w14:paraId="7C0848D6" w14:textId="77777777" w:rsidR="00AE08AB" w:rsidRDefault="00AA2D9E">
      <w:pPr>
        <w:spacing w:after="60"/>
      </w:pPr>
      <w:r>
        <w:rPr>
          <w:color w:val="B9B9B9"/>
          <w:sz w:val="16"/>
        </w:rPr>
        <w:t>________________________________________________________</w:t>
      </w:r>
    </w:p>
    <w:p w14:paraId="64DF2A95" w14:textId="77777777" w:rsidR="00AE08AB" w:rsidRDefault="00AA2D9E">
      <w:pPr>
        <w:pStyle w:val="Heading2"/>
      </w:pPr>
      <w:r>
        <w:t>My Unfiltered Prayer</w:t>
      </w:r>
    </w:p>
    <w:p w14:paraId="6071853F" w14:textId="77777777" w:rsidR="00AE08AB" w:rsidRDefault="00AA2D9E">
      <w:r>
        <w:t>God, as I sit with creating quiet, what I most need to tell You honestly is…</w:t>
      </w:r>
    </w:p>
    <w:p w14:paraId="7E11AA09" w14:textId="77777777" w:rsidR="00AE08AB" w:rsidRDefault="00AA2D9E">
      <w:pPr>
        <w:spacing w:after="60"/>
      </w:pPr>
      <w:r>
        <w:rPr>
          <w:color w:val="B9B9B9"/>
          <w:sz w:val="16"/>
        </w:rPr>
        <w:t>________________________________________________________</w:t>
      </w:r>
    </w:p>
    <w:p w14:paraId="06B5078B" w14:textId="77777777" w:rsidR="00AE08AB" w:rsidRDefault="00AA2D9E">
      <w:pPr>
        <w:spacing w:after="60"/>
      </w:pPr>
      <w:r>
        <w:rPr>
          <w:color w:val="B9B9B9"/>
          <w:sz w:val="16"/>
        </w:rPr>
        <w:t>________________________________________________________</w:t>
      </w:r>
    </w:p>
    <w:p w14:paraId="69EF251A" w14:textId="77777777" w:rsidR="00AE08AB" w:rsidRDefault="00AA2D9E">
      <w:pPr>
        <w:spacing w:after="60"/>
      </w:pPr>
      <w:r>
        <w:rPr>
          <w:color w:val="B9B9B9"/>
          <w:sz w:val="16"/>
        </w:rPr>
        <w:t>________________________________________________________</w:t>
      </w:r>
    </w:p>
    <w:p w14:paraId="166F4CD6" w14:textId="77777777" w:rsidR="00AE08AB" w:rsidRDefault="00AA2D9E">
      <w:pPr>
        <w:spacing w:after="60"/>
      </w:pPr>
      <w:r>
        <w:rPr>
          <w:color w:val="B9B9B9"/>
          <w:sz w:val="16"/>
        </w:rPr>
        <w:t>________________________________________________________</w:t>
      </w:r>
    </w:p>
    <w:p w14:paraId="46E360EB" w14:textId="77777777" w:rsidR="00AE08AB" w:rsidRDefault="00AA2D9E">
      <w:pPr>
        <w:spacing w:after="60"/>
      </w:pPr>
      <w:r>
        <w:rPr>
          <w:color w:val="B9B9B9"/>
          <w:sz w:val="16"/>
        </w:rPr>
        <w:t>________________________________________________________</w:t>
      </w:r>
    </w:p>
    <w:p w14:paraId="1C09F389" w14:textId="77777777" w:rsidR="00AE08AB" w:rsidRDefault="00AA2D9E">
      <w:pPr>
        <w:spacing w:after="60"/>
      </w:pPr>
      <w:r>
        <w:rPr>
          <w:color w:val="B9B9B9"/>
          <w:sz w:val="16"/>
        </w:rPr>
        <w:lastRenderedPageBreak/>
        <w:t>________________________________________________________</w:t>
      </w:r>
    </w:p>
    <w:p w14:paraId="44D09248" w14:textId="77777777" w:rsidR="00AE08AB" w:rsidRDefault="00AA2D9E">
      <w:pPr>
        <w:spacing w:after="60"/>
      </w:pPr>
      <w:r>
        <w:rPr>
          <w:color w:val="B9B9B9"/>
          <w:sz w:val="16"/>
        </w:rPr>
        <w:t>________________________________________________________</w:t>
      </w:r>
    </w:p>
    <w:p w14:paraId="1088A0E3" w14:textId="77777777" w:rsidR="00AE08AB" w:rsidRDefault="00AA2D9E">
      <w:r>
        <w:br w:type="page"/>
      </w:r>
    </w:p>
    <w:p w14:paraId="6490D7F0" w14:textId="77777777" w:rsidR="00AE08AB" w:rsidRDefault="00AA2D9E">
      <w:pPr>
        <w:pStyle w:val="Heading2"/>
      </w:pPr>
      <w:r>
        <w:lastRenderedPageBreak/>
        <w:t>DAY 9</w:t>
      </w:r>
    </w:p>
    <w:p w14:paraId="23B90A3A" w14:textId="77777777" w:rsidR="00AE08AB" w:rsidRDefault="00AA2D9E">
      <w:pPr>
        <w:pStyle w:val="Heading1"/>
      </w:pPr>
      <w:r>
        <w:t>A Slower Pace</w:t>
      </w:r>
    </w:p>
    <w:p w14:paraId="0CCA061A" w14:textId="77777777" w:rsidR="00AE08AB" w:rsidRDefault="00AA2D9E">
      <w:r>
        <w:rPr>
          <w:b/>
          <w:color w:val="B08D3A"/>
        </w:rPr>
        <w:t xml:space="preserve">SCRIPTURE ANCHOR  </w:t>
      </w:r>
      <w:r>
        <w:t>Ecclesiastes 3:1</w:t>
      </w:r>
    </w:p>
    <w:p w14:paraId="3D58BB4F" w14:textId="77777777" w:rsidR="00AE08AB" w:rsidRDefault="00AA2D9E">
      <w:pPr>
        <w:pStyle w:val="Heading2"/>
      </w:pPr>
      <w:r>
        <w:t>Pause</w:t>
      </w:r>
    </w:p>
    <w:p w14:paraId="10169174" w14:textId="77777777" w:rsidR="00AE08AB" w:rsidRDefault="00AA2D9E">
      <w:r>
        <w:t>Take three slow breaths. Let your body become still. You do not have to solve anything before you pray.</w:t>
      </w:r>
    </w:p>
    <w:p w14:paraId="4CD6DB1E" w14:textId="77777777" w:rsidR="00AE08AB" w:rsidRDefault="00AA2D9E">
      <w:pPr>
        <w:pStyle w:val="Heading2"/>
      </w:pPr>
      <w:r>
        <w:t>Guided Prayer</w:t>
      </w:r>
    </w:p>
    <w:p w14:paraId="69A0EEC7" w14:textId="77777777" w:rsidR="00AE08AB" w:rsidRDefault="00AA2D9E">
      <w:r>
        <w:t xml:space="preserve">Father, I bring You the reality of a slower pace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remain </w:t>
      </w:r>
      <w:r>
        <w:t>unanswered. In Jesus' name, Amen.</w:t>
      </w:r>
    </w:p>
    <w:p w14:paraId="5DF5432D" w14:textId="77777777" w:rsidR="00AE08AB" w:rsidRDefault="00AA2D9E">
      <w:pPr>
        <w:pStyle w:val="Heading2"/>
      </w:pPr>
      <w:r>
        <w:t>Release</w:t>
      </w:r>
    </w:p>
    <w:p w14:paraId="251EEAFE" w14:textId="77777777" w:rsidR="00AE08AB" w:rsidRDefault="00AA2D9E">
      <w:r>
        <w:t>Complete this sentence slowly: “Father, today I place into Your hands…”</w:t>
      </w:r>
    </w:p>
    <w:p w14:paraId="2E29DD5A" w14:textId="77777777" w:rsidR="00AE08AB" w:rsidRDefault="00AA2D9E">
      <w:pPr>
        <w:spacing w:after="60"/>
      </w:pPr>
      <w:r>
        <w:rPr>
          <w:color w:val="B9B9B9"/>
          <w:sz w:val="16"/>
        </w:rPr>
        <w:t>________________________________________________________</w:t>
      </w:r>
    </w:p>
    <w:p w14:paraId="171D9FB0" w14:textId="77777777" w:rsidR="00AE08AB" w:rsidRDefault="00AA2D9E">
      <w:pPr>
        <w:spacing w:after="60"/>
      </w:pPr>
      <w:r>
        <w:rPr>
          <w:color w:val="B9B9B9"/>
          <w:sz w:val="16"/>
        </w:rPr>
        <w:t>________________________________________________________</w:t>
      </w:r>
    </w:p>
    <w:p w14:paraId="6683DC2E" w14:textId="77777777" w:rsidR="00AE08AB" w:rsidRDefault="00AA2D9E">
      <w:pPr>
        <w:pStyle w:val="Heading2"/>
      </w:pPr>
      <w:r>
        <w:t>Listen</w:t>
      </w:r>
    </w:p>
    <w:p w14:paraId="6BA2C838" w14:textId="77777777" w:rsidR="00AE08AB" w:rsidRDefault="00AA2D9E">
      <w:r>
        <w:t>Remain quiet for a moment. What truth, Scripture, conviction, or gentle reminder is rising?</w:t>
      </w:r>
    </w:p>
    <w:p w14:paraId="5EE801AE" w14:textId="77777777" w:rsidR="00AE08AB" w:rsidRDefault="00AA2D9E">
      <w:pPr>
        <w:spacing w:after="60"/>
      </w:pPr>
      <w:r>
        <w:rPr>
          <w:color w:val="B9B9B9"/>
          <w:sz w:val="16"/>
        </w:rPr>
        <w:t>________________________________________________________</w:t>
      </w:r>
    </w:p>
    <w:p w14:paraId="05955B70" w14:textId="77777777" w:rsidR="00AE08AB" w:rsidRDefault="00AA2D9E">
      <w:pPr>
        <w:spacing w:after="60"/>
      </w:pPr>
      <w:r>
        <w:rPr>
          <w:color w:val="B9B9B9"/>
          <w:sz w:val="16"/>
        </w:rPr>
        <w:t>________________________________________________________</w:t>
      </w:r>
    </w:p>
    <w:p w14:paraId="4DE18864" w14:textId="77777777" w:rsidR="00AE08AB" w:rsidRDefault="00AA2D9E">
      <w:pPr>
        <w:pStyle w:val="Heading2"/>
      </w:pPr>
      <w:r>
        <w:t>My Unfiltered Prayer</w:t>
      </w:r>
    </w:p>
    <w:p w14:paraId="603A40B7" w14:textId="77777777" w:rsidR="00AE08AB" w:rsidRDefault="00AA2D9E">
      <w:r>
        <w:t>God, as I sit with a slower pace, what I most need to tell You honestly is…</w:t>
      </w:r>
    </w:p>
    <w:p w14:paraId="35D184E6" w14:textId="77777777" w:rsidR="00AE08AB" w:rsidRDefault="00AA2D9E">
      <w:pPr>
        <w:spacing w:after="60"/>
      </w:pPr>
      <w:r>
        <w:rPr>
          <w:color w:val="B9B9B9"/>
          <w:sz w:val="16"/>
        </w:rPr>
        <w:t>________________________________________________________</w:t>
      </w:r>
    </w:p>
    <w:p w14:paraId="41E42BEB" w14:textId="77777777" w:rsidR="00AE08AB" w:rsidRDefault="00AA2D9E">
      <w:pPr>
        <w:spacing w:after="60"/>
      </w:pPr>
      <w:r>
        <w:rPr>
          <w:color w:val="B9B9B9"/>
          <w:sz w:val="16"/>
        </w:rPr>
        <w:t>________________________________________________________</w:t>
      </w:r>
    </w:p>
    <w:p w14:paraId="6975B155" w14:textId="77777777" w:rsidR="00AE08AB" w:rsidRDefault="00AA2D9E">
      <w:pPr>
        <w:spacing w:after="60"/>
      </w:pPr>
      <w:r>
        <w:rPr>
          <w:color w:val="B9B9B9"/>
          <w:sz w:val="16"/>
        </w:rPr>
        <w:t>________________________________________________________</w:t>
      </w:r>
    </w:p>
    <w:p w14:paraId="6320F759" w14:textId="77777777" w:rsidR="00AE08AB" w:rsidRDefault="00AA2D9E">
      <w:pPr>
        <w:spacing w:after="60"/>
      </w:pPr>
      <w:r>
        <w:rPr>
          <w:color w:val="B9B9B9"/>
          <w:sz w:val="16"/>
        </w:rPr>
        <w:t>________________________________________________________</w:t>
      </w:r>
    </w:p>
    <w:p w14:paraId="02BDF9A3" w14:textId="77777777" w:rsidR="00AE08AB" w:rsidRDefault="00AA2D9E">
      <w:pPr>
        <w:spacing w:after="60"/>
      </w:pPr>
      <w:r>
        <w:rPr>
          <w:color w:val="B9B9B9"/>
          <w:sz w:val="16"/>
        </w:rPr>
        <w:t>________________________________________________________</w:t>
      </w:r>
    </w:p>
    <w:p w14:paraId="4D1E8FB2" w14:textId="77777777" w:rsidR="00AE08AB" w:rsidRDefault="00AA2D9E">
      <w:pPr>
        <w:spacing w:after="60"/>
      </w:pPr>
      <w:r>
        <w:rPr>
          <w:color w:val="B9B9B9"/>
          <w:sz w:val="16"/>
        </w:rPr>
        <w:lastRenderedPageBreak/>
        <w:t>________________________________________________________</w:t>
      </w:r>
    </w:p>
    <w:p w14:paraId="287B8353" w14:textId="77777777" w:rsidR="00AE08AB" w:rsidRDefault="00AA2D9E">
      <w:pPr>
        <w:spacing w:after="60"/>
      </w:pPr>
      <w:r>
        <w:rPr>
          <w:color w:val="B9B9B9"/>
          <w:sz w:val="16"/>
        </w:rPr>
        <w:t>________________________________________________________</w:t>
      </w:r>
    </w:p>
    <w:p w14:paraId="2569C199" w14:textId="77777777" w:rsidR="00AE08AB" w:rsidRDefault="00AA2D9E">
      <w:r>
        <w:br w:type="page"/>
      </w:r>
    </w:p>
    <w:p w14:paraId="6534D822" w14:textId="77777777" w:rsidR="00AE08AB" w:rsidRDefault="00AA2D9E">
      <w:pPr>
        <w:pStyle w:val="Heading2"/>
      </w:pPr>
      <w:r>
        <w:lastRenderedPageBreak/>
        <w:t>DAY 10</w:t>
      </w:r>
    </w:p>
    <w:p w14:paraId="37546A1E" w14:textId="77777777" w:rsidR="00AE08AB" w:rsidRDefault="00AA2D9E">
      <w:pPr>
        <w:pStyle w:val="Heading1"/>
      </w:pPr>
      <w:r>
        <w:t>Peace in Your Body</w:t>
      </w:r>
    </w:p>
    <w:p w14:paraId="3C77CB9A" w14:textId="77777777" w:rsidR="00AE08AB" w:rsidRDefault="00AA2D9E">
      <w:r>
        <w:rPr>
          <w:b/>
          <w:color w:val="B08D3A"/>
        </w:rPr>
        <w:t xml:space="preserve">SCRIPTURE ANCHOR  </w:t>
      </w:r>
      <w:r>
        <w:t>Philippians 4:7</w:t>
      </w:r>
    </w:p>
    <w:p w14:paraId="5ACAB074" w14:textId="77777777" w:rsidR="00AE08AB" w:rsidRDefault="00AA2D9E">
      <w:pPr>
        <w:pStyle w:val="Heading2"/>
      </w:pPr>
      <w:r>
        <w:t>Pause</w:t>
      </w:r>
    </w:p>
    <w:p w14:paraId="2CE0465B" w14:textId="77777777" w:rsidR="00AE08AB" w:rsidRDefault="00AA2D9E">
      <w:r>
        <w:t>Take three slow breaths. Let your body become still. You do not have to solve anything before you pray.</w:t>
      </w:r>
    </w:p>
    <w:p w14:paraId="32F7E055" w14:textId="77777777" w:rsidR="00AE08AB" w:rsidRDefault="00AA2D9E">
      <w:pPr>
        <w:pStyle w:val="Heading2"/>
      </w:pPr>
      <w:r>
        <w:t>Guided Prayer</w:t>
      </w:r>
    </w:p>
    <w:p w14:paraId="6A65FD76" w14:textId="77777777" w:rsidR="00AE08AB" w:rsidRDefault="00AA2D9E">
      <w:r>
        <w:t>Father, I bring You the reality of peace in your body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w:t>
      </w:r>
      <w:r>
        <w:t>main unanswered. In Jesus' name, Amen.</w:t>
      </w:r>
    </w:p>
    <w:p w14:paraId="65B976E0" w14:textId="77777777" w:rsidR="00AE08AB" w:rsidRDefault="00AA2D9E">
      <w:pPr>
        <w:pStyle w:val="Heading2"/>
      </w:pPr>
      <w:r>
        <w:t>Release</w:t>
      </w:r>
    </w:p>
    <w:p w14:paraId="17125581" w14:textId="77777777" w:rsidR="00AE08AB" w:rsidRDefault="00AA2D9E">
      <w:r>
        <w:t>Complete this sentence slowly: “Father, today I place into Your hands…”</w:t>
      </w:r>
    </w:p>
    <w:p w14:paraId="3566FF72" w14:textId="77777777" w:rsidR="00AE08AB" w:rsidRDefault="00AA2D9E">
      <w:pPr>
        <w:spacing w:after="60"/>
      </w:pPr>
      <w:r>
        <w:rPr>
          <w:color w:val="B9B9B9"/>
          <w:sz w:val="16"/>
        </w:rPr>
        <w:t>________________________________________________________</w:t>
      </w:r>
    </w:p>
    <w:p w14:paraId="4B627A20" w14:textId="77777777" w:rsidR="00AE08AB" w:rsidRDefault="00AA2D9E">
      <w:pPr>
        <w:spacing w:after="60"/>
      </w:pPr>
      <w:r>
        <w:rPr>
          <w:color w:val="B9B9B9"/>
          <w:sz w:val="16"/>
        </w:rPr>
        <w:t>________________________________________________________</w:t>
      </w:r>
    </w:p>
    <w:p w14:paraId="1BF402EE" w14:textId="77777777" w:rsidR="00AE08AB" w:rsidRDefault="00AA2D9E">
      <w:pPr>
        <w:pStyle w:val="Heading2"/>
      </w:pPr>
      <w:r>
        <w:t>Listen</w:t>
      </w:r>
    </w:p>
    <w:p w14:paraId="7B212E1D" w14:textId="77777777" w:rsidR="00AE08AB" w:rsidRDefault="00AA2D9E">
      <w:r>
        <w:t>Remain quiet for a moment. What truth, Scripture, conviction, or gentle reminder is rising?</w:t>
      </w:r>
    </w:p>
    <w:p w14:paraId="42F2FD94" w14:textId="77777777" w:rsidR="00AE08AB" w:rsidRDefault="00AA2D9E">
      <w:pPr>
        <w:spacing w:after="60"/>
      </w:pPr>
      <w:r>
        <w:rPr>
          <w:color w:val="B9B9B9"/>
          <w:sz w:val="16"/>
        </w:rPr>
        <w:t>________________________________________________________</w:t>
      </w:r>
    </w:p>
    <w:p w14:paraId="7EF6F818" w14:textId="77777777" w:rsidR="00AE08AB" w:rsidRDefault="00AA2D9E">
      <w:pPr>
        <w:spacing w:after="60"/>
      </w:pPr>
      <w:r>
        <w:rPr>
          <w:color w:val="B9B9B9"/>
          <w:sz w:val="16"/>
        </w:rPr>
        <w:t>________________________________________________________</w:t>
      </w:r>
    </w:p>
    <w:p w14:paraId="6398AF0C" w14:textId="77777777" w:rsidR="00AE08AB" w:rsidRDefault="00AA2D9E">
      <w:pPr>
        <w:pStyle w:val="Heading2"/>
      </w:pPr>
      <w:r>
        <w:t>My Unfiltered Prayer</w:t>
      </w:r>
    </w:p>
    <w:p w14:paraId="738042C9" w14:textId="77777777" w:rsidR="00AE08AB" w:rsidRDefault="00AA2D9E">
      <w:r>
        <w:t>God, as I sit with peace in your body, what I most need to tell You honestly is…</w:t>
      </w:r>
    </w:p>
    <w:p w14:paraId="1A8F1AA6" w14:textId="77777777" w:rsidR="00AE08AB" w:rsidRDefault="00AA2D9E">
      <w:pPr>
        <w:spacing w:after="60"/>
      </w:pPr>
      <w:r>
        <w:rPr>
          <w:color w:val="B9B9B9"/>
          <w:sz w:val="16"/>
        </w:rPr>
        <w:t>________________________________________________________</w:t>
      </w:r>
    </w:p>
    <w:p w14:paraId="7EFE0F11" w14:textId="77777777" w:rsidR="00AE08AB" w:rsidRDefault="00AA2D9E">
      <w:pPr>
        <w:spacing w:after="60"/>
      </w:pPr>
      <w:r>
        <w:rPr>
          <w:color w:val="B9B9B9"/>
          <w:sz w:val="16"/>
        </w:rPr>
        <w:t>________________________________________________________</w:t>
      </w:r>
    </w:p>
    <w:p w14:paraId="73950B4A" w14:textId="77777777" w:rsidR="00AE08AB" w:rsidRDefault="00AA2D9E">
      <w:pPr>
        <w:spacing w:after="60"/>
      </w:pPr>
      <w:r>
        <w:rPr>
          <w:color w:val="B9B9B9"/>
          <w:sz w:val="16"/>
        </w:rPr>
        <w:t>________________________________________________________</w:t>
      </w:r>
    </w:p>
    <w:p w14:paraId="37DF097F" w14:textId="77777777" w:rsidR="00AE08AB" w:rsidRDefault="00AA2D9E">
      <w:pPr>
        <w:spacing w:after="60"/>
      </w:pPr>
      <w:r>
        <w:rPr>
          <w:color w:val="B9B9B9"/>
          <w:sz w:val="16"/>
        </w:rPr>
        <w:t>________________________________________________________</w:t>
      </w:r>
    </w:p>
    <w:p w14:paraId="027C3178" w14:textId="77777777" w:rsidR="00AE08AB" w:rsidRDefault="00AA2D9E">
      <w:pPr>
        <w:spacing w:after="60"/>
      </w:pPr>
      <w:r>
        <w:rPr>
          <w:color w:val="B9B9B9"/>
          <w:sz w:val="16"/>
        </w:rPr>
        <w:t>________________________________________________________</w:t>
      </w:r>
    </w:p>
    <w:p w14:paraId="71828462" w14:textId="77777777" w:rsidR="00AE08AB" w:rsidRDefault="00AA2D9E">
      <w:pPr>
        <w:spacing w:after="60"/>
      </w:pPr>
      <w:r>
        <w:rPr>
          <w:color w:val="B9B9B9"/>
          <w:sz w:val="16"/>
        </w:rPr>
        <w:lastRenderedPageBreak/>
        <w:t>________________________________________________________</w:t>
      </w:r>
    </w:p>
    <w:p w14:paraId="371DA1DC" w14:textId="77777777" w:rsidR="00AE08AB" w:rsidRDefault="00AA2D9E">
      <w:pPr>
        <w:spacing w:after="60"/>
      </w:pPr>
      <w:r>
        <w:rPr>
          <w:color w:val="B9B9B9"/>
          <w:sz w:val="16"/>
        </w:rPr>
        <w:t>________________________________________________________</w:t>
      </w:r>
    </w:p>
    <w:p w14:paraId="06D741E1" w14:textId="77777777" w:rsidR="00AE08AB" w:rsidRDefault="00AA2D9E">
      <w:r>
        <w:br w:type="page"/>
      </w:r>
    </w:p>
    <w:p w14:paraId="0B06F6C2" w14:textId="77777777" w:rsidR="00AE08AB" w:rsidRDefault="00AA2D9E">
      <w:pPr>
        <w:pStyle w:val="Heading2"/>
      </w:pPr>
      <w:r>
        <w:lastRenderedPageBreak/>
        <w:t>DAY 11</w:t>
      </w:r>
    </w:p>
    <w:p w14:paraId="253535CA" w14:textId="77777777" w:rsidR="00AE08AB" w:rsidRDefault="00AA2D9E">
      <w:pPr>
        <w:pStyle w:val="Heading1"/>
      </w:pPr>
      <w:r>
        <w:t>When Your Thoughts Race</w:t>
      </w:r>
    </w:p>
    <w:p w14:paraId="055D3A89" w14:textId="77777777" w:rsidR="00AE08AB" w:rsidRDefault="00AA2D9E">
      <w:r>
        <w:rPr>
          <w:b/>
          <w:color w:val="B08D3A"/>
        </w:rPr>
        <w:t xml:space="preserve">SCRIPTURE ANCHOR  </w:t>
      </w:r>
      <w:r>
        <w:t>Isaiah 26:3</w:t>
      </w:r>
    </w:p>
    <w:p w14:paraId="649B5D6E" w14:textId="77777777" w:rsidR="00AE08AB" w:rsidRDefault="00AA2D9E">
      <w:pPr>
        <w:pStyle w:val="Heading2"/>
      </w:pPr>
      <w:r>
        <w:t>Pause</w:t>
      </w:r>
    </w:p>
    <w:p w14:paraId="375C1FA0" w14:textId="77777777" w:rsidR="00AE08AB" w:rsidRDefault="00AA2D9E">
      <w:r>
        <w:t>Take three slow breaths. Let your body become still. You do not have to solve anything before you pray.</w:t>
      </w:r>
    </w:p>
    <w:p w14:paraId="64360EB8" w14:textId="77777777" w:rsidR="00AE08AB" w:rsidRDefault="00AA2D9E">
      <w:pPr>
        <w:pStyle w:val="Heading2"/>
      </w:pPr>
      <w:r>
        <w:t>Guided Prayer</w:t>
      </w:r>
    </w:p>
    <w:p w14:paraId="08DFA1A2" w14:textId="77777777" w:rsidR="00AE08AB" w:rsidRDefault="00AA2D9E">
      <w:r>
        <w:t>Father, I bring You the reality of when your thoughts race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w:t>
      </w:r>
      <w:r>
        <w:t>ns remain unanswered. In Jesus' name, Amen.</w:t>
      </w:r>
    </w:p>
    <w:p w14:paraId="06486FD7" w14:textId="77777777" w:rsidR="00AE08AB" w:rsidRDefault="00AA2D9E">
      <w:pPr>
        <w:pStyle w:val="Heading2"/>
      </w:pPr>
      <w:r>
        <w:t>Release</w:t>
      </w:r>
    </w:p>
    <w:p w14:paraId="23F7301F" w14:textId="77777777" w:rsidR="00AE08AB" w:rsidRDefault="00AA2D9E">
      <w:r>
        <w:t>Complete this sentence slowly: “Father, today I place into Your hands…”</w:t>
      </w:r>
    </w:p>
    <w:p w14:paraId="5CFDE4C2" w14:textId="77777777" w:rsidR="00AE08AB" w:rsidRDefault="00AA2D9E">
      <w:pPr>
        <w:spacing w:after="60"/>
      </w:pPr>
      <w:r>
        <w:rPr>
          <w:color w:val="B9B9B9"/>
          <w:sz w:val="16"/>
        </w:rPr>
        <w:t>________________________________________________________</w:t>
      </w:r>
    </w:p>
    <w:p w14:paraId="133DDBF8" w14:textId="77777777" w:rsidR="00AE08AB" w:rsidRDefault="00AA2D9E">
      <w:pPr>
        <w:spacing w:after="60"/>
      </w:pPr>
      <w:r>
        <w:rPr>
          <w:color w:val="B9B9B9"/>
          <w:sz w:val="16"/>
        </w:rPr>
        <w:t>________________________________________________________</w:t>
      </w:r>
    </w:p>
    <w:p w14:paraId="472C6560" w14:textId="77777777" w:rsidR="00AE08AB" w:rsidRDefault="00AA2D9E">
      <w:pPr>
        <w:pStyle w:val="Heading2"/>
      </w:pPr>
      <w:r>
        <w:t>Listen</w:t>
      </w:r>
    </w:p>
    <w:p w14:paraId="0D39FB21" w14:textId="77777777" w:rsidR="00AE08AB" w:rsidRDefault="00AA2D9E">
      <w:r>
        <w:t>Remain quiet for a moment. What truth, Scripture, conviction, or gentle reminder is rising?</w:t>
      </w:r>
    </w:p>
    <w:p w14:paraId="0463E002" w14:textId="77777777" w:rsidR="00AE08AB" w:rsidRDefault="00AA2D9E">
      <w:pPr>
        <w:spacing w:after="60"/>
      </w:pPr>
      <w:r>
        <w:rPr>
          <w:color w:val="B9B9B9"/>
          <w:sz w:val="16"/>
        </w:rPr>
        <w:t>________________________________________________________</w:t>
      </w:r>
    </w:p>
    <w:p w14:paraId="069556FD" w14:textId="77777777" w:rsidR="00AE08AB" w:rsidRDefault="00AA2D9E">
      <w:pPr>
        <w:spacing w:after="60"/>
      </w:pPr>
      <w:r>
        <w:rPr>
          <w:color w:val="B9B9B9"/>
          <w:sz w:val="16"/>
        </w:rPr>
        <w:t>________________________________________________________</w:t>
      </w:r>
    </w:p>
    <w:p w14:paraId="2A36EC79" w14:textId="77777777" w:rsidR="00AE08AB" w:rsidRDefault="00AA2D9E">
      <w:pPr>
        <w:pStyle w:val="Heading2"/>
      </w:pPr>
      <w:r>
        <w:t>My Unfiltered Prayer</w:t>
      </w:r>
    </w:p>
    <w:p w14:paraId="181A9927" w14:textId="77777777" w:rsidR="00AE08AB" w:rsidRDefault="00AA2D9E">
      <w:r>
        <w:t>God, as I sit with when your thoughts race, what I most need to tell You honestly is…</w:t>
      </w:r>
    </w:p>
    <w:p w14:paraId="4F7233AD" w14:textId="77777777" w:rsidR="00AE08AB" w:rsidRDefault="00AA2D9E">
      <w:pPr>
        <w:spacing w:after="60"/>
      </w:pPr>
      <w:r>
        <w:rPr>
          <w:color w:val="B9B9B9"/>
          <w:sz w:val="16"/>
        </w:rPr>
        <w:t>________________________________________________________</w:t>
      </w:r>
    </w:p>
    <w:p w14:paraId="6B354AC3" w14:textId="77777777" w:rsidR="00AE08AB" w:rsidRDefault="00AA2D9E">
      <w:pPr>
        <w:spacing w:after="60"/>
      </w:pPr>
      <w:r>
        <w:rPr>
          <w:color w:val="B9B9B9"/>
          <w:sz w:val="16"/>
        </w:rPr>
        <w:t>________________________________________________________</w:t>
      </w:r>
    </w:p>
    <w:p w14:paraId="76820FA6" w14:textId="77777777" w:rsidR="00AE08AB" w:rsidRDefault="00AA2D9E">
      <w:pPr>
        <w:spacing w:after="60"/>
      </w:pPr>
      <w:r>
        <w:rPr>
          <w:color w:val="B9B9B9"/>
          <w:sz w:val="16"/>
        </w:rPr>
        <w:t>________________________________________________________</w:t>
      </w:r>
    </w:p>
    <w:p w14:paraId="769F5A66" w14:textId="77777777" w:rsidR="00AE08AB" w:rsidRDefault="00AA2D9E">
      <w:pPr>
        <w:spacing w:after="60"/>
      </w:pPr>
      <w:r>
        <w:rPr>
          <w:color w:val="B9B9B9"/>
          <w:sz w:val="16"/>
        </w:rPr>
        <w:t>________________________________________________________</w:t>
      </w:r>
    </w:p>
    <w:p w14:paraId="5A5BE813" w14:textId="77777777" w:rsidR="00AE08AB" w:rsidRDefault="00AA2D9E">
      <w:pPr>
        <w:spacing w:after="60"/>
      </w:pPr>
      <w:r>
        <w:rPr>
          <w:color w:val="B9B9B9"/>
          <w:sz w:val="16"/>
        </w:rPr>
        <w:lastRenderedPageBreak/>
        <w:t>________________________________________________________</w:t>
      </w:r>
    </w:p>
    <w:p w14:paraId="12E305D5" w14:textId="77777777" w:rsidR="00AE08AB" w:rsidRDefault="00AA2D9E">
      <w:pPr>
        <w:spacing w:after="60"/>
      </w:pPr>
      <w:r>
        <w:rPr>
          <w:color w:val="B9B9B9"/>
          <w:sz w:val="16"/>
        </w:rPr>
        <w:t>________________________________________________________</w:t>
      </w:r>
    </w:p>
    <w:p w14:paraId="2A63898F" w14:textId="77777777" w:rsidR="00AE08AB" w:rsidRDefault="00AA2D9E">
      <w:pPr>
        <w:spacing w:after="60"/>
      </w:pPr>
      <w:r>
        <w:rPr>
          <w:color w:val="B9B9B9"/>
          <w:sz w:val="16"/>
        </w:rPr>
        <w:t>________________________________________________________</w:t>
      </w:r>
    </w:p>
    <w:p w14:paraId="47A0E9DF" w14:textId="77777777" w:rsidR="00AE08AB" w:rsidRDefault="00AA2D9E">
      <w:r>
        <w:br w:type="page"/>
      </w:r>
    </w:p>
    <w:p w14:paraId="0338EF53" w14:textId="77777777" w:rsidR="00AE08AB" w:rsidRDefault="00AA2D9E">
      <w:pPr>
        <w:pStyle w:val="Heading2"/>
      </w:pPr>
      <w:r>
        <w:lastRenderedPageBreak/>
        <w:t>DAY 12</w:t>
      </w:r>
    </w:p>
    <w:p w14:paraId="3A41F86D" w14:textId="77777777" w:rsidR="00AE08AB" w:rsidRDefault="00AA2D9E">
      <w:pPr>
        <w:pStyle w:val="Heading1"/>
      </w:pPr>
      <w:r>
        <w:t>Praying With Your Breath</w:t>
      </w:r>
    </w:p>
    <w:p w14:paraId="0FE44D10" w14:textId="77777777" w:rsidR="00AE08AB" w:rsidRDefault="00AA2D9E">
      <w:r>
        <w:rPr>
          <w:b/>
          <w:color w:val="B08D3A"/>
        </w:rPr>
        <w:t xml:space="preserve">SCRIPTURE ANCHOR  </w:t>
      </w:r>
      <w:r>
        <w:t>Romans 8:26</w:t>
      </w:r>
    </w:p>
    <w:p w14:paraId="446D12AA" w14:textId="77777777" w:rsidR="00AE08AB" w:rsidRDefault="00AA2D9E">
      <w:pPr>
        <w:pStyle w:val="Heading2"/>
      </w:pPr>
      <w:r>
        <w:t>Pause</w:t>
      </w:r>
    </w:p>
    <w:p w14:paraId="2771D1E9" w14:textId="77777777" w:rsidR="00AE08AB" w:rsidRDefault="00AA2D9E">
      <w:r>
        <w:t>Take three slow breaths. Let your body become still. You do not have to solve anything before you pray.</w:t>
      </w:r>
    </w:p>
    <w:p w14:paraId="548E9C6E" w14:textId="77777777" w:rsidR="00AE08AB" w:rsidRDefault="00AA2D9E">
      <w:pPr>
        <w:pStyle w:val="Heading2"/>
      </w:pPr>
      <w:r>
        <w:t>Guided Prayer</w:t>
      </w:r>
    </w:p>
    <w:p w14:paraId="7E13F80E" w14:textId="77777777" w:rsidR="00AE08AB" w:rsidRDefault="00AA2D9E">
      <w:r>
        <w:t>Father, I bring You the reality of praying with your breath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w:t>
      </w:r>
      <w:r>
        <w:t>ons remain unanswered. In Jesus' name, Amen.</w:t>
      </w:r>
    </w:p>
    <w:p w14:paraId="5F2037F5" w14:textId="77777777" w:rsidR="00AE08AB" w:rsidRDefault="00AA2D9E">
      <w:pPr>
        <w:pStyle w:val="Heading2"/>
      </w:pPr>
      <w:r>
        <w:t>Release</w:t>
      </w:r>
    </w:p>
    <w:p w14:paraId="720F8A0B" w14:textId="77777777" w:rsidR="00AE08AB" w:rsidRDefault="00AA2D9E">
      <w:r>
        <w:t>Complete this sentence slowly: “Father, today I place into Your hands…”</w:t>
      </w:r>
    </w:p>
    <w:p w14:paraId="592FB23E" w14:textId="77777777" w:rsidR="00AE08AB" w:rsidRDefault="00AA2D9E">
      <w:pPr>
        <w:spacing w:after="60"/>
      </w:pPr>
      <w:r>
        <w:rPr>
          <w:color w:val="B9B9B9"/>
          <w:sz w:val="16"/>
        </w:rPr>
        <w:t>________________________________________________________</w:t>
      </w:r>
    </w:p>
    <w:p w14:paraId="15D5E43F" w14:textId="77777777" w:rsidR="00AE08AB" w:rsidRDefault="00AA2D9E">
      <w:pPr>
        <w:spacing w:after="60"/>
      </w:pPr>
      <w:r>
        <w:rPr>
          <w:color w:val="B9B9B9"/>
          <w:sz w:val="16"/>
        </w:rPr>
        <w:t>________________________________________________________</w:t>
      </w:r>
    </w:p>
    <w:p w14:paraId="49A1F1B2" w14:textId="77777777" w:rsidR="00AE08AB" w:rsidRDefault="00AA2D9E">
      <w:pPr>
        <w:pStyle w:val="Heading2"/>
      </w:pPr>
      <w:r>
        <w:t>Listen</w:t>
      </w:r>
    </w:p>
    <w:p w14:paraId="64C204F7" w14:textId="77777777" w:rsidR="00AE08AB" w:rsidRDefault="00AA2D9E">
      <w:r>
        <w:t>Remain quiet for a moment. What truth, Scripture, conviction, or gentle reminder is rising?</w:t>
      </w:r>
    </w:p>
    <w:p w14:paraId="024566A1" w14:textId="77777777" w:rsidR="00AE08AB" w:rsidRDefault="00AA2D9E">
      <w:pPr>
        <w:spacing w:after="60"/>
      </w:pPr>
      <w:r>
        <w:rPr>
          <w:color w:val="B9B9B9"/>
          <w:sz w:val="16"/>
        </w:rPr>
        <w:t>________________________________________________________</w:t>
      </w:r>
    </w:p>
    <w:p w14:paraId="3B7EDB5F" w14:textId="77777777" w:rsidR="00AE08AB" w:rsidRDefault="00AA2D9E">
      <w:pPr>
        <w:spacing w:after="60"/>
      </w:pPr>
      <w:r>
        <w:rPr>
          <w:color w:val="B9B9B9"/>
          <w:sz w:val="16"/>
        </w:rPr>
        <w:t>________________________________________________________</w:t>
      </w:r>
    </w:p>
    <w:p w14:paraId="0CB29DCA" w14:textId="77777777" w:rsidR="00AE08AB" w:rsidRDefault="00AA2D9E">
      <w:pPr>
        <w:pStyle w:val="Heading2"/>
      </w:pPr>
      <w:r>
        <w:t>My Unfiltered Prayer</w:t>
      </w:r>
    </w:p>
    <w:p w14:paraId="3B5C036F" w14:textId="77777777" w:rsidR="00AE08AB" w:rsidRDefault="00AA2D9E">
      <w:r>
        <w:t>God, as I sit with praying with your breath, what I most need to tell You honestly is…</w:t>
      </w:r>
    </w:p>
    <w:p w14:paraId="53FC83E1" w14:textId="77777777" w:rsidR="00AE08AB" w:rsidRDefault="00AA2D9E">
      <w:pPr>
        <w:spacing w:after="60"/>
      </w:pPr>
      <w:r>
        <w:rPr>
          <w:color w:val="B9B9B9"/>
          <w:sz w:val="16"/>
        </w:rPr>
        <w:t>________________________________________________________</w:t>
      </w:r>
    </w:p>
    <w:p w14:paraId="195C1E51" w14:textId="77777777" w:rsidR="00AE08AB" w:rsidRDefault="00AA2D9E">
      <w:pPr>
        <w:spacing w:after="60"/>
      </w:pPr>
      <w:r>
        <w:rPr>
          <w:color w:val="B9B9B9"/>
          <w:sz w:val="16"/>
        </w:rPr>
        <w:t>________________________________________________________</w:t>
      </w:r>
    </w:p>
    <w:p w14:paraId="7E03B927" w14:textId="77777777" w:rsidR="00AE08AB" w:rsidRDefault="00AA2D9E">
      <w:pPr>
        <w:spacing w:after="60"/>
      </w:pPr>
      <w:r>
        <w:rPr>
          <w:color w:val="B9B9B9"/>
          <w:sz w:val="16"/>
        </w:rPr>
        <w:t>________________________________________________________</w:t>
      </w:r>
    </w:p>
    <w:p w14:paraId="6FE3020E" w14:textId="77777777" w:rsidR="00AE08AB" w:rsidRDefault="00AA2D9E">
      <w:pPr>
        <w:spacing w:after="60"/>
      </w:pPr>
      <w:r>
        <w:rPr>
          <w:color w:val="B9B9B9"/>
          <w:sz w:val="16"/>
        </w:rPr>
        <w:t>________________________________________________________</w:t>
      </w:r>
    </w:p>
    <w:p w14:paraId="72D2BAB6" w14:textId="77777777" w:rsidR="00AE08AB" w:rsidRDefault="00AA2D9E">
      <w:pPr>
        <w:spacing w:after="60"/>
      </w:pPr>
      <w:r>
        <w:rPr>
          <w:color w:val="B9B9B9"/>
          <w:sz w:val="16"/>
        </w:rPr>
        <w:lastRenderedPageBreak/>
        <w:t>________________________________________________________</w:t>
      </w:r>
    </w:p>
    <w:p w14:paraId="1951BA0D" w14:textId="77777777" w:rsidR="00AE08AB" w:rsidRDefault="00AA2D9E">
      <w:pPr>
        <w:spacing w:after="60"/>
      </w:pPr>
      <w:r>
        <w:rPr>
          <w:color w:val="B9B9B9"/>
          <w:sz w:val="16"/>
        </w:rPr>
        <w:t>________________________________________________________</w:t>
      </w:r>
    </w:p>
    <w:p w14:paraId="6F5B47C8" w14:textId="77777777" w:rsidR="00AE08AB" w:rsidRDefault="00AA2D9E">
      <w:pPr>
        <w:spacing w:after="60"/>
      </w:pPr>
      <w:r>
        <w:rPr>
          <w:color w:val="B9B9B9"/>
          <w:sz w:val="16"/>
        </w:rPr>
        <w:t>________________________________________________________</w:t>
      </w:r>
    </w:p>
    <w:p w14:paraId="1BDDB34D" w14:textId="77777777" w:rsidR="00AE08AB" w:rsidRDefault="00AA2D9E">
      <w:r>
        <w:br w:type="page"/>
      </w:r>
    </w:p>
    <w:p w14:paraId="23345D54" w14:textId="77777777" w:rsidR="00AE08AB" w:rsidRDefault="00AA2D9E">
      <w:pPr>
        <w:pStyle w:val="Heading2"/>
      </w:pPr>
      <w:r>
        <w:lastRenderedPageBreak/>
        <w:t>DAY 13</w:t>
      </w:r>
    </w:p>
    <w:p w14:paraId="2AED1684" w14:textId="77777777" w:rsidR="00AE08AB" w:rsidRDefault="00AA2D9E">
      <w:pPr>
        <w:pStyle w:val="Heading1"/>
      </w:pPr>
      <w:r>
        <w:t>Sabbath for the Soul</w:t>
      </w:r>
    </w:p>
    <w:p w14:paraId="648585DD" w14:textId="77777777" w:rsidR="00AE08AB" w:rsidRDefault="00AA2D9E">
      <w:r>
        <w:rPr>
          <w:b/>
          <w:color w:val="B08D3A"/>
        </w:rPr>
        <w:t xml:space="preserve">SCRIPTURE ANCHOR  </w:t>
      </w:r>
      <w:r>
        <w:t>Exodus 20:8</w:t>
      </w:r>
    </w:p>
    <w:p w14:paraId="716D6D29" w14:textId="77777777" w:rsidR="00AE08AB" w:rsidRDefault="00AA2D9E">
      <w:pPr>
        <w:pStyle w:val="Heading2"/>
      </w:pPr>
      <w:r>
        <w:t>Pause</w:t>
      </w:r>
    </w:p>
    <w:p w14:paraId="0E01C418" w14:textId="77777777" w:rsidR="00AE08AB" w:rsidRDefault="00AA2D9E">
      <w:r>
        <w:t>Take three slow breaths. Let your body become still. You do not have to solve anything before you pray.</w:t>
      </w:r>
    </w:p>
    <w:p w14:paraId="74CC8C7B" w14:textId="77777777" w:rsidR="00AE08AB" w:rsidRDefault="00AA2D9E">
      <w:pPr>
        <w:pStyle w:val="Heading2"/>
      </w:pPr>
      <w:r>
        <w:t>Guided Prayer</w:t>
      </w:r>
    </w:p>
    <w:p w14:paraId="66363AA0" w14:textId="77777777" w:rsidR="00AE08AB" w:rsidRDefault="00AA2D9E">
      <w:r>
        <w:t xml:space="preserve">Father, I bring You the reality of sabbath for the soul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w:t>
      </w:r>
      <w:r>
        <w:t>remain unanswered. In Jesus' name, Amen.</w:t>
      </w:r>
    </w:p>
    <w:p w14:paraId="4973F45A" w14:textId="77777777" w:rsidR="00AE08AB" w:rsidRDefault="00AA2D9E">
      <w:pPr>
        <w:pStyle w:val="Heading2"/>
      </w:pPr>
      <w:r>
        <w:t>Release</w:t>
      </w:r>
    </w:p>
    <w:p w14:paraId="0071ED93" w14:textId="77777777" w:rsidR="00AE08AB" w:rsidRDefault="00AA2D9E">
      <w:r>
        <w:t>Complete this sentence slowly: “Father, today I place into Your hands…”</w:t>
      </w:r>
    </w:p>
    <w:p w14:paraId="2DB3E1D1" w14:textId="77777777" w:rsidR="00AE08AB" w:rsidRDefault="00AA2D9E">
      <w:pPr>
        <w:spacing w:after="60"/>
      </w:pPr>
      <w:r>
        <w:rPr>
          <w:color w:val="B9B9B9"/>
          <w:sz w:val="16"/>
        </w:rPr>
        <w:t>________________________________________________________</w:t>
      </w:r>
    </w:p>
    <w:p w14:paraId="68EAD85B" w14:textId="77777777" w:rsidR="00AE08AB" w:rsidRDefault="00AA2D9E">
      <w:pPr>
        <w:spacing w:after="60"/>
      </w:pPr>
      <w:r>
        <w:rPr>
          <w:color w:val="B9B9B9"/>
          <w:sz w:val="16"/>
        </w:rPr>
        <w:t>________________________________________________________</w:t>
      </w:r>
    </w:p>
    <w:p w14:paraId="147B00B4" w14:textId="77777777" w:rsidR="00AE08AB" w:rsidRDefault="00AA2D9E">
      <w:pPr>
        <w:pStyle w:val="Heading2"/>
      </w:pPr>
      <w:r>
        <w:t>Listen</w:t>
      </w:r>
    </w:p>
    <w:p w14:paraId="4DD6A8E5" w14:textId="77777777" w:rsidR="00AE08AB" w:rsidRDefault="00AA2D9E">
      <w:r>
        <w:t>Remain quiet for a moment. What truth, Scripture, conviction, or gentle reminder is rising?</w:t>
      </w:r>
    </w:p>
    <w:p w14:paraId="3F1A392D" w14:textId="77777777" w:rsidR="00AE08AB" w:rsidRDefault="00AA2D9E">
      <w:pPr>
        <w:spacing w:after="60"/>
      </w:pPr>
      <w:r>
        <w:rPr>
          <w:color w:val="B9B9B9"/>
          <w:sz w:val="16"/>
        </w:rPr>
        <w:t>________________________________________________________</w:t>
      </w:r>
    </w:p>
    <w:p w14:paraId="6C1040F9" w14:textId="77777777" w:rsidR="00AE08AB" w:rsidRDefault="00AA2D9E">
      <w:pPr>
        <w:spacing w:after="60"/>
      </w:pPr>
      <w:r>
        <w:rPr>
          <w:color w:val="B9B9B9"/>
          <w:sz w:val="16"/>
        </w:rPr>
        <w:t>________________________________________________________</w:t>
      </w:r>
    </w:p>
    <w:p w14:paraId="46997130" w14:textId="77777777" w:rsidR="00AE08AB" w:rsidRDefault="00AA2D9E">
      <w:pPr>
        <w:pStyle w:val="Heading2"/>
      </w:pPr>
      <w:r>
        <w:t>My Unfiltered Prayer</w:t>
      </w:r>
    </w:p>
    <w:p w14:paraId="07982B76" w14:textId="77777777" w:rsidR="00AE08AB" w:rsidRDefault="00AA2D9E">
      <w:r>
        <w:t>God, as I sit with sabbath for the soul, what I most need to tell You honestly is…</w:t>
      </w:r>
    </w:p>
    <w:p w14:paraId="73C80C5B" w14:textId="77777777" w:rsidR="00AE08AB" w:rsidRDefault="00AA2D9E">
      <w:pPr>
        <w:spacing w:after="60"/>
      </w:pPr>
      <w:r>
        <w:rPr>
          <w:color w:val="B9B9B9"/>
          <w:sz w:val="16"/>
        </w:rPr>
        <w:t>________________________________________________________</w:t>
      </w:r>
    </w:p>
    <w:p w14:paraId="5C8EEBA1" w14:textId="77777777" w:rsidR="00AE08AB" w:rsidRDefault="00AA2D9E">
      <w:pPr>
        <w:spacing w:after="60"/>
      </w:pPr>
      <w:r>
        <w:rPr>
          <w:color w:val="B9B9B9"/>
          <w:sz w:val="16"/>
        </w:rPr>
        <w:t>________________________________________________________</w:t>
      </w:r>
    </w:p>
    <w:p w14:paraId="71F260F8" w14:textId="77777777" w:rsidR="00AE08AB" w:rsidRDefault="00AA2D9E">
      <w:pPr>
        <w:spacing w:after="60"/>
      </w:pPr>
      <w:r>
        <w:rPr>
          <w:color w:val="B9B9B9"/>
          <w:sz w:val="16"/>
        </w:rPr>
        <w:t>________________________________________________________</w:t>
      </w:r>
    </w:p>
    <w:p w14:paraId="7A7EEFFE" w14:textId="77777777" w:rsidR="00AE08AB" w:rsidRDefault="00AA2D9E">
      <w:pPr>
        <w:spacing w:after="60"/>
      </w:pPr>
      <w:r>
        <w:rPr>
          <w:color w:val="B9B9B9"/>
          <w:sz w:val="16"/>
        </w:rPr>
        <w:t>________________________________________________________</w:t>
      </w:r>
    </w:p>
    <w:p w14:paraId="72C9E4AC" w14:textId="77777777" w:rsidR="00AE08AB" w:rsidRDefault="00AA2D9E">
      <w:pPr>
        <w:spacing w:after="60"/>
      </w:pPr>
      <w:r>
        <w:rPr>
          <w:color w:val="B9B9B9"/>
          <w:sz w:val="16"/>
        </w:rPr>
        <w:lastRenderedPageBreak/>
        <w:t>________________________________________________________</w:t>
      </w:r>
    </w:p>
    <w:p w14:paraId="46568EFF" w14:textId="77777777" w:rsidR="00AE08AB" w:rsidRDefault="00AA2D9E">
      <w:pPr>
        <w:spacing w:after="60"/>
      </w:pPr>
      <w:r>
        <w:rPr>
          <w:color w:val="B9B9B9"/>
          <w:sz w:val="16"/>
        </w:rPr>
        <w:t>________________________________________________________</w:t>
      </w:r>
    </w:p>
    <w:p w14:paraId="01B8B7DD" w14:textId="77777777" w:rsidR="00AE08AB" w:rsidRDefault="00AA2D9E">
      <w:pPr>
        <w:spacing w:after="60"/>
      </w:pPr>
      <w:r>
        <w:rPr>
          <w:color w:val="B9B9B9"/>
          <w:sz w:val="16"/>
        </w:rPr>
        <w:t>________________________________________________________</w:t>
      </w:r>
    </w:p>
    <w:p w14:paraId="267249FE" w14:textId="77777777" w:rsidR="00AE08AB" w:rsidRDefault="00AA2D9E">
      <w:r>
        <w:br w:type="page"/>
      </w:r>
    </w:p>
    <w:p w14:paraId="098D4B4D" w14:textId="77777777" w:rsidR="00AE08AB" w:rsidRDefault="00AA2D9E">
      <w:pPr>
        <w:pStyle w:val="Heading2"/>
      </w:pPr>
      <w:r>
        <w:lastRenderedPageBreak/>
        <w:t>DAY 14</w:t>
      </w:r>
    </w:p>
    <w:p w14:paraId="0C8E9208" w14:textId="77777777" w:rsidR="00AE08AB" w:rsidRDefault="00AA2D9E">
      <w:pPr>
        <w:pStyle w:val="Heading1"/>
      </w:pPr>
      <w:r>
        <w:t>Reducing the Noise</w:t>
      </w:r>
    </w:p>
    <w:p w14:paraId="5484F434" w14:textId="77777777" w:rsidR="00AE08AB" w:rsidRDefault="00AA2D9E">
      <w:r>
        <w:rPr>
          <w:b/>
          <w:color w:val="B08D3A"/>
        </w:rPr>
        <w:t xml:space="preserve">SCRIPTURE ANCHOR  </w:t>
      </w:r>
      <w:r>
        <w:t>Psalm 131:2</w:t>
      </w:r>
    </w:p>
    <w:p w14:paraId="0B994AAE" w14:textId="77777777" w:rsidR="00AE08AB" w:rsidRDefault="00AA2D9E">
      <w:pPr>
        <w:pStyle w:val="Heading2"/>
      </w:pPr>
      <w:r>
        <w:t>Pause</w:t>
      </w:r>
    </w:p>
    <w:p w14:paraId="12D2BC3F" w14:textId="77777777" w:rsidR="00AE08AB" w:rsidRDefault="00AA2D9E">
      <w:r>
        <w:t>Take three slow breaths. Let your body become still. You do not have to solve anything before you pray.</w:t>
      </w:r>
    </w:p>
    <w:p w14:paraId="398C77DB" w14:textId="77777777" w:rsidR="00AE08AB" w:rsidRDefault="00AA2D9E">
      <w:pPr>
        <w:pStyle w:val="Heading2"/>
      </w:pPr>
      <w:r>
        <w:t>Guided Prayer</w:t>
      </w:r>
    </w:p>
    <w:p w14:paraId="5CDEE486" w14:textId="77777777" w:rsidR="00AE08AB" w:rsidRDefault="00AA2D9E">
      <w:r>
        <w:t>Father, I bring You the reality of reducing the noise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w:t>
      </w:r>
      <w:r>
        <w:t>main unanswered. In Jesus' name, Amen.</w:t>
      </w:r>
    </w:p>
    <w:p w14:paraId="6DF1CBF5" w14:textId="77777777" w:rsidR="00AE08AB" w:rsidRDefault="00AA2D9E">
      <w:pPr>
        <w:pStyle w:val="Heading2"/>
      </w:pPr>
      <w:r>
        <w:t>Release</w:t>
      </w:r>
    </w:p>
    <w:p w14:paraId="702A69B1" w14:textId="77777777" w:rsidR="00AE08AB" w:rsidRDefault="00AA2D9E">
      <w:r>
        <w:t>Complete this sentence slowly: “Father, today I place into Your hands…”</w:t>
      </w:r>
    </w:p>
    <w:p w14:paraId="26259686" w14:textId="77777777" w:rsidR="00AE08AB" w:rsidRDefault="00AA2D9E">
      <w:pPr>
        <w:spacing w:after="60"/>
      </w:pPr>
      <w:r>
        <w:rPr>
          <w:color w:val="B9B9B9"/>
          <w:sz w:val="16"/>
        </w:rPr>
        <w:t>________________________________________________________</w:t>
      </w:r>
    </w:p>
    <w:p w14:paraId="0B0C69D3" w14:textId="77777777" w:rsidR="00AE08AB" w:rsidRDefault="00AA2D9E">
      <w:pPr>
        <w:spacing w:after="60"/>
      </w:pPr>
      <w:r>
        <w:rPr>
          <w:color w:val="B9B9B9"/>
          <w:sz w:val="16"/>
        </w:rPr>
        <w:t>________________________________________________________</w:t>
      </w:r>
    </w:p>
    <w:p w14:paraId="764480A4" w14:textId="77777777" w:rsidR="00AE08AB" w:rsidRDefault="00AA2D9E">
      <w:pPr>
        <w:pStyle w:val="Heading2"/>
      </w:pPr>
      <w:r>
        <w:t>Listen</w:t>
      </w:r>
    </w:p>
    <w:p w14:paraId="3D080E3C" w14:textId="77777777" w:rsidR="00AE08AB" w:rsidRDefault="00AA2D9E">
      <w:r>
        <w:t>Remain quiet for a moment. What truth, Scripture, conviction, or gentle reminder is rising?</w:t>
      </w:r>
    </w:p>
    <w:p w14:paraId="7916FAF8" w14:textId="77777777" w:rsidR="00AE08AB" w:rsidRDefault="00AA2D9E">
      <w:pPr>
        <w:spacing w:after="60"/>
      </w:pPr>
      <w:r>
        <w:rPr>
          <w:color w:val="B9B9B9"/>
          <w:sz w:val="16"/>
        </w:rPr>
        <w:t>________________________________________________________</w:t>
      </w:r>
    </w:p>
    <w:p w14:paraId="01A700DF" w14:textId="77777777" w:rsidR="00AE08AB" w:rsidRDefault="00AA2D9E">
      <w:pPr>
        <w:spacing w:after="60"/>
      </w:pPr>
      <w:r>
        <w:rPr>
          <w:color w:val="B9B9B9"/>
          <w:sz w:val="16"/>
        </w:rPr>
        <w:t>________________________________________________________</w:t>
      </w:r>
    </w:p>
    <w:p w14:paraId="7ED91964" w14:textId="77777777" w:rsidR="00AE08AB" w:rsidRDefault="00AA2D9E">
      <w:pPr>
        <w:pStyle w:val="Heading2"/>
      </w:pPr>
      <w:r>
        <w:t>My Unfiltered Prayer</w:t>
      </w:r>
    </w:p>
    <w:p w14:paraId="69AFFBE0" w14:textId="77777777" w:rsidR="00AE08AB" w:rsidRDefault="00AA2D9E">
      <w:r>
        <w:t>God, as I sit with reducing the noise, what I most need to tell You honestly is…</w:t>
      </w:r>
    </w:p>
    <w:p w14:paraId="1F5EB0FF" w14:textId="77777777" w:rsidR="00AE08AB" w:rsidRDefault="00AA2D9E">
      <w:pPr>
        <w:spacing w:after="60"/>
      </w:pPr>
      <w:r>
        <w:rPr>
          <w:color w:val="B9B9B9"/>
          <w:sz w:val="16"/>
        </w:rPr>
        <w:t>________________________________________________________</w:t>
      </w:r>
    </w:p>
    <w:p w14:paraId="0EB8DA57" w14:textId="77777777" w:rsidR="00AE08AB" w:rsidRDefault="00AA2D9E">
      <w:pPr>
        <w:spacing w:after="60"/>
      </w:pPr>
      <w:r>
        <w:rPr>
          <w:color w:val="B9B9B9"/>
          <w:sz w:val="16"/>
        </w:rPr>
        <w:t>________________________________________________________</w:t>
      </w:r>
    </w:p>
    <w:p w14:paraId="649CFBD1" w14:textId="77777777" w:rsidR="00AE08AB" w:rsidRDefault="00AA2D9E">
      <w:pPr>
        <w:spacing w:after="60"/>
      </w:pPr>
      <w:r>
        <w:rPr>
          <w:color w:val="B9B9B9"/>
          <w:sz w:val="16"/>
        </w:rPr>
        <w:t>________________________________________________________</w:t>
      </w:r>
    </w:p>
    <w:p w14:paraId="75757450" w14:textId="77777777" w:rsidR="00AE08AB" w:rsidRDefault="00AA2D9E">
      <w:pPr>
        <w:spacing w:after="60"/>
      </w:pPr>
      <w:r>
        <w:rPr>
          <w:color w:val="B9B9B9"/>
          <w:sz w:val="16"/>
        </w:rPr>
        <w:t>________________________________________________________</w:t>
      </w:r>
    </w:p>
    <w:p w14:paraId="35FC16C7" w14:textId="77777777" w:rsidR="00AE08AB" w:rsidRDefault="00AA2D9E">
      <w:pPr>
        <w:spacing w:after="60"/>
      </w:pPr>
      <w:r>
        <w:rPr>
          <w:color w:val="B9B9B9"/>
          <w:sz w:val="16"/>
        </w:rPr>
        <w:t>________________________________________________________</w:t>
      </w:r>
    </w:p>
    <w:p w14:paraId="2302918F" w14:textId="77777777" w:rsidR="00AE08AB" w:rsidRDefault="00AA2D9E">
      <w:pPr>
        <w:spacing w:after="60"/>
      </w:pPr>
      <w:r>
        <w:rPr>
          <w:color w:val="B9B9B9"/>
          <w:sz w:val="16"/>
        </w:rPr>
        <w:lastRenderedPageBreak/>
        <w:t>________________________________________________________</w:t>
      </w:r>
    </w:p>
    <w:p w14:paraId="3496D671" w14:textId="77777777" w:rsidR="00AE08AB" w:rsidRDefault="00AA2D9E">
      <w:pPr>
        <w:spacing w:after="60"/>
      </w:pPr>
      <w:r>
        <w:rPr>
          <w:color w:val="B9B9B9"/>
          <w:sz w:val="16"/>
        </w:rPr>
        <w:t>________________________________________________________</w:t>
      </w:r>
    </w:p>
    <w:p w14:paraId="19AD8F6F" w14:textId="77777777" w:rsidR="00AE08AB" w:rsidRDefault="00AA2D9E">
      <w:pPr>
        <w:pStyle w:val="Heading1"/>
      </w:pPr>
      <w:r>
        <w:t>Sacred Pause</w:t>
      </w:r>
    </w:p>
    <w:p w14:paraId="32645BC2" w14:textId="77777777" w:rsidR="00AE08AB" w:rsidRDefault="00AA2D9E">
      <w:pPr>
        <w:pStyle w:val="Heading3"/>
      </w:pPr>
      <w:r>
        <w:t>What happened within me this week?</w:t>
      </w:r>
    </w:p>
    <w:p w14:paraId="4F20F16D" w14:textId="77777777" w:rsidR="00AE08AB" w:rsidRDefault="00AA2D9E">
      <w:pPr>
        <w:spacing w:after="60"/>
      </w:pPr>
      <w:r>
        <w:rPr>
          <w:color w:val="B9B9B9"/>
          <w:sz w:val="16"/>
        </w:rPr>
        <w:t>________________________________________________________</w:t>
      </w:r>
    </w:p>
    <w:p w14:paraId="3DDAB52B" w14:textId="77777777" w:rsidR="00AE08AB" w:rsidRDefault="00AA2D9E">
      <w:pPr>
        <w:pStyle w:val="Heading3"/>
      </w:pPr>
      <w:r>
        <w:t>What emotion appeared most often?</w:t>
      </w:r>
    </w:p>
    <w:p w14:paraId="0A6512E8" w14:textId="77777777" w:rsidR="00AE08AB" w:rsidRDefault="00AA2D9E">
      <w:pPr>
        <w:spacing w:after="60"/>
      </w:pPr>
      <w:r>
        <w:rPr>
          <w:color w:val="B9B9B9"/>
          <w:sz w:val="16"/>
        </w:rPr>
        <w:t>________________________________________________________</w:t>
      </w:r>
    </w:p>
    <w:p w14:paraId="6293116A" w14:textId="77777777" w:rsidR="00AE08AB" w:rsidRDefault="00AA2D9E">
      <w:pPr>
        <w:pStyle w:val="Heading3"/>
      </w:pPr>
      <w:r>
        <w:t>Where did I recognize God's grace?</w:t>
      </w:r>
    </w:p>
    <w:p w14:paraId="3F10061F" w14:textId="77777777" w:rsidR="00AE08AB" w:rsidRDefault="00AA2D9E">
      <w:pPr>
        <w:spacing w:after="60"/>
      </w:pPr>
      <w:r>
        <w:rPr>
          <w:color w:val="B9B9B9"/>
          <w:sz w:val="16"/>
        </w:rPr>
        <w:t>________________________________________________________</w:t>
      </w:r>
    </w:p>
    <w:p w14:paraId="64C79B57" w14:textId="77777777" w:rsidR="00AE08AB" w:rsidRDefault="00AA2D9E">
      <w:pPr>
        <w:pStyle w:val="Heading3"/>
      </w:pPr>
      <w:r>
        <w:t>What do I refuse to carry into another week?</w:t>
      </w:r>
    </w:p>
    <w:p w14:paraId="589F4EC4" w14:textId="77777777" w:rsidR="00AE08AB" w:rsidRDefault="00AA2D9E">
      <w:pPr>
        <w:spacing w:after="60"/>
      </w:pPr>
      <w:r>
        <w:rPr>
          <w:color w:val="B9B9B9"/>
          <w:sz w:val="16"/>
        </w:rPr>
        <w:t>________________________________________________________</w:t>
      </w:r>
    </w:p>
    <w:p w14:paraId="729DA033" w14:textId="77777777" w:rsidR="00AE08AB" w:rsidRDefault="00AA2D9E">
      <w:pPr>
        <w:pStyle w:val="Heading3"/>
      </w:pPr>
      <w:r>
        <w:t>What do I need to receive from God now?</w:t>
      </w:r>
    </w:p>
    <w:p w14:paraId="2417AD0E" w14:textId="77777777" w:rsidR="00AE08AB" w:rsidRDefault="00AA2D9E">
      <w:pPr>
        <w:spacing w:after="60"/>
      </w:pPr>
      <w:r>
        <w:rPr>
          <w:color w:val="B9B9B9"/>
          <w:sz w:val="16"/>
        </w:rPr>
        <w:t>________________________________________________________</w:t>
      </w:r>
    </w:p>
    <w:p w14:paraId="3B56B48C" w14:textId="77777777" w:rsidR="00AE08AB" w:rsidRDefault="00AA2D9E">
      <w:r>
        <w:br w:type="page"/>
      </w:r>
    </w:p>
    <w:p w14:paraId="08593D1F" w14:textId="77777777" w:rsidR="00AE08AB" w:rsidRDefault="00AA2D9E">
      <w:pPr>
        <w:pStyle w:val="Heading2"/>
      </w:pPr>
      <w:r>
        <w:lastRenderedPageBreak/>
        <w:t>DAY 15</w:t>
      </w:r>
    </w:p>
    <w:p w14:paraId="628A9511" w14:textId="77777777" w:rsidR="00AE08AB" w:rsidRDefault="00AA2D9E">
      <w:pPr>
        <w:pStyle w:val="Heading1"/>
      </w:pPr>
      <w:r>
        <w:t>One Thing at a Time</w:t>
      </w:r>
    </w:p>
    <w:p w14:paraId="79859FF6" w14:textId="77777777" w:rsidR="00AE08AB" w:rsidRDefault="00AA2D9E">
      <w:r>
        <w:rPr>
          <w:b/>
          <w:color w:val="B08D3A"/>
        </w:rPr>
        <w:t xml:space="preserve">SCRIPTURE ANCHOR  </w:t>
      </w:r>
      <w:r>
        <w:t>Matthew 6:34</w:t>
      </w:r>
    </w:p>
    <w:p w14:paraId="1656AB10" w14:textId="77777777" w:rsidR="00AE08AB" w:rsidRDefault="00AA2D9E">
      <w:pPr>
        <w:pStyle w:val="Heading2"/>
      </w:pPr>
      <w:r>
        <w:t>Pause</w:t>
      </w:r>
    </w:p>
    <w:p w14:paraId="15ED40AF" w14:textId="77777777" w:rsidR="00AE08AB" w:rsidRDefault="00AA2D9E">
      <w:r>
        <w:t>Take three slow breaths. Let your body become still. You do not have to solve anything before you pray.</w:t>
      </w:r>
    </w:p>
    <w:p w14:paraId="49D73212" w14:textId="77777777" w:rsidR="00AE08AB" w:rsidRDefault="00AA2D9E">
      <w:pPr>
        <w:pStyle w:val="Heading2"/>
      </w:pPr>
      <w:r>
        <w:t>Guided Prayer</w:t>
      </w:r>
    </w:p>
    <w:p w14:paraId="5FA8B4BA" w14:textId="77777777" w:rsidR="00AE08AB" w:rsidRDefault="00AA2D9E">
      <w:r>
        <w:t>Father, I bring You the reality of one thing at a time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w:t>
      </w:r>
      <w:r>
        <w:t>emain unanswered. In Jesus' name, Amen.</w:t>
      </w:r>
    </w:p>
    <w:p w14:paraId="662A3BC1" w14:textId="77777777" w:rsidR="00AE08AB" w:rsidRDefault="00AA2D9E">
      <w:pPr>
        <w:pStyle w:val="Heading2"/>
      </w:pPr>
      <w:r>
        <w:t>Release</w:t>
      </w:r>
    </w:p>
    <w:p w14:paraId="7D434270" w14:textId="77777777" w:rsidR="00AE08AB" w:rsidRDefault="00AA2D9E">
      <w:r>
        <w:t>Complete this sentence slowly: “Father, today I place into Your hands…”</w:t>
      </w:r>
    </w:p>
    <w:p w14:paraId="1858AF09" w14:textId="77777777" w:rsidR="00AE08AB" w:rsidRDefault="00AA2D9E">
      <w:pPr>
        <w:spacing w:after="60"/>
      </w:pPr>
      <w:r>
        <w:rPr>
          <w:color w:val="B9B9B9"/>
          <w:sz w:val="16"/>
        </w:rPr>
        <w:t>________________________________________________________</w:t>
      </w:r>
    </w:p>
    <w:p w14:paraId="1D3FB8EC" w14:textId="77777777" w:rsidR="00AE08AB" w:rsidRDefault="00AA2D9E">
      <w:pPr>
        <w:spacing w:after="60"/>
      </w:pPr>
      <w:r>
        <w:rPr>
          <w:color w:val="B9B9B9"/>
          <w:sz w:val="16"/>
        </w:rPr>
        <w:t>________________________________________________________</w:t>
      </w:r>
    </w:p>
    <w:p w14:paraId="30A6089B" w14:textId="77777777" w:rsidR="00AE08AB" w:rsidRDefault="00AA2D9E">
      <w:pPr>
        <w:pStyle w:val="Heading2"/>
      </w:pPr>
      <w:r>
        <w:t>Listen</w:t>
      </w:r>
    </w:p>
    <w:p w14:paraId="6CA4F819" w14:textId="77777777" w:rsidR="00AE08AB" w:rsidRDefault="00AA2D9E">
      <w:r>
        <w:t>Remain quiet for a moment. What truth, Scripture, conviction, or gentle reminder is rising?</w:t>
      </w:r>
    </w:p>
    <w:p w14:paraId="0FCED677" w14:textId="77777777" w:rsidR="00AE08AB" w:rsidRDefault="00AA2D9E">
      <w:pPr>
        <w:spacing w:after="60"/>
      </w:pPr>
      <w:r>
        <w:rPr>
          <w:color w:val="B9B9B9"/>
          <w:sz w:val="16"/>
        </w:rPr>
        <w:t>________________________________________________________</w:t>
      </w:r>
    </w:p>
    <w:p w14:paraId="0D063E9E" w14:textId="77777777" w:rsidR="00AE08AB" w:rsidRDefault="00AA2D9E">
      <w:pPr>
        <w:spacing w:after="60"/>
      </w:pPr>
      <w:r>
        <w:rPr>
          <w:color w:val="B9B9B9"/>
          <w:sz w:val="16"/>
        </w:rPr>
        <w:t>________________________________________________________</w:t>
      </w:r>
    </w:p>
    <w:p w14:paraId="439CED65" w14:textId="77777777" w:rsidR="00AE08AB" w:rsidRDefault="00AA2D9E">
      <w:pPr>
        <w:pStyle w:val="Heading2"/>
      </w:pPr>
      <w:r>
        <w:t>My Unfiltered Prayer</w:t>
      </w:r>
    </w:p>
    <w:p w14:paraId="764C05CB" w14:textId="77777777" w:rsidR="00AE08AB" w:rsidRDefault="00AA2D9E">
      <w:r>
        <w:t>God, as I sit with one thing at a time, what I most need to tell You honestly is…</w:t>
      </w:r>
    </w:p>
    <w:p w14:paraId="5D872F3C" w14:textId="77777777" w:rsidR="00AE08AB" w:rsidRDefault="00AA2D9E">
      <w:pPr>
        <w:spacing w:after="60"/>
      </w:pPr>
      <w:r>
        <w:rPr>
          <w:color w:val="B9B9B9"/>
          <w:sz w:val="16"/>
        </w:rPr>
        <w:t>________________________________________________________</w:t>
      </w:r>
    </w:p>
    <w:p w14:paraId="262BFF9E" w14:textId="77777777" w:rsidR="00AE08AB" w:rsidRDefault="00AA2D9E">
      <w:pPr>
        <w:spacing w:after="60"/>
      </w:pPr>
      <w:r>
        <w:rPr>
          <w:color w:val="B9B9B9"/>
          <w:sz w:val="16"/>
        </w:rPr>
        <w:t>________________________________________________________</w:t>
      </w:r>
    </w:p>
    <w:p w14:paraId="00FA1CAE" w14:textId="77777777" w:rsidR="00AE08AB" w:rsidRDefault="00AA2D9E">
      <w:pPr>
        <w:spacing w:after="60"/>
      </w:pPr>
      <w:r>
        <w:rPr>
          <w:color w:val="B9B9B9"/>
          <w:sz w:val="16"/>
        </w:rPr>
        <w:t>________________________________________________________</w:t>
      </w:r>
    </w:p>
    <w:p w14:paraId="162AEF3E" w14:textId="77777777" w:rsidR="00AE08AB" w:rsidRDefault="00AA2D9E">
      <w:pPr>
        <w:spacing w:after="60"/>
      </w:pPr>
      <w:r>
        <w:rPr>
          <w:color w:val="B9B9B9"/>
          <w:sz w:val="16"/>
        </w:rPr>
        <w:t>________________________________________________________</w:t>
      </w:r>
    </w:p>
    <w:p w14:paraId="0828E190" w14:textId="77777777" w:rsidR="00AE08AB" w:rsidRDefault="00AA2D9E">
      <w:pPr>
        <w:spacing w:after="60"/>
      </w:pPr>
      <w:r>
        <w:rPr>
          <w:color w:val="B9B9B9"/>
          <w:sz w:val="16"/>
        </w:rPr>
        <w:t>________________________________________________________</w:t>
      </w:r>
    </w:p>
    <w:p w14:paraId="23620D98" w14:textId="77777777" w:rsidR="00AE08AB" w:rsidRDefault="00AA2D9E">
      <w:pPr>
        <w:spacing w:after="60"/>
      </w:pPr>
      <w:r>
        <w:rPr>
          <w:color w:val="B9B9B9"/>
          <w:sz w:val="16"/>
        </w:rPr>
        <w:lastRenderedPageBreak/>
        <w:t>________________________________________________________</w:t>
      </w:r>
    </w:p>
    <w:p w14:paraId="03B04BDD" w14:textId="77777777" w:rsidR="00AE08AB" w:rsidRDefault="00AA2D9E">
      <w:pPr>
        <w:spacing w:after="60"/>
      </w:pPr>
      <w:r>
        <w:rPr>
          <w:color w:val="B9B9B9"/>
          <w:sz w:val="16"/>
        </w:rPr>
        <w:t>________________________________________________________</w:t>
      </w:r>
    </w:p>
    <w:p w14:paraId="1D5B0BA1" w14:textId="77777777" w:rsidR="00AE08AB" w:rsidRDefault="00AA2D9E">
      <w:r>
        <w:br w:type="page"/>
      </w:r>
    </w:p>
    <w:p w14:paraId="48D9F35F" w14:textId="77777777" w:rsidR="00AE08AB" w:rsidRDefault="00AA2D9E">
      <w:pPr>
        <w:pStyle w:val="Heading2"/>
      </w:pPr>
      <w:r>
        <w:lastRenderedPageBreak/>
        <w:t>DAY 16</w:t>
      </w:r>
    </w:p>
    <w:p w14:paraId="6C5A5777" w14:textId="77777777" w:rsidR="00AE08AB" w:rsidRDefault="00AA2D9E">
      <w:pPr>
        <w:pStyle w:val="Heading1"/>
      </w:pPr>
      <w:r>
        <w:t>Rest Without Guilt</w:t>
      </w:r>
    </w:p>
    <w:p w14:paraId="60DA718E" w14:textId="77777777" w:rsidR="00AE08AB" w:rsidRDefault="00AA2D9E">
      <w:r>
        <w:rPr>
          <w:b/>
          <w:color w:val="B08D3A"/>
        </w:rPr>
        <w:t xml:space="preserve">SCRIPTURE ANCHOR  </w:t>
      </w:r>
      <w:r>
        <w:t>Hebrews 4:9-11</w:t>
      </w:r>
    </w:p>
    <w:p w14:paraId="37434235" w14:textId="77777777" w:rsidR="00AE08AB" w:rsidRDefault="00AA2D9E">
      <w:pPr>
        <w:pStyle w:val="Heading2"/>
      </w:pPr>
      <w:r>
        <w:t>Pause</w:t>
      </w:r>
    </w:p>
    <w:p w14:paraId="2A4FBB21" w14:textId="77777777" w:rsidR="00AE08AB" w:rsidRDefault="00AA2D9E">
      <w:r>
        <w:t>Take three slow breaths. Let your body become still. You do not have to solve anything before you pray.</w:t>
      </w:r>
    </w:p>
    <w:p w14:paraId="4FCAAC97" w14:textId="77777777" w:rsidR="00AE08AB" w:rsidRDefault="00AA2D9E">
      <w:pPr>
        <w:pStyle w:val="Heading2"/>
      </w:pPr>
      <w:r>
        <w:t>Guided Prayer</w:t>
      </w:r>
    </w:p>
    <w:p w14:paraId="2D4C0143" w14:textId="77777777" w:rsidR="00AE08AB" w:rsidRDefault="00AA2D9E">
      <w:r>
        <w:t>Father, I bring You the reality of rest without guilt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w:t>
      </w:r>
      <w:r>
        <w:t>main unanswered. In Jesus' name, Amen.</w:t>
      </w:r>
    </w:p>
    <w:p w14:paraId="57D92A1A" w14:textId="77777777" w:rsidR="00AE08AB" w:rsidRDefault="00AA2D9E">
      <w:pPr>
        <w:pStyle w:val="Heading2"/>
      </w:pPr>
      <w:r>
        <w:t>Release</w:t>
      </w:r>
    </w:p>
    <w:p w14:paraId="4130FB37" w14:textId="77777777" w:rsidR="00AE08AB" w:rsidRDefault="00AA2D9E">
      <w:r>
        <w:t>Complete this sentence slowly: “Father, today I place into Your hands…”</w:t>
      </w:r>
    </w:p>
    <w:p w14:paraId="0F2249AC" w14:textId="77777777" w:rsidR="00AE08AB" w:rsidRDefault="00AA2D9E">
      <w:pPr>
        <w:spacing w:after="60"/>
      </w:pPr>
      <w:r>
        <w:rPr>
          <w:color w:val="B9B9B9"/>
          <w:sz w:val="16"/>
        </w:rPr>
        <w:t>________________________________________________________</w:t>
      </w:r>
    </w:p>
    <w:p w14:paraId="3170F30C" w14:textId="77777777" w:rsidR="00AE08AB" w:rsidRDefault="00AA2D9E">
      <w:pPr>
        <w:spacing w:after="60"/>
      </w:pPr>
      <w:r>
        <w:rPr>
          <w:color w:val="B9B9B9"/>
          <w:sz w:val="16"/>
        </w:rPr>
        <w:t>________________________________________________________</w:t>
      </w:r>
    </w:p>
    <w:p w14:paraId="5528E99A" w14:textId="77777777" w:rsidR="00AE08AB" w:rsidRDefault="00AA2D9E">
      <w:pPr>
        <w:pStyle w:val="Heading2"/>
      </w:pPr>
      <w:r>
        <w:t>Listen</w:t>
      </w:r>
    </w:p>
    <w:p w14:paraId="1D969569" w14:textId="77777777" w:rsidR="00AE08AB" w:rsidRDefault="00AA2D9E">
      <w:r>
        <w:t>Remain quiet for a moment. What truth, Scripture, conviction, or gentle reminder is rising?</w:t>
      </w:r>
    </w:p>
    <w:p w14:paraId="34EE962A" w14:textId="77777777" w:rsidR="00AE08AB" w:rsidRDefault="00AA2D9E">
      <w:pPr>
        <w:spacing w:after="60"/>
      </w:pPr>
      <w:r>
        <w:rPr>
          <w:color w:val="B9B9B9"/>
          <w:sz w:val="16"/>
        </w:rPr>
        <w:t>________________________________________________________</w:t>
      </w:r>
    </w:p>
    <w:p w14:paraId="4003ABDD" w14:textId="77777777" w:rsidR="00AE08AB" w:rsidRDefault="00AA2D9E">
      <w:pPr>
        <w:spacing w:after="60"/>
      </w:pPr>
      <w:r>
        <w:rPr>
          <w:color w:val="B9B9B9"/>
          <w:sz w:val="16"/>
        </w:rPr>
        <w:t>________________________________________________________</w:t>
      </w:r>
    </w:p>
    <w:p w14:paraId="67E5189F" w14:textId="77777777" w:rsidR="00AE08AB" w:rsidRDefault="00AA2D9E">
      <w:pPr>
        <w:pStyle w:val="Heading2"/>
      </w:pPr>
      <w:r>
        <w:t>My Unfiltered Prayer</w:t>
      </w:r>
    </w:p>
    <w:p w14:paraId="5AEE75B6" w14:textId="77777777" w:rsidR="00AE08AB" w:rsidRDefault="00AA2D9E">
      <w:r>
        <w:t>God, as I sit with rest without guilt, what I most need to tell You honestly is…</w:t>
      </w:r>
    </w:p>
    <w:p w14:paraId="09269AD1" w14:textId="77777777" w:rsidR="00AE08AB" w:rsidRDefault="00AA2D9E">
      <w:pPr>
        <w:spacing w:after="60"/>
      </w:pPr>
      <w:r>
        <w:rPr>
          <w:color w:val="B9B9B9"/>
          <w:sz w:val="16"/>
        </w:rPr>
        <w:t>________________________________________________________</w:t>
      </w:r>
    </w:p>
    <w:p w14:paraId="290DF348" w14:textId="77777777" w:rsidR="00AE08AB" w:rsidRDefault="00AA2D9E">
      <w:pPr>
        <w:spacing w:after="60"/>
      </w:pPr>
      <w:r>
        <w:rPr>
          <w:color w:val="B9B9B9"/>
          <w:sz w:val="16"/>
        </w:rPr>
        <w:t>________________________________________________________</w:t>
      </w:r>
    </w:p>
    <w:p w14:paraId="173AE335" w14:textId="77777777" w:rsidR="00AE08AB" w:rsidRDefault="00AA2D9E">
      <w:pPr>
        <w:spacing w:after="60"/>
      </w:pPr>
      <w:r>
        <w:rPr>
          <w:color w:val="B9B9B9"/>
          <w:sz w:val="16"/>
        </w:rPr>
        <w:t>________________________________________________________</w:t>
      </w:r>
    </w:p>
    <w:p w14:paraId="492B17C2" w14:textId="77777777" w:rsidR="00AE08AB" w:rsidRDefault="00AA2D9E">
      <w:pPr>
        <w:spacing w:after="60"/>
      </w:pPr>
      <w:r>
        <w:rPr>
          <w:color w:val="B9B9B9"/>
          <w:sz w:val="16"/>
        </w:rPr>
        <w:t>________________________________________________________</w:t>
      </w:r>
    </w:p>
    <w:p w14:paraId="153B4D76" w14:textId="77777777" w:rsidR="00AE08AB" w:rsidRDefault="00AA2D9E">
      <w:pPr>
        <w:spacing w:after="60"/>
      </w:pPr>
      <w:r>
        <w:rPr>
          <w:color w:val="B9B9B9"/>
          <w:sz w:val="16"/>
        </w:rPr>
        <w:t>________________________________________________________</w:t>
      </w:r>
    </w:p>
    <w:p w14:paraId="1F17757F" w14:textId="77777777" w:rsidR="00AE08AB" w:rsidRDefault="00AA2D9E">
      <w:pPr>
        <w:spacing w:after="60"/>
      </w:pPr>
      <w:r>
        <w:rPr>
          <w:color w:val="B9B9B9"/>
          <w:sz w:val="16"/>
        </w:rPr>
        <w:lastRenderedPageBreak/>
        <w:t>________________________________________________________</w:t>
      </w:r>
    </w:p>
    <w:p w14:paraId="62034381" w14:textId="77777777" w:rsidR="00AE08AB" w:rsidRDefault="00AA2D9E">
      <w:pPr>
        <w:spacing w:after="60"/>
      </w:pPr>
      <w:r>
        <w:rPr>
          <w:color w:val="B9B9B9"/>
          <w:sz w:val="16"/>
        </w:rPr>
        <w:t>________________________________________________________</w:t>
      </w:r>
    </w:p>
    <w:p w14:paraId="324198CF" w14:textId="77777777" w:rsidR="00AE08AB" w:rsidRDefault="00AA2D9E">
      <w:r>
        <w:br w:type="page"/>
      </w:r>
    </w:p>
    <w:p w14:paraId="19901B16" w14:textId="77777777" w:rsidR="00AE08AB" w:rsidRDefault="00AA2D9E">
      <w:pPr>
        <w:pStyle w:val="Heading2"/>
      </w:pPr>
      <w:r>
        <w:lastRenderedPageBreak/>
        <w:t>DAY 17</w:t>
      </w:r>
    </w:p>
    <w:p w14:paraId="486BE552" w14:textId="77777777" w:rsidR="00AE08AB" w:rsidRDefault="00AA2D9E">
      <w:pPr>
        <w:pStyle w:val="Heading1"/>
      </w:pPr>
      <w:r>
        <w:t>Learning Your Limits</w:t>
      </w:r>
    </w:p>
    <w:p w14:paraId="6E495BD2" w14:textId="77777777" w:rsidR="00AE08AB" w:rsidRDefault="00AA2D9E">
      <w:r>
        <w:rPr>
          <w:b/>
          <w:color w:val="B08D3A"/>
        </w:rPr>
        <w:t xml:space="preserve">SCRIPTURE ANCHOR  </w:t>
      </w:r>
      <w:r>
        <w:t>Psalm 103:14</w:t>
      </w:r>
    </w:p>
    <w:p w14:paraId="0F5469C0" w14:textId="77777777" w:rsidR="00AE08AB" w:rsidRDefault="00AA2D9E">
      <w:pPr>
        <w:pStyle w:val="Heading2"/>
      </w:pPr>
      <w:r>
        <w:t>Pause</w:t>
      </w:r>
    </w:p>
    <w:p w14:paraId="346991F0" w14:textId="77777777" w:rsidR="00AE08AB" w:rsidRDefault="00AA2D9E">
      <w:r>
        <w:t>Take three slow breaths. Let your body become still. You do not have to solve anything before you pray.</w:t>
      </w:r>
    </w:p>
    <w:p w14:paraId="51107DF3" w14:textId="77777777" w:rsidR="00AE08AB" w:rsidRDefault="00AA2D9E">
      <w:pPr>
        <w:pStyle w:val="Heading2"/>
      </w:pPr>
      <w:r>
        <w:t>Guided Prayer</w:t>
      </w:r>
    </w:p>
    <w:p w14:paraId="00BCC459" w14:textId="77777777" w:rsidR="00AE08AB" w:rsidRDefault="00AA2D9E">
      <w:r>
        <w:t xml:space="preserve">Father, I bring You the reality of learning your limits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w:t>
      </w:r>
      <w:r>
        <w:t>remain unanswered. In Jesus' name, Amen.</w:t>
      </w:r>
    </w:p>
    <w:p w14:paraId="64C5417A" w14:textId="77777777" w:rsidR="00AE08AB" w:rsidRDefault="00AA2D9E">
      <w:pPr>
        <w:pStyle w:val="Heading2"/>
      </w:pPr>
      <w:r>
        <w:t>Release</w:t>
      </w:r>
    </w:p>
    <w:p w14:paraId="7E6DD988" w14:textId="77777777" w:rsidR="00AE08AB" w:rsidRDefault="00AA2D9E">
      <w:r>
        <w:t>Complete this sentence slowly: “Father, today I place into Your hands…”</w:t>
      </w:r>
    </w:p>
    <w:p w14:paraId="573F3782" w14:textId="77777777" w:rsidR="00AE08AB" w:rsidRDefault="00AA2D9E">
      <w:pPr>
        <w:spacing w:after="60"/>
      </w:pPr>
      <w:r>
        <w:rPr>
          <w:color w:val="B9B9B9"/>
          <w:sz w:val="16"/>
        </w:rPr>
        <w:t>________________________________________________________</w:t>
      </w:r>
    </w:p>
    <w:p w14:paraId="2F414EDE" w14:textId="77777777" w:rsidR="00AE08AB" w:rsidRDefault="00AA2D9E">
      <w:pPr>
        <w:spacing w:after="60"/>
      </w:pPr>
      <w:r>
        <w:rPr>
          <w:color w:val="B9B9B9"/>
          <w:sz w:val="16"/>
        </w:rPr>
        <w:t>________________________________________________________</w:t>
      </w:r>
    </w:p>
    <w:p w14:paraId="777B6FEA" w14:textId="77777777" w:rsidR="00AE08AB" w:rsidRDefault="00AA2D9E">
      <w:pPr>
        <w:pStyle w:val="Heading2"/>
      </w:pPr>
      <w:r>
        <w:t>Listen</w:t>
      </w:r>
    </w:p>
    <w:p w14:paraId="558158F8" w14:textId="77777777" w:rsidR="00AE08AB" w:rsidRDefault="00AA2D9E">
      <w:r>
        <w:t>Remain quiet for a moment. What truth, Scripture, conviction, or gentle reminder is rising?</w:t>
      </w:r>
    </w:p>
    <w:p w14:paraId="5E3F10C3" w14:textId="77777777" w:rsidR="00AE08AB" w:rsidRDefault="00AA2D9E">
      <w:pPr>
        <w:spacing w:after="60"/>
      </w:pPr>
      <w:r>
        <w:rPr>
          <w:color w:val="B9B9B9"/>
          <w:sz w:val="16"/>
        </w:rPr>
        <w:t>________________________________________________________</w:t>
      </w:r>
    </w:p>
    <w:p w14:paraId="3472ED8B" w14:textId="77777777" w:rsidR="00AE08AB" w:rsidRDefault="00AA2D9E">
      <w:pPr>
        <w:spacing w:after="60"/>
      </w:pPr>
      <w:r>
        <w:rPr>
          <w:color w:val="B9B9B9"/>
          <w:sz w:val="16"/>
        </w:rPr>
        <w:t>________________________________________________________</w:t>
      </w:r>
    </w:p>
    <w:p w14:paraId="380FCC22" w14:textId="77777777" w:rsidR="00AE08AB" w:rsidRDefault="00AA2D9E">
      <w:pPr>
        <w:pStyle w:val="Heading2"/>
      </w:pPr>
      <w:r>
        <w:t>My Unfiltered Prayer</w:t>
      </w:r>
    </w:p>
    <w:p w14:paraId="5116F7A3" w14:textId="77777777" w:rsidR="00AE08AB" w:rsidRDefault="00AA2D9E">
      <w:r>
        <w:t>God, as I sit with learning your limits, what I most need to tell You honestly is…</w:t>
      </w:r>
    </w:p>
    <w:p w14:paraId="79270666" w14:textId="77777777" w:rsidR="00AE08AB" w:rsidRDefault="00AA2D9E">
      <w:pPr>
        <w:spacing w:after="60"/>
      </w:pPr>
      <w:r>
        <w:rPr>
          <w:color w:val="B9B9B9"/>
          <w:sz w:val="16"/>
        </w:rPr>
        <w:t>________________________________________________________</w:t>
      </w:r>
    </w:p>
    <w:p w14:paraId="692D5D41" w14:textId="77777777" w:rsidR="00AE08AB" w:rsidRDefault="00AA2D9E">
      <w:pPr>
        <w:spacing w:after="60"/>
      </w:pPr>
      <w:r>
        <w:rPr>
          <w:color w:val="B9B9B9"/>
          <w:sz w:val="16"/>
        </w:rPr>
        <w:t>________________________________________________________</w:t>
      </w:r>
    </w:p>
    <w:p w14:paraId="0C5F7D87" w14:textId="77777777" w:rsidR="00AE08AB" w:rsidRDefault="00AA2D9E">
      <w:pPr>
        <w:spacing w:after="60"/>
      </w:pPr>
      <w:r>
        <w:rPr>
          <w:color w:val="B9B9B9"/>
          <w:sz w:val="16"/>
        </w:rPr>
        <w:t>________________________________________________________</w:t>
      </w:r>
    </w:p>
    <w:p w14:paraId="465F61A2" w14:textId="77777777" w:rsidR="00AE08AB" w:rsidRDefault="00AA2D9E">
      <w:pPr>
        <w:spacing w:after="60"/>
      </w:pPr>
      <w:r>
        <w:rPr>
          <w:color w:val="B9B9B9"/>
          <w:sz w:val="16"/>
        </w:rPr>
        <w:t>________________________________________________________</w:t>
      </w:r>
    </w:p>
    <w:p w14:paraId="54316987" w14:textId="77777777" w:rsidR="00AE08AB" w:rsidRDefault="00AA2D9E">
      <w:pPr>
        <w:spacing w:after="60"/>
      </w:pPr>
      <w:r>
        <w:rPr>
          <w:color w:val="B9B9B9"/>
          <w:sz w:val="16"/>
        </w:rPr>
        <w:t>________________________________________________________</w:t>
      </w:r>
    </w:p>
    <w:p w14:paraId="06AA4C8B" w14:textId="77777777" w:rsidR="00AE08AB" w:rsidRDefault="00AA2D9E">
      <w:pPr>
        <w:spacing w:after="60"/>
      </w:pPr>
      <w:r>
        <w:rPr>
          <w:color w:val="B9B9B9"/>
          <w:sz w:val="16"/>
        </w:rPr>
        <w:lastRenderedPageBreak/>
        <w:t>________________________________________________________</w:t>
      </w:r>
    </w:p>
    <w:p w14:paraId="4E472492" w14:textId="77777777" w:rsidR="00AE08AB" w:rsidRDefault="00AA2D9E">
      <w:pPr>
        <w:spacing w:after="60"/>
      </w:pPr>
      <w:r>
        <w:rPr>
          <w:color w:val="B9B9B9"/>
          <w:sz w:val="16"/>
        </w:rPr>
        <w:t>________________________________________________________</w:t>
      </w:r>
    </w:p>
    <w:p w14:paraId="1A52D819" w14:textId="77777777" w:rsidR="00AE08AB" w:rsidRDefault="00AA2D9E">
      <w:r>
        <w:br w:type="page"/>
      </w:r>
    </w:p>
    <w:p w14:paraId="7738EF80" w14:textId="77777777" w:rsidR="00AE08AB" w:rsidRDefault="00AA2D9E">
      <w:pPr>
        <w:pStyle w:val="Heading2"/>
      </w:pPr>
      <w:r>
        <w:lastRenderedPageBreak/>
        <w:t>DAY 18</w:t>
      </w:r>
    </w:p>
    <w:p w14:paraId="5E48F916" w14:textId="77777777" w:rsidR="00AE08AB" w:rsidRDefault="00AA2D9E">
      <w:pPr>
        <w:pStyle w:val="Heading1"/>
      </w:pPr>
      <w:r>
        <w:t>A Gentle Rhythm</w:t>
      </w:r>
    </w:p>
    <w:p w14:paraId="308896F0" w14:textId="77777777" w:rsidR="00AE08AB" w:rsidRDefault="00AA2D9E">
      <w:r>
        <w:rPr>
          <w:b/>
          <w:color w:val="B08D3A"/>
        </w:rPr>
        <w:t xml:space="preserve">SCRIPTURE ANCHOR  </w:t>
      </w:r>
      <w:r>
        <w:t>Matthew 11:29</w:t>
      </w:r>
    </w:p>
    <w:p w14:paraId="031335C8" w14:textId="77777777" w:rsidR="00AE08AB" w:rsidRDefault="00AA2D9E">
      <w:pPr>
        <w:pStyle w:val="Heading2"/>
      </w:pPr>
      <w:r>
        <w:t>Pause</w:t>
      </w:r>
    </w:p>
    <w:p w14:paraId="1302DCCD" w14:textId="77777777" w:rsidR="00AE08AB" w:rsidRDefault="00AA2D9E">
      <w:r>
        <w:t>Take three slow breaths. Let your body become still. You do not have to solve anything before you pray.</w:t>
      </w:r>
    </w:p>
    <w:p w14:paraId="6FDD5F37" w14:textId="77777777" w:rsidR="00AE08AB" w:rsidRDefault="00AA2D9E">
      <w:pPr>
        <w:pStyle w:val="Heading2"/>
      </w:pPr>
      <w:r>
        <w:t>Guided Prayer</w:t>
      </w:r>
    </w:p>
    <w:p w14:paraId="1A9AC169" w14:textId="77777777" w:rsidR="00AE08AB" w:rsidRDefault="00AA2D9E">
      <w:r>
        <w:t>Father, I bring You the reality of a gentle rhythm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w:t>
      </w:r>
      <w:r>
        <w:t>n unanswered. In Jesus' name, Amen.</w:t>
      </w:r>
    </w:p>
    <w:p w14:paraId="3DFA9982" w14:textId="77777777" w:rsidR="00AE08AB" w:rsidRDefault="00AA2D9E">
      <w:pPr>
        <w:pStyle w:val="Heading2"/>
      </w:pPr>
      <w:r>
        <w:t>Release</w:t>
      </w:r>
    </w:p>
    <w:p w14:paraId="51DFEB30" w14:textId="77777777" w:rsidR="00AE08AB" w:rsidRDefault="00AA2D9E">
      <w:r>
        <w:t>Complete this sentence slowly: “Father, today I place into Your hands…”</w:t>
      </w:r>
    </w:p>
    <w:p w14:paraId="164E7DE9" w14:textId="77777777" w:rsidR="00AE08AB" w:rsidRDefault="00AA2D9E">
      <w:pPr>
        <w:spacing w:after="60"/>
      </w:pPr>
      <w:r>
        <w:rPr>
          <w:color w:val="B9B9B9"/>
          <w:sz w:val="16"/>
        </w:rPr>
        <w:t>________________________________________________________</w:t>
      </w:r>
    </w:p>
    <w:p w14:paraId="5C411594" w14:textId="77777777" w:rsidR="00AE08AB" w:rsidRDefault="00AA2D9E">
      <w:pPr>
        <w:spacing w:after="60"/>
      </w:pPr>
      <w:r>
        <w:rPr>
          <w:color w:val="B9B9B9"/>
          <w:sz w:val="16"/>
        </w:rPr>
        <w:t>________________________________________________________</w:t>
      </w:r>
    </w:p>
    <w:p w14:paraId="47E5C8F9" w14:textId="77777777" w:rsidR="00AE08AB" w:rsidRDefault="00AA2D9E">
      <w:pPr>
        <w:pStyle w:val="Heading2"/>
      </w:pPr>
      <w:r>
        <w:t>Listen</w:t>
      </w:r>
    </w:p>
    <w:p w14:paraId="555BDC1C" w14:textId="77777777" w:rsidR="00AE08AB" w:rsidRDefault="00AA2D9E">
      <w:r>
        <w:t>Remain quiet for a moment. What truth, Scripture, conviction, or gentle reminder is rising?</w:t>
      </w:r>
    </w:p>
    <w:p w14:paraId="40180E57" w14:textId="77777777" w:rsidR="00AE08AB" w:rsidRDefault="00AA2D9E">
      <w:pPr>
        <w:spacing w:after="60"/>
      </w:pPr>
      <w:r>
        <w:rPr>
          <w:color w:val="B9B9B9"/>
          <w:sz w:val="16"/>
        </w:rPr>
        <w:t>________________________________________________________</w:t>
      </w:r>
    </w:p>
    <w:p w14:paraId="75EAF638" w14:textId="77777777" w:rsidR="00AE08AB" w:rsidRDefault="00AA2D9E">
      <w:pPr>
        <w:spacing w:after="60"/>
      </w:pPr>
      <w:r>
        <w:rPr>
          <w:color w:val="B9B9B9"/>
          <w:sz w:val="16"/>
        </w:rPr>
        <w:t>________________________________________________________</w:t>
      </w:r>
    </w:p>
    <w:p w14:paraId="51F4C1A5" w14:textId="77777777" w:rsidR="00AE08AB" w:rsidRDefault="00AA2D9E">
      <w:pPr>
        <w:pStyle w:val="Heading2"/>
      </w:pPr>
      <w:r>
        <w:t>My Unfiltered Prayer</w:t>
      </w:r>
    </w:p>
    <w:p w14:paraId="35B5C829" w14:textId="77777777" w:rsidR="00AE08AB" w:rsidRDefault="00AA2D9E">
      <w:r>
        <w:t>God, as I sit with a gentle rhythm, what I most need to tell You honestly is…</w:t>
      </w:r>
    </w:p>
    <w:p w14:paraId="19CC91FB" w14:textId="77777777" w:rsidR="00AE08AB" w:rsidRDefault="00AA2D9E">
      <w:pPr>
        <w:spacing w:after="60"/>
      </w:pPr>
      <w:r>
        <w:rPr>
          <w:color w:val="B9B9B9"/>
          <w:sz w:val="16"/>
        </w:rPr>
        <w:t>________________________________________________________</w:t>
      </w:r>
    </w:p>
    <w:p w14:paraId="58090FCA" w14:textId="77777777" w:rsidR="00AE08AB" w:rsidRDefault="00AA2D9E">
      <w:pPr>
        <w:spacing w:after="60"/>
      </w:pPr>
      <w:r>
        <w:rPr>
          <w:color w:val="B9B9B9"/>
          <w:sz w:val="16"/>
        </w:rPr>
        <w:t>________________________________________________________</w:t>
      </w:r>
    </w:p>
    <w:p w14:paraId="6EAFAEC4" w14:textId="77777777" w:rsidR="00AE08AB" w:rsidRDefault="00AA2D9E">
      <w:pPr>
        <w:spacing w:after="60"/>
      </w:pPr>
      <w:r>
        <w:rPr>
          <w:color w:val="B9B9B9"/>
          <w:sz w:val="16"/>
        </w:rPr>
        <w:t>________________________________________________________</w:t>
      </w:r>
    </w:p>
    <w:p w14:paraId="64D0951B" w14:textId="77777777" w:rsidR="00AE08AB" w:rsidRDefault="00AA2D9E">
      <w:pPr>
        <w:spacing w:after="60"/>
      </w:pPr>
      <w:r>
        <w:rPr>
          <w:color w:val="B9B9B9"/>
          <w:sz w:val="16"/>
        </w:rPr>
        <w:t>________________________________________________________</w:t>
      </w:r>
    </w:p>
    <w:p w14:paraId="30F5090C" w14:textId="77777777" w:rsidR="00AE08AB" w:rsidRDefault="00AA2D9E">
      <w:pPr>
        <w:spacing w:after="60"/>
      </w:pPr>
      <w:r>
        <w:rPr>
          <w:color w:val="B9B9B9"/>
          <w:sz w:val="16"/>
        </w:rPr>
        <w:t>________________________________________________________</w:t>
      </w:r>
    </w:p>
    <w:p w14:paraId="4368DBD7" w14:textId="77777777" w:rsidR="00AE08AB" w:rsidRDefault="00AA2D9E">
      <w:pPr>
        <w:spacing w:after="60"/>
      </w:pPr>
      <w:r>
        <w:rPr>
          <w:color w:val="B9B9B9"/>
          <w:sz w:val="16"/>
        </w:rPr>
        <w:lastRenderedPageBreak/>
        <w:t>________________________________________________________</w:t>
      </w:r>
    </w:p>
    <w:p w14:paraId="28C68FB6" w14:textId="77777777" w:rsidR="00AE08AB" w:rsidRDefault="00AA2D9E">
      <w:pPr>
        <w:spacing w:after="60"/>
      </w:pPr>
      <w:r>
        <w:rPr>
          <w:color w:val="B9B9B9"/>
          <w:sz w:val="16"/>
        </w:rPr>
        <w:t>________________________________________________________</w:t>
      </w:r>
    </w:p>
    <w:p w14:paraId="64841354" w14:textId="77777777" w:rsidR="00AE08AB" w:rsidRDefault="00AA2D9E">
      <w:r>
        <w:br w:type="page"/>
      </w:r>
    </w:p>
    <w:p w14:paraId="39E67208" w14:textId="77777777" w:rsidR="00AE08AB" w:rsidRDefault="00AA2D9E">
      <w:pPr>
        <w:pStyle w:val="Heading2"/>
      </w:pPr>
      <w:r>
        <w:lastRenderedPageBreak/>
        <w:t>DAY 19</w:t>
      </w:r>
    </w:p>
    <w:p w14:paraId="58B161B0" w14:textId="77777777" w:rsidR="00AE08AB" w:rsidRDefault="00AA2D9E">
      <w:pPr>
        <w:pStyle w:val="Heading1"/>
      </w:pPr>
      <w:r>
        <w:t>Still Waters</w:t>
      </w:r>
    </w:p>
    <w:p w14:paraId="27FD9367" w14:textId="77777777" w:rsidR="00AE08AB" w:rsidRDefault="00AA2D9E">
      <w:r>
        <w:rPr>
          <w:b/>
          <w:color w:val="B08D3A"/>
        </w:rPr>
        <w:t xml:space="preserve">SCRIPTURE ANCHOR  </w:t>
      </w:r>
      <w:r>
        <w:t>Psalm 23:2-3</w:t>
      </w:r>
    </w:p>
    <w:p w14:paraId="460C9090" w14:textId="77777777" w:rsidR="00AE08AB" w:rsidRDefault="00AA2D9E">
      <w:pPr>
        <w:pStyle w:val="Heading2"/>
      </w:pPr>
      <w:r>
        <w:t>Pause</w:t>
      </w:r>
    </w:p>
    <w:p w14:paraId="6B12BC5A" w14:textId="77777777" w:rsidR="00AE08AB" w:rsidRDefault="00AA2D9E">
      <w:r>
        <w:t>Take three slow breaths. Let your body become still. You do not have to solve anything before you pray.</w:t>
      </w:r>
    </w:p>
    <w:p w14:paraId="48D0B2F2" w14:textId="77777777" w:rsidR="00AE08AB" w:rsidRDefault="00AA2D9E">
      <w:pPr>
        <w:pStyle w:val="Heading2"/>
      </w:pPr>
      <w:r>
        <w:t>Guided Prayer</w:t>
      </w:r>
    </w:p>
    <w:p w14:paraId="096DB746" w14:textId="77777777" w:rsidR="00AE08AB" w:rsidRDefault="00AA2D9E">
      <w:r>
        <w:t>Father, I bring You the reality of still waters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remain u</w:t>
      </w:r>
      <w:r>
        <w:t>nanswered. In Jesus' name, Amen.</w:t>
      </w:r>
    </w:p>
    <w:p w14:paraId="511CA53C" w14:textId="77777777" w:rsidR="00AE08AB" w:rsidRDefault="00AA2D9E">
      <w:pPr>
        <w:pStyle w:val="Heading2"/>
      </w:pPr>
      <w:r>
        <w:t>Release</w:t>
      </w:r>
    </w:p>
    <w:p w14:paraId="52FBE076" w14:textId="77777777" w:rsidR="00AE08AB" w:rsidRDefault="00AA2D9E">
      <w:r>
        <w:t>Complete this sentence slowly: “Father, today I place into Your hands…”</w:t>
      </w:r>
    </w:p>
    <w:p w14:paraId="23DEFDC3" w14:textId="77777777" w:rsidR="00AE08AB" w:rsidRDefault="00AA2D9E">
      <w:pPr>
        <w:spacing w:after="60"/>
      </w:pPr>
      <w:r>
        <w:rPr>
          <w:color w:val="B9B9B9"/>
          <w:sz w:val="16"/>
        </w:rPr>
        <w:t>________________________________________________________</w:t>
      </w:r>
    </w:p>
    <w:p w14:paraId="3CB9F516" w14:textId="77777777" w:rsidR="00AE08AB" w:rsidRDefault="00AA2D9E">
      <w:pPr>
        <w:spacing w:after="60"/>
      </w:pPr>
      <w:r>
        <w:rPr>
          <w:color w:val="B9B9B9"/>
          <w:sz w:val="16"/>
        </w:rPr>
        <w:t>________________________________________________________</w:t>
      </w:r>
    </w:p>
    <w:p w14:paraId="44FC1F43" w14:textId="77777777" w:rsidR="00AE08AB" w:rsidRDefault="00AA2D9E">
      <w:pPr>
        <w:pStyle w:val="Heading2"/>
      </w:pPr>
      <w:r>
        <w:t>Listen</w:t>
      </w:r>
    </w:p>
    <w:p w14:paraId="1748381E" w14:textId="77777777" w:rsidR="00AE08AB" w:rsidRDefault="00AA2D9E">
      <w:r>
        <w:t>Remain quiet for a moment. What truth, Scripture, conviction, or gentle reminder is rising?</w:t>
      </w:r>
    </w:p>
    <w:p w14:paraId="489D8428" w14:textId="77777777" w:rsidR="00AE08AB" w:rsidRDefault="00AA2D9E">
      <w:pPr>
        <w:spacing w:after="60"/>
      </w:pPr>
      <w:r>
        <w:rPr>
          <w:color w:val="B9B9B9"/>
          <w:sz w:val="16"/>
        </w:rPr>
        <w:t>________________________________________________________</w:t>
      </w:r>
    </w:p>
    <w:p w14:paraId="5DE3C148" w14:textId="77777777" w:rsidR="00AE08AB" w:rsidRDefault="00AA2D9E">
      <w:pPr>
        <w:spacing w:after="60"/>
      </w:pPr>
      <w:r>
        <w:rPr>
          <w:color w:val="B9B9B9"/>
          <w:sz w:val="16"/>
        </w:rPr>
        <w:t>________________________________________________________</w:t>
      </w:r>
    </w:p>
    <w:p w14:paraId="057ABD54" w14:textId="77777777" w:rsidR="00AE08AB" w:rsidRDefault="00AA2D9E">
      <w:pPr>
        <w:pStyle w:val="Heading2"/>
      </w:pPr>
      <w:r>
        <w:t>My Unfiltered Prayer</w:t>
      </w:r>
    </w:p>
    <w:p w14:paraId="50BDEEA5" w14:textId="77777777" w:rsidR="00AE08AB" w:rsidRDefault="00AA2D9E">
      <w:r>
        <w:t>God, as I sit with still waters, what I most need to tell You honestly is…</w:t>
      </w:r>
    </w:p>
    <w:p w14:paraId="21791373" w14:textId="77777777" w:rsidR="00AE08AB" w:rsidRDefault="00AA2D9E">
      <w:pPr>
        <w:spacing w:after="60"/>
      </w:pPr>
      <w:r>
        <w:rPr>
          <w:color w:val="B9B9B9"/>
          <w:sz w:val="16"/>
        </w:rPr>
        <w:t>________________________________________________________</w:t>
      </w:r>
    </w:p>
    <w:p w14:paraId="3CEBDEA5" w14:textId="77777777" w:rsidR="00AE08AB" w:rsidRDefault="00AA2D9E">
      <w:pPr>
        <w:spacing w:after="60"/>
      </w:pPr>
      <w:r>
        <w:rPr>
          <w:color w:val="B9B9B9"/>
          <w:sz w:val="16"/>
        </w:rPr>
        <w:t>________________________________________________________</w:t>
      </w:r>
    </w:p>
    <w:p w14:paraId="3FC93ECD" w14:textId="77777777" w:rsidR="00AE08AB" w:rsidRDefault="00AA2D9E">
      <w:pPr>
        <w:spacing w:after="60"/>
      </w:pPr>
      <w:r>
        <w:rPr>
          <w:color w:val="B9B9B9"/>
          <w:sz w:val="16"/>
        </w:rPr>
        <w:t>________________________________________________________</w:t>
      </w:r>
    </w:p>
    <w:p w14:paraId="267B16AA" w14:textId="77777777" w:rsidR="00AE08AB" w:rsidRDefault="00AA2D9E">
      <w:pPr>
        <w:spacing w:after="60"/>
      </w:pPr>
      <w:r>
        <w:rPr>
          <w:color w:val="B9B9B9"/>
          <w:sz w:val="16"/>
        </w:rPr>
        <w:t>________________________________________________________</w:t>
      </w:r>
    </w:p>
    <w:p w14:paraId="5B214994" w14:textId="77777777" w:rsidR="00AE08AB" w:rsidRDefault="00AA2D9E">
      <w:pPr>
        <w:spacing w:after="60"/>
      </w:pPr>
      <w:r>
        <w:rPr>
          <w:color w:val="B9B9B9"/>
          <w:sz w:val="16"/>
        </w:rPr>
        <w:t>________________________________________________________</w:t>
      </w:r>
    </w:p>
    <w:p w14:paraId="27109A18" w14:textId="77777777" w:rsidR="00AE08AB" w:rsidRDefault="00AA2D9E">
      <w:pPr>
        <w:spacing w:after="60"/>
      </w:pPr>
      <w:r>
        <w:rPr>
          <w:color w:val="B9B9B9"/>
          <w:sz w:val="16"/>
        </w:rPr>
        <w:lastRenderedPageBreak/>
        <w:t>________________________________________________________</w:t>
      </w:r>
    </w:p>
    <w:p w14:paraId="42F450B4" w14:textId="77777777" w:rsidR="00AE08AB" w:rsidRDefault="00AA2D9E">
      <w:pPr>
        <w:spacing w:after="60"/>
      </w:pPr>
      <w:r>
        <w:rPr>
          <w:color w:val="B9B9B9"/>
          <w:sz w:val="16"/>
        </w:rPr>
        <w:t>________________________________________________________</w:t>
      </w:r>
    </w:p>
    <w:p w14:paraId="31C8D5E5" w14:textId="77777777" w:rsidR="00AE08AB" w:rsidRDefault="00AA2D9E">
      <w:r>
        <w:br w:type="page"/>
      </w:r>
    </w:p>
    <w:p w14:paraId="00C27721" w14:textId="77777777" w:rsidR="00AE08AB" w:rsidRDefault="00AA2D9E">
      <w:pPr>
        <w:pStyle w:val="Heading2"/>
      </w:pPr>
      <w:r>
        <w:lastRenderedPageBreak/>
        <w:t>DAY 20</w:t>
      </w:r>
    </w:p>
    <w:p w14:paraId="3F60E4A9" w14:textId="77777777" w:rsidR="00AE08AB" w:rsidRDefault="00AA2D9E">
      <w:pPr>
        <w:pStyle w:val="Heading1"/>
      </w:pPr>
      <w:r>
        <w:t>Making Room for Joy</w:t>
      </w:r>
    </w:p>
    <w:p w14:paraId="0330FFAA" w14:textId="77777777" w:rsidR="00AE08AB" w:rsidRDefault="00AA2D9E">
      <w:r>
        <w:rPr>
          <w:b/>
          <w:color w:val="B08D3A"/>
        </w:rPr>
        <w:t xml:space="preserve">SCRIPTURE ANCHOR  </w:t>
      </w:r>
      <w:r>
        <w:t>Nehemiah 8:10</w:t>
      </w:r>
    </w:p>
    <w:p w14:paraId="09CCDAA7" w14:textId="77777777" w:rsidR="00AE08AB" w:rsidRDefault="00AA2D9E">
      <w:pPr>
        <w:pStyle w:val="Heading2"/>
      </w:pPr>
      <w:r>
        <w:t>Pause</w:t>
      </w:r>
    </w:p>
    <w:p w14:paraId="12ECED7F" w14:textId="77777777" w:rsidR="00AE08AB" w:rsidRDefault="00AA2D9E">
      <w:r>
        <w:t>Take three slow breaths. Let your body become still. You do not have to solve anything before you pray.</w:t>
      </w:r>
    </w:p>
    <w:p w14:paraId="265FEDC8" w14:textId="77777777" w:rsidR="00AE08AB" w:rsidRDefault="00AA2D9E">
      <w:pPr>
        <w:pStyle w:val="Heading2"/>
      </w:pPr>
      <w:r>
        <w:t>Guided Prayer</w:t>
      </w:r>
    </w:p>
    <w:p w14:paraId="4931D547" w14:textId="77777777" w:rsidR="00AE08AB" w:rsidRDefault="00AA2D9E">
      <w:r>
        <w:t>Father, I bring You the reality of making room for joy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w:t>
      </w:r>
      <w:r>
        <w:t>emain unanswered. In Jesus' name, Amen.</w:t>
      </w:r>
    </w:p>
    <w:p w14:paraId="17CFEF28" w14:textId="77777777" w:rsidR="00AE08AB" w:rsidRDefault="00AA2D9E">
      <w:pPr>
        <w:pStyle w:val="Heading2"/>
      </w:pPr>
      <w:r>
        <w:t>Release</w:t>
      </w:r>
    </w:p>
    <w:p w14:paraId="1F1691F9" w14:textId="77777777" w:rsidR="00AE08AB" w:rsidRDefault="00AA2D9E">
      <w:r>
        <w:t>Complete this sentence slowly: “Father, today I place into Your hands…”</w:t>
      </w:r>
    </w:p>
    <w:p w14:paraId="3FEAB906" w14:textId="77777777" w:rsidR="00AE08AB" w:rsidRDefault="00AA2D9E">
      <w:pPr>
        <w:spacing w:after="60"/>
      </w:pPr>
      <w:r>
        <w:rPr>
          <w:color w:val="B9B9B9"/>
          <w:sz w:val="16"/>
        </w:rPr>
        <w:t>________________________________________________________</w:t>
      </w:r>
    </w:p>
    <w:p w14:paraId="2AC90488" w14:textId="77777777" w:rsidR="00AE08AB" w:rsidRDefault="00AA2D9E">
      <w:pPr>
        <w:spacing w:after="60"/>
      </w:pPr>
      <w:r>
        <w:rPr>
          <w:color w:val="B9B9B9"/>
          <w:sz w:val="16"/>
        </w:rPr>
        <w:t>________________________________________________________</w:t>
      </w:r>
    </w:p>
    <w:p w14:paraId="7CBF97B7" w14:textId="77777777" w:rsidR="00AE08AB" w:rsidRDefault="00AA2D9E">
      <w:pPr>
        <w:pStyle w:val="Heading2"/>
      </w:pPr>
      <w:r>
        <w:t>Listen</w:t>
      </w:r>
    </w:p>
    <w:p w14:paraId="5D2C3E2A" w14:textId="77777777" w:rsidR="00AE08AB" w:rsidRDefault="00AA2D9E">
      <w:r>
        <w:t>Remain quiet for a moment. What truth, Scripture, conviction, or gentle reminder is rising?</w:t>
      </w:r>
    </w:p>
    <w:p w14:paraId="0559C6AD" w14:textId="77777777" w:rsidR="00AE08AB" w:rsidRDefault="00AA2D9E">
      <w:pPr>
        <w:spacing w:after="60"/>
      </w:pPr>
      <w:r>
        <w:rPr>
          <w:color w:val="B9B9B9"/>
          <w:sz w:val="16"/>
        </w:rPr>
        <w:t>________________________________________________________</w:t>
      </w:r>
    </w:p>
    <w:p w14:paraId="60278029" w14:textId="77777777" w:rsidR="00AE08AB" w:rsidRDefault="00AA2D9E">
      <w:pPr>
        <w:spacing w:after="60"/>
      </w:pPr>
      <w:r>
        <w:rPr>
          <w:color w:val="B9B9B9"/>
          <w:sz w:val="16"/>
        </w:rPr>
        <w:t>________________________________________________________</w:t>
      </w:r>
    </w:p>
    <w:p w14:paraId="666C9044" w14:textId="77777777" w:rsidR="00AE08AB" w:rsidRDefault="00AA2D9E">
      <w:pPr>
        <w:pStyle w:val="Heading2"/>
      </w:pPr>
      <w:r>
        <w:t>My Unfiltered Prayer</w:t>
      </w:r>
    </w:p>
    <w:p w14:paraId="6DE765B4" w14:textId="77777777" w:rsidR="00AE08AB" w:rsidRDefault="00AA2D9E">
      <w:r>
        <w:t>God, as I sit with making room for joy, what I most need to tell You honestly is…</w:t>
      </w:r>
    </w:p>
    <w:p w14:paraId="6135A4E6" w14:textId="77777777" w:rsidR="00AE08AB" w:rsidRDefault="00AA2D9E">
      <w:pPr>
        <w:spacing w:after="60"/>
      </w:pPr>
      <w:r>
        <w:rPr>
          <w:color w:val="B9B9B9"/>
          <w:sz w:val="16"/>
        </w:rPr>
        <w:t>________________________________________________________</w:t>
      </w:r>
    </w:p>
    <w:p w14:paraId="6203E4CB" w14:textId="77777777" w:rsidR="00AE08AB" w:rsidRDefault="00AA2D9E">
      <w:pPr>
        <w:spacing w:after="60"/>
      </w:pPr>
      <w:r>
        <w:rPr>
          <w:color w:val="B9B9B9"/>
          <w:sz w:val="16"/>
        </w:rPr>
        <w:t>________________________________________________________</w:t>
      </w:r>
    </w:p>
    <w:p w14:paraId="4A6D2666" w14:textId="77777777" w:rsidR="00AE08AB" w:rsidRDefault="00AA2D9E">
      <w:pPr>
        <w:spacing w:after="60"/>
      </w:pPr>
      <w:r>
        <w:rPr>
          <w:color w:val="B9B9B9"/>
          <w:sz w:val="16"/>
        </w:rPr>
        <w:t>________________________________________________________</w:t>
      </w:r>
    </w:p>
    <w:p w14:paraId="5866EB0C" w14:textId="77777777" w:rsidR="00AE08AB" w:rsidRDefault="00AA2D9E">
      <w:pPr>
        <w:spacing w:after="60"/>
      </w:pPr>
      <w:r>
        <w:rPr>
          <w:color w:val="B9B9B9"/>
          <w:sz w:val="16"/>
        </w:rPr>
        <w:t>________________________________________________________</w:t>
      </w:r>
    </w:p>
    <w:p w14:paraId="7F541CF2" w14:textId="77777777" w:rsidR="00AE08AB" w:rsidRDefault="00AA2D9E">
      <w:pPr>
        <w:spacing w:after="60"/>
      </w:pPr>
      <w:r>
        <w:rPr>
          <w:color w:val="B9B9B9"/>
          <w:sz w:val="16"/>
        </w:rPr>
        <w:lastRenderedPageBreak/>
        <w:t>________________________________________________________</w:t>
      </w:r>
    </w:p>
    <w:p w14:paraId="58E77E34" w14:textId="77777777" w:rsidR="00AE08AB" w:rsidRDefault="00AA2D9E">
      <w:pPr>
        <w:spacing w:after="60"/>
      </w:pPr>
      <w:r>
        <w:rPr>
          <w:color w:val="B9B9B9"/>
          <w:sz w:val="16"/>
        </w:rPr>
        <w:t>________________________________________________________</w:t>
      </w:r>
    </w:p>
    <w:p w14:paraId="43E16855" w14:textId="77777777" w:rsidR="00AE08AB" w:rsidRDefault="00AA2D9E">
      <w:pPr>
        <w:spacing w:after="60"/>
      </w:pPr>
      <w:r>
        <w:rPr>
          <w:color w:val="B9B9B9"/>
          <w:sz w:val="16"/>
        </w:rPr>
        <w:t>________________________________________________________</w:t>
      </w:r>
    </w:p>
    <w:p w14:paraId="396C5DBF" w14:textId="77777777" w:rsidR="00AE08AB" w:rsidRDefault="00AA2D9E">
      <w:r>
        <w:br w:type="page"/>
      </w:r>
    </w:p>
    <w:p w14:paraId="0D552C33" w14:textId="77777777" w:rsidR="00AE08AB" w:rsidRDefault="00AA2D9E">
      <w:pPr>
        <w:pStyle w:val="Heading2"/>
      </w:pPr>
      <w:r>
        <w:lastRenderedPageBreak/>
        <w:t>DAY 21</w:t>
      </w:r>
    </w:p>
    <w:p w14:paraId="178D62C4" w14:textId="77777777" w:rsidR="00AE08AB" w:rsidRDefault="00AA2D9E">
      <w:pPr>
        <w:pStyle w:val="Heading1"/>
      </w:pPr>
      <w:r>
        <w:t>Unclenching Your Hands</w:t>
      </w:r>
    </w:p>
    <w:p w14:paraId="2612C28F" w14:textId="77777777" w:rsidR="00AE08AB" w:rsidRDefault="00AA2D9E">
      <w:r>
        <w:rPr>
          <w:b/>
          <w:color w:val="B08D3A"/>
        </w:rPr>
        <w:t xml:space="preserve">SCRIPTURE ANCHOR  </w:t>
      </w:r>
      <w:r>
        <w:t>Psalm 37:5</w:t>
      </w:r>
    </w:p>
    <w:p w14:paraId="38BEBB1F" w14:textId="77777777" w:rsidR="00AE08AB" w:rsidRDefault="00AA2D9E">
      <w:pPr>
        <w:pStyle w:val="Heading2"/>
      </w:pPr>
      <w:r>
        <w:t>Pause</w:t>
      </w:r>
    </w:p>
    <w:p w14:paraId="081D5F92" w14:textId="77777777" w:rsidR="00AE08AB" w:rsidRDefault="00AA2D9E">
      <w:r>
        <w:t>Take three slow breaths. Let your body become still. You do not have to solve anything before you pray.</w:t>
      </w:r>
    </w:p>
    <w:p w14:paraId="69E80634" w14:textId="77777777" w:rsidR="00AE08AB" w:rsidRDefault="00AA2D9E">
      <w:pPr>
        <w:pStyle w:val="Heading2"/>
      </w:pPr>
      <w:r>
        <w:t>Guided Prayer</w:t>
      </w:r>
    </w:p>
    <w:p w14:paraId="0542F281" w14:textId="77777777" w:rsidR="00AE08AB" w:rsidRDefault="00AA2D9E">
      <w:r>
        <w:t>Father, I bring You the reality of unclenching your hands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w:t>
      </w:r>
      <w:r>
        <w:t>s remain unanswered. In Jesus' name, Amen.</w:t>
      </w:r>
    </w:p>
    <w:p w14:paraId="745DEAC5" w14:textId="77777777" w:rsidR="00AE08AB" w:rsidRDefault="00AA2D9E">
      <w:pPr>
        <w:pStyle w:val="Heading2"/>
      </w:pPr>
      <w:r>
        <w:t>Release</w:t>
      </w:r>
    </w:p>
    <w:p w14:paraId="52047257" w14:textId="77777777" w:rsidR="00AE08AB" w:rsidRDefault="00AA2D9E">
      <w:r>
        <w:t>Complete this sentence slowly: “Father, today I place into Your hands…”</w:t>
      </w:r>
    </w:p>
    <w:p w14:paraId="0FA3474E" w14:textId="77777777" w:rsidR="00AE08AB" w:rsidRDefault="00AA2D9E">
      <w:pPr>
        <w:spacing w:after="60"/>
      </w:pPr>
      <w:r>
        <w:rPr>
          <w:color w:val="B9B9B9"/>
          <w:sz w:val="16"/>
        </w:rPr>
        <w:t>________________________________________________________</w:t>
      </w:r>
    </w:p>
    <w:p w14:paraId="05F32AB2" w14:textId="77777777" w:rsidR="00AE08AB" w:rsidRDefault="00AA2D9E">
      <w:pPr>
        <w:spacing w:after="60"/>
      </w:pPr>
      <w:r>
        <w:rPr>
          <w:color w:val="B9B9B9"/>
          <w:sz w:val="16"/>
        </w:rPr>
        <w:t>________________________________________________________</w:t>
      </w:r>
    </w:p>
    <w:p w14:paraId="5CB99A59" w14:textId="77777777" w:rsidR="00AE08AB" w:rsidRDefault="00AA2D9E">
      <w:pPr>
        <w:pStyle w:val="Heading2"/>
      </w:pPr>
      <w:r>
        <w:t>Listen</w:t>
      </w:r>
    </w:p>
    <w:p w14:paraId="57631E33" w14:textId="77777777" w:rsidR="00AE08AB" w:rsidRDefault="00AA2D9E">
      <w:r>
        <w:t>Remain quiet for a moment. What truth, Scripture, conviction, or gentle reminder is rising?</w:t>
      </w:r>
    </w:p>
    <w:p w14:paraId="108A6A84" w14:textId="77777777" w:rsidR="00AE08AB" w:rsidRDefault="00AA2D9E">
      <w:pPr>
        <w:spacing w:after="60"/>
      </w:pPr>
      <w:r>
        <w:rPr>
          <w:color w:val="B9B9B9"/>
          <w:sz w:val="16"/>
        </w:rPr>
        <w:t>________________________________________________________</w:t>
      </w:r>
    </w:p>
    <w:p w14:paraId="2924F138" w14:textId="77777777" w:rsidR="00AE08AB" w:rsidRDefault="00AA2D9E">
      <w:pPr>
        <w:spacing w:after="60"/>
      </w:pPr>
      <w:r>
        <w:rPr>
          <w:color w:val="B9B9B9"/>
          <w:sz w:val="16"/>
        </w:rPr>
        <w:t>________________________________________________________</w:t>
      </w:r>
    </w:p>
    <w:p w14:paraId="0946ABB7" w14:textId="77777777" w:rsidR="00AE08AB" w:rsidRDefault="00AA2D9E">
      <w:pPr>
        <w:pStyle w:val="Heading2"/>
      </w:pPr>
      <w:r>
        <w:t>My Unfiltered Prayer</w:t>
      </w:r>
    </w:p>
    <w:p w14:paraId="7736520F" w14:textId="77777777" w:rsidR="00AE08AB" w:rsidRDefault="00AA2D9E">
      <w:r>
        <w:t>God, as I sit with unclenching your hands, what I most need to tell You honestly is…</w:t>
      </w:r>
    </w:p>
    <w:p w14:paraId="79F70DB2" w14:textId="77777777" w:rsidR="00AE08AB" w:rsidRDefault="00AA2D9E">
      <w:pPr>
        <w:spacing w:after="60"/>
      </w:pPr>
      <w:r>
        <w:rPr>
          <w:color w:val="B9B9B9"/>
          <w:sz w:val="16"/>
        </w:rPr>
        <w:t>________________________________________________________</w:t>
      </w:r>
    </w:p>
    <w:p w14:paraId="15D5566F" w14:textId="77777777" w:rsidR="00AE08AB" w:rsidRDefault="00AA2D9E">
      <w:pPr>
        <w:spacing w:after="60"/>
      </w:pPr>
      <w:r>
        <w:rPr>
          <w:color w:val="B9B9B9"/>
          <w:sz w:val="16"/>
        </w:rPr>
        <w:t>________________________________________________________</w:t>
      </w:r>
    </w:p>
    <w:p w14:paraId="3461A20A" w14:textId="77777777" w:rsidR="00AE08AB" w:rsidRDefault="00AA2D9E">
      <w:pPr>
        <w:spacing w:after="60"/>
      </w:pPr>
      <w:r>
        <w:rPr>
          <w:color w:val="B9B9B9"/>
          <w:sz w:val="16"/>
        </w:rPr>
        <w:t>________________________________________________________</w:t>
      </w:r>
    </w:p>
    <w:p w14:paraId="20921893" w14:textId="77777777" w:rsidR="00AE08AB" w:rsidRDefault="00AA2D9E">
      <w:pPr>
        <w:spacing w:after="60"/>
      </w:pPr>
      <w:r>
        <w:rPr>
          <w:color w:val="B9B9B9"/>
          <w:sz w:val="16"/>
        </w:rPr>
        <w:t>________________________________________________________</w:t>
      </w:r>
    </w:p>
    <w:p w14:paraId="1FC5890F" w14:textId="77777777" w:rsidR="00AE08AB" w:rsidRDefault="00AA2D9E">
      <w:pPr>
        <w:spacing w:after="60"/>
      </w:pPr>
      <w:r>
        <w:rPr>
          <w:color w:val="B9B9B9"/>
          <w:sz w:val="16"/>
        </w:rPr>
        <w:lastRenderedPageBreak/>
        <w:t>________________________________________________________</w:t>
      </w:r>
    </w:p>
    <w:p w14:paraId="7827CD20" w14:textId="77777777" w:rsidR="00AE08AB" w:rsidRDefault="00AA2D9E">
      <w:pPr>
        <w:spacing w:after="60"/>
      </w:pPr>
      <w:r>
        <w:rPr>
          <w:color w:val="B9B9B9"/>
          <w:sz w:val="16"/>
        </w:rPr>
        <w:t>________________________________________________________</w:t>
      </w:r>
    </w:p>
    <w:p w14:paraId="29F54C2C" w14:textId="77777777" w:rsidR="00AE08AB" w:rsidRDefault="00AA2D9E">
      <w:pPr>
        <w:spacing w:after="60"/>
      </w:pPr>
      <w:r>
        <w:rPr>
          <w:color w:val="B9B9B9"/>
          <w:sz w:val="16"/>
        </w:rPr>
        <w:t>________________________________________________________</w:t>
      </w:r>
    </w:p>
    <w:p w14:paraId="4277FE17" w14:textId="77777777" w:rsidR="00AE08AB" w:rsidRDefault="00AA2D9E">
      <w:pPr>
        <w:pStyle w:val="Heading1"/>
      </w:pPr>
      <w:r>
        <w:t>Sacred Pause</w:t>
      </w:r>
    </w:p>
    <w:p w14:paraId="105B847C" w14:textId="77777777" w:rsidR="00AE08AB" w:rsidRDefault="00AA2D9E">
      <w:pPr>
        <w:pStyle w:val="Heading3"/>
      </w:pPr>
      <w:r>
        <w:t>What happened within me this week?</w:t>
      </w:r>
    </w:p>
    <w:p w14:paraId="21F65181" w14:textId="77777777" w:rsidR="00AE08AB" w:rsidRDefault="00AA2D9E">
      <w:pPr>
        <w:spacing w:after="60"/>
      </w:pPr>
      <w:r>
        <w:rPr>
          <w:color w:val="B9B9B9"/>
          <w:sz w:val="16"/>
        </w:rPr>
        <w:t>________________________________________________________</w:t>
      </w:r>
    </w:p>
    <w:p w14:paraId="01A18E25" w14:textId="77777777" w:rsidR="00AE08AB" w:rsidRDefault="00AA2D9E">
      <w:pPr>
        <w:pStyle w:val="Heading3"/>
      </w:pPr>
      <w:r>
        <w:t>What emotion appeared most often?</w:t>
      </w:r>
    </w:p>
    <w:p w14:paraId="2DD6D179" w14:textId="77777777" w:rsidR="00AE08AB" w:rsidRDefault="00AA2D9E">
      <w:pPr>
        <w:spacing w:after="60"/>
      </w:pPr>
      <w:r>
        <w:rPr>
          <w:color w:val="B9B9B9"/>
          <w:sz w:val="16"/>
        </w:rPr>
        <w:t>________________________________________________________</w:t>
      </w:r>
    </w:p>
    <w:p w14:paraId="252ED2FF" w14:textId="77777777" w:rsidR="00AE08AB" w:rsidRDefault="00AA2D9E">
      <w:pPr>
        <w:pStyle w:val="Heading3"/>
      </w:pPr>
      <w:r>
        <w:t>Where did I recognize God's grace?</w:t>
      </w:r>
    </w:p>
    <w:p w14:paraId="10613CEB" w14:textId="77777777" w:rsidR="00AE08AB" w:rsidRDefault="00AA2D9E">
      <w:pPr>
        <w:spacing w:after="60"/>
      </w:pPr>
      <w:r>
        <w:rPr>
          <w:color w:val="B9B9B9"/>
          <w:sz w:val="16"/>
        </w:rPr>
        <w:t>________________________________________________________</w:t>
      </w:r>
    </w:p>
    <w:p w14:paraId="7D6ACF02" w14:textId="77777777" w:rsidR="00AE08AB" w:rsidRDefault="00AA2D9E">
      <w:pPr>
        <w:pStyle w:val="Heading3"/>
      </w:pPr>
      <w:r>
        <w:t>What do I refuse to carry into another week?</w:t>
      </w:r>
    </w:p>
    <w:p w14:paraId="05947ACD" w14:textId="77777777" w:rsidR="00AE08AB" w:rsidRDefault="00AA2D9E">
      <w:pPr>
        <w:spacing w:after="60"/>
      </w:pPr>
      <w:r>
        <w:rPr>
          <w:color w:val="B9B9B9"/>
          <w:sz w:val="16"/>
        </w:rPr>
        <w:t>________________________________________________________</w:t>
      </w:r>
    </w:p>
    <w:p w14:paraId="2C37B81B" w14:textId="77777777" w:rsidR="00AE08AB" w:rsidRDefault="00AA2D9E">
      <w:pPr>
        <w:pStyle w:val="Heading3"/>
      </w:pPr>
      <w:r>
        <w:t>What do I need to receive from God now?</w:t>
      </w:r>
    </w:p>
    <w:p w14:paraId="709EAF09" w14:textId="77777777" w:rsidR="00AE08AB" w:rsidRDefault="00AA2D9E">
      <w:pPr>
        <w:spacing w:after="60"/>
      </w:pPr>
      <w:r>
        <w:rPr>
          <w:color w:val="B9B9B9"/>
          <w:sz w:val="16"/>
        </w:rPr>
        <w:t>________________________________________________________</w:t>
      </w:r>
    </w:p>
    <w:p w14:paraId="12ADD433" w14:textId="77777777" w:rsidR="00AE08AB" w:rsidRDefault="00AA2D9E">
      <w:r>
        <w:br w:type="page"/>
      </w:r>
    </w:p>
    <w:p w14:paraId="31B2599B" w14:textId="77777777" w:rsidR="00AE08AB" w:rsidRDefault="00AA2D9E">
      <w:pPr>
        <w:pStyle w:val="Heading2"/>
      </w:pPr>
      <w:r>
        <w:lastRenderedPageBreak/>
        <w:t>DAY 22</w:t>
      </w:r>
    </w:p>
    <w:p w14:paraId="2224682D" w14:textId="77777777" w:rsidR="00AE08AB" w:rsidRDefault="00AA2D9E">
      <w:pPr>
        <w:pStyle w:val="Heading1"/>
      </w:pPr>
      <w:r>
        <w:t>The Power of a Pause</w:t>
      </w:r>
    </w:p>
    <w:p w14:paraId="69BD4A28" w14:textId="77777777" w:rsidR="00AE08AB" w:rsidRDefault="00AA2D9E">
      <w:r>
        <w:rPr>
          <w:b/>
          <w:color w:val="B08D3A"/>
        </w:rPr>
        <w:t xml:space="preserve">SCRIPTURE ANCHOR  </w:t>
      </w:r>
      <w:r>
        <w:t>Proverbs 15:1</w:t>
      </w:r>
    </w:p>
    <w:p w14:paraId="1DD2C922" w14:textId="77777777" w:rsidR="00AE08AB" w:rsidRDefault="00AA2D9E">
      <w:pPr>
        <w:pStyle w:val="Heading2"/>
      </w:pPr>
      <w:r>
        <w:t>Pause</w:t>
      </w:r>
    </w:p>
    <w:p w14:paraId="3A7AE6B5" w14:textId="77777777" w:rsidR="00AE08AB" w:rsidRDefault="00AA2D9E">
      <w:r>
        <w:t>Take three slow breaths. Let your body become still. You do not have to solve anything before you pray.</w:t>
      </w:r>
    </w:p>
    <w:p w14:paraId="17F180ED" w14:textId="77777777" w:rsidR="00AE08AB" w:rsidRDefault="00AA2D9E">
      <w:pPr>
        <w:pStyle w:val="Heading2"/>
      </w:pPr>
      <w:r>
        <w:t>Guided Prayer</w:t>
      </w:r>
    </w:p>
    <w:p w14:paraId="26EBCF67" w14:textId="77777777" w:rsidR="00AE08AB" w:rsidRDefault="00AA2D9E">
      <w:r>
        <w:t xml:space="preserve">Father, I bring You the reality of the power of a pause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w:t>
      </w:r>
      <w:r>
        <w:t>remain unanswered. In Jesus' name, Amen.</w:t>
      </w:r>
    </w:p>
    <w:p w14:paraId="3F806AF3" w14:textId="77777777" w:rsidR="00AE08AB" w:rsidRDefault="00AA2D9E">
      <w:pPr>
        <w:pStyle w:val="Heading2"/>
      </w:pPr>
      <w:r>
        <w:t>Release</w:t>
      </w:r>
    </w:p>
    <w:p w14:paraId="3C93BF86" w14:textId="77777777" w:rsidR="00AE08AB" w:rsidRDefault="00AA2D9E">
      <w:r>
        <w:t>Complete this sentence slowly: “Father, today I place into Your hands…”</w:t>
      </w:r>
    </w:p>
    <w:p w14:paraId="0B2749F4" w14:textId="77777777" w:rsidR="00AE08AB" w:rsidRDefault="00AA2D9E">
      <w:pPr>
        <w:spacing w:after="60"/>
      </w:pPr>
      <w:r>
        <w:rPr>
          <w:color w:val="B9B9B9"/>
          <w:sz w:val="16"/>
        </w:rPr>
        <w:t>________________________________________________________</w:t>
      </w:r>
    </w:p>
    <w:p w14:paraId="7D4CDA0C" w14:textId="77777777" w:rsidR="00AE08AB" w:rsidRDefault="00AA2D9E">
      <w:pPr>
        <w:spacing w:after="60"/>
      </w:pPr>
      <w:r>
        <w:rPr>
          <w:color w:val="B9B9B9"/>
          <w:sz w:val="16"/>
        </w:rPr>
        <w:t>________________________________________________________</w:t>
      </w:r>
    </w:p>
    <w:p w14:paraId="0855F859" w14:textId="77777777" w:rsidR="00AE08AB" w:rsidRDefault="00AA2D9E">
      <w:pPr>
        <w:pStyle w:val="Heading2"/>
      </w:pPr>
      <w:r>
        <w:t>Listen</w:t>
      </w:r>
    </w:p>
    <w:p w14:paraId="652516B7" w14:textId="77777777" w:rsidR="00AE08AB" w:rsidRDefault="00AA2D9E">
      <w:r>
        <w:t>Remain quiet for a moment. What truth, Scripture, conviction, or gentle reminder is rising?</w:t>
      </w:r>
    </w:p>
    <w:p w14:paraId="5AE56703" w14:textId="77777777" w:rsidR="00AE08AB" w:rsidRDefault="00AA2D9E">
      <w:pPr>
        <w:spacing w:after="60"/>
      </w:pPr>
      <w:r>
        <w:rPr>
          <w:color w:val="B9B9B9"/>
          <w:sz w:val="16"/>
        </w:rPr>
        <w:t>________________________________________________________</w:t>
      </w:r>
    </w:p>
    <w:p w14:paraId="2DADB396" w14:textId="77777777" w:rsidR="00AE08AB" w:rsidRDefault="00AA2D9E">
      <w:pPr>
        <w:spacing w:after="60"/>
      </w:pPr>
      <w:r>
        <w:rPr>
          <w:color w:val="B9B9B9"/>
          <w:sz w:val="16"/>
        </w:rPr>
        <w:t>________________________________________________________</w:t>
      </w:r>
    </w:p>
    <w:p w14:paraId="7BCF3EA1" w14:textId="77777777" w:rsidR="00AE08AB" w:rsidRDefault="00AA2D9E">
      <w:pPr>
        <w:pStyle w:val="Heading2"/>
      </w:pPr>
      <w:r>
        <w:t>My Unfiltered Prayer</w:t>
      </w:r>
    </w:p>
    <w:p w14:paraId="58A2AF15" w14:textId="77777777" w:rsidR="00AE08AB" w:rsidRDefault="00AA2D9E">
      <w:r>
        <w:t>God, as I sit with the power of a pause, what I most need to tell You honestly is…</w:t>
      </w:r>
    </w:p>
    <w:p w14:paraId="7423978F" w14:textId="77777777" w:rsidR="00AE08AB" w:rsidRDefault="00AA2D9E">
      <w:pPr>
        <w:spacing w:after="60"/>
      </w:pPr>
      <w:r>
        <w:rPr>
          <w:color w:val="B9B9B9"/>
          <w:sz w:val="16"/>
        </w:rPr>
        <w:t>________________________________________________________</w:t>
      </w:r>
    </w:p>
    <w:p w14:paraId="147A4E79" w14:textId="77777777" w:rsidR="00AE08AB" w:rsidRDefault="00AA2D9E">
      <w:pPr>
        <w:spacing w:after="60"/>
      </w:pPr>
      <w:r>
        <w:rPr>
          <w:color w:val="B9B9B9"/>
          <w:sz w:val="16"/>
        </w:rPr>
        <w:t>________________________________________________________</w:t>
      </w:r>
    </w:p>
    <w:p w14:paraId="332145CF" w14:textId="77777777" w:rsidR="00AE08AB" w:rsidRDefault="00AA2D9E">
      <w:pPr>
        <w:spacing w:after="60"/>
      </w:pPr>
      <w:r>
        <w:rPr>
          <w:color w:val="B9B9B9"/>
          <w:sz w:val="16"/>
        </w:rPr>
        <w:t>________________________________________________________</w:t>
      </w:r>
    </w:p>
    <w:p w14:paraId="1E7FE57A" w14:textId="77777777" w:rsidR="00AE08AB" w:rsidRDefault="00AA2D9E">
      <w:pPr>
        <w:spacing w:after="60"/>
      </w:pPr>
      <w:r>
        <w:rPr>
          <w:color w:val="B9B9B9"/>
          <w:sz w:val="16"/>
        </w:rPr>
        <w:t>________________________________________________________</w:t>
      </w:r>
    </w:p>
    <w:p w14:paraId="2B93338B" w14:textId="77777777" w:rsidR="00AE08AB" w:rsidRDefault="00AA2D9E">
      <w:pPr>
        <w:spacing w:after="60"/>
      </w:pPr>
      <w:r>
        <w:rPr>
          <w:color w:val="B9B9B9"/>
          <w:sz w:val="16"/>
        </w:rPr>
        <w:lastRenderedPageBreak/>
        <w:t>________________________________________________________</w:t>
      </w:r>
    </w:p>
    <w:p w14:paraId="492D1424" w14:textId="77777777" w:rsidR="00AE08AB" w:rsidRDefault="00AA2D9E">
      <w:pPr>
        <w:spacing w:after="60"/>
      </w:pPr>
      <w:r>
        <w:rPr>
          <w:color w:val="B9B9B9"/>
          <w:sz w:val="16"/>
        </w:rPr>
        <w:t>________________________________________________________</w:t>
      </w:r>
    </w:p>
    <w:p w14:paraId="616A8F34" w14:textId="77777777" w:rsidR="00AE08AB" w:rsidRDefault="00AA2D9E">
      <w:pPr>
        <w:spacing w:after="60"/>
      </w:pPr>
      <w:r>
        <w:rPr>
          <w:color w:val="B9B9B9"/>
          <w:sz w:val="16"/>
        </w:rPr>
        <w:t>________________________________________________________</w:t>
      </w:r>
    </w:p>
    <w:p w14:paraId="5004ADD5" w14:textId="77777777" w:rsidR="00AE08AB" w:rsidRDefault="00AA2D9E">
      <w:r>
        <w:br w:type="page"/>
      </w:r>
    </w:p>
    <w:p w14:paraId="5E8DAC74" w14:textId="77777777" w:rsidR="00AE08AB" w:rsidRDefault="00AA2D9E">
      <w:pPr>
        <w:pStyle w:val="Heading2"/>
      </w:pPr>
      <w:r>
        <w:lastRenderedPageBreak/>
        <w:t>DAY 23</w:t>
      </w:r>
    </w:p>
    <w:p w14:paraId="7C1DC371" w14:textId="77777777" w:rsidR="00AE08AB" w:rsidRDefault="00AA2D9E">
      <w:pPr>
        <w:pStyle w:val="Heading1"/>
      </w:pPr>
      <w:r>
        <w:t>Responding Instead of Reacting</w:t>
      </w:r>
    </w:p>
    <w:p w14:paraId="1CDFB612" w14:textId="77777777" w:rsidR="00AE08AB" w:rsidRDefault="00AA2D9E">
      <w:r>
        <w:rPr>
          <w:b/>
          <w:color w:val="B08D3A"/>
        </w:rPr>
        <w:t xml:space="preserve">SCRIPTURE ANCHOR  </w:t>
      </w:r>
      <w:r>
        <w:t>James 1:19</w:t>
      </w:r>
    </w:p>
    <w:p w14:paraId="4D58994B" w14:textId="77777777" w:rsidR="00AE08AB" w:rsidRDefault="00AA2D9E">
      <w:pPr>
        <w:pStyle w:val="Heading2"/>
      </w:pPr>
      <w:r>
        <w:t>Pause</w:t>
      </w:r>
    </w:p>
    <w:p w14:paraId="5AFDBA65" w14:textId="77777777" w:rsidR="00AE08AB" w:rsidRDefault="00AA2D9E">
      <w:r>
        <w:t>Take three slow breaths. Let your body become still. You do not have to solve anything before you pray.</w:t>
      </w:r>
    </w:p>
    <w:p w14:paraId="52E4A0F6" w14:textId="77777777" w:rsidR="00AE08AB" w:rsidRDefault="00AA2D9E">
      <w:pPr>
        <w:pStyle w:val="Heading2"/>
      </w:pPr>
      <w:r>
        <w:t>Guided Prayer</w:t>
      </w:r>
    </w:p>
    <w:p w14:paraId="27FFE944" w14:textId="77777777" w:rsidR="00AE08AB" w:rsidRDefault="00AA2D9E">
      <w:r>
        <w:t xml:space="preserve">Father, I bring You the reality of responding instead of reacting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w:t>
      </w:r>
      <w:r>
        <w:t>questions remain unanswered. In Jesus' name, Amen.</w:t>
      </w:r>
    </w:p>
    <w:p w14:paraId="1FA49EC3" w14:textId="77777777" w:rsidR="00AE08AB" w:rsidRDefault="00AA2D9E">
      <w:pPr>
        <w:pStyle w:val="Heading2"/>
      </w:pPr>
      <w:r>
        <w:t>Release</w:t>
      </w:r>
    </w:p>
    <w:p w14:paraId="096B5624" w14:textId="77777777" w:rsidR="00AE08AB" w:rsidRDefault="00AA2D9E">
      <w:r>
        <w:t>Complete this sentence slowly: “Father, today I place into Your hands…”</w:t>
      </w:r>
    </w:p>
    <w:p w14:paraId="75D45880" w14:textId="77777777" w:rsidR="00AE08AB" w:rsidRDefault="00AA2D9E">
      <w:pPr>
        <w:spacing w:after="60"/>
      </w:pPr>
      <w:r>
        <w:rPr>
          <w:color w:val="B9B9B9"/>
          <w:sz w:val="16"/>
        </w:rPr>
        <w:t>________________________________________________________</w:t>
      </w:r>
    </w:p>
    <w:p w14:paraId="6E5413E5" w14:textId="77777777" w:rsidR="00AE08AB" w:rsidRDefault="00AA2D9E">
      <w:pPr>
        <w:spacing w:after="60"/>
      </w:pPr>
      <w:r>
        <w:rPr>
          <w:color w:val="B9B9B9"/>
          <w:sz w:val="16"/>
        </w:rPr>
        <w:t>________________________________________________________</w:t>
      </w:r>
    </w:p>
    <w:p w14:paraId="2A8C1986" w14:textId="77777777" w:rsidR="00AE08AB" w:rsidRDefault="00AA2D9E">
      <w:pPr>
        <w:pStyle w:val="Heading2"/>
      </w:pPr>
      <w:r>
        <w:t>Listen</w:t>
      </w:r>
    </w:p>
    <w:p w14:paraId="5BBC01B8" w14:textId="77777777" w:rsidR="00AE08AB" w:rsidRDefault="00AA2D9E">
      <w:r>
        <w:t>Remain quiet for a moment. What truth, Scripture, conviction, or gentle reminder is rising?</w:t>
      </w:r>
    </w:p>
    <w:p w14:paraId="569ADA17" w14:textId="77777777" w:rsidR="00AE08AB" w:rsidRDefault="00AA2D9E">
      <w:pPr>
        <w:spacing w:after="60"/>
      </w:pPr>
      <w:r>
        <w:rPr>
          <w:color w:val="B9B9B9"/>
          <w:sz w:val="16"/>
        </w:rPr>
        <w:t>________________________________________________________</w:t>
      </w:r>
    </w:p>
    <w:p w14:paraId="0DAD93ED" w14:textId="77777777" w:rsidR="00AE08AB" w:rsidRDefault="00AA2D9E">
      <w:pPr>
        <w:spacing w:after="60"/>
      </w:pPr>
      <w:r>
        <w:rPr>
          <w:color w:val="B9B9B9"/>
          <w:sz w:val="16"/>
        </w:rPr>
        <w:t>________________________________________________________</w:t>
      </w:r>
    </w:p>
    <w:p w14:paraId="5710B055" w14:textId="77777777" w:rsidR="00AE08AB" w:rsidRDefault="00AA2D9E">
      <w:pPr>
        <w:pStyle w:val="Heading2"/>
      </w:pPr>
      <w:r>
        <w:t>My Unfiltered Prayer</w:t>
      </w:r>
    </w:p>
    <w:p w14:paraId="3649806D" w14:textId="77777777" w:rsidR="00AE08AB" w:rsidRDefault="00AA2D9E">
      <w:r>
        <w:t>God, as I sit with responding instead of reacting, what I most need to tell You honestly is…</w:t>
      </w:r>
    </w:p>
    <w:p w14:paraId="3CD09D61" w14:textId="77777777" w:rsidR="00AE08AB" w:rsidRDefault="00AA2D9E">
      <w:pPr>
        <w:spacing w:after="60"/>
      </w:pPr>
      <w:r>
        <w:rPr>
          <w:color w:val="B9B9B9"/>
          <w:sz w:val="16"/>
        </w:rPr>
        <w:t>________________________________________________________</w:t>
      </w:r>
    </w:p>
    <w:p w14:paraId="2A326C87" w14:textId="77777777" w:rsidR="00AE08AB" w:rsidRDefault="00AA2D9E">
      <w:pPr>
        <w:spacing w:after="60"/>
      </w:pPr>
      <w:r>
        <w:rPr>
          <w:color w:val="B9B9B9"/>
          <w:sz w:val="16"/>
        </w:rPr>
        <w:t>________________________________________________________</w:t>
      </w:r>
    </w:p>
    <w:p w14:paraId="6B7A4C29" w14:textId="77777777" w:rsidR="00AE08AB" w:rsidRDefault="00AA2D9E">
      <w:pPr>
        <w:spacing w:after="60"/>
      </w:pPr>
      <w:r>
        <w:rPr>
          <w:color w:val="B9B9B9"/>
          <w:sz w:val="16"/>
        </w:rPr>
        <w:t>________________________________________________________</w:t>
      </w:r>
    </w:p>
    <w:p w14:paraId="4DC8A7EC" w14:textId="77777777" w:rsidR="00AE08AB" w:rsidRDefault="00AA2D9E">
      <w:pPr>
        <w:spacing w:after="60"/>
      </w:pPr>
      <w:r>
        <w:rPr>
          <w:color w:val="B9B9B9"/>
          <w:sz w:val="16"/>
        </w:rPr>
        <w:lastRenderedPageBreak/>
        <w:t>________________________________________________________</w:t>
      </w:r>
    </w:p>
    <w:p w14:paraId="25DED949" w14:textId="77777777" w:rsidR="00AE08AB" w:rsidRDefault="00AA2D9E">
      <w:pPr>
        <w:spacing w:after="60"/>
      </w:pPr>
      <w:r>
        <w:rPr>
          <w:color w:val="B9B9B9"/>
          <w:sz w:val="16"/>
        </w:rPr>
        <w:t>________________________________________________________</w:t>
      </w:r>
    </w:p>
    <w:p w14:paraId="7142831C" w14:textId="77777777" w:rsidR="00AE08AB" w:rsidRDefault="00AA2D9E">
      <w:pPr>
        <w:spacing w:after="60"/>
      </w:pPr>
      <w:r>
        <w:rPr>
          <w:color w:val="B9B9B9"/>
          <w:sz w:val="16"/>
        </w:rPr>
        <w:t>________________________________________________________</w:t>
      </w:r>
    </w:p>
    <w:p w14:paraId="1FACAEDA" w14:textId="77777777" w:rsidR="00AE08AB" w:rsidRDefault="00AA2D9E">
      <w:pPr>
        <w:spacing w:after="60"/>
      </w:pPr>
      <w:r>
        <w:rPr>
          <w:color w:val="B9B9B9"/>
          <w:sz w:val="16"/>
        </w:rPr>
        <w:t>________________________________________________________</w:t>
      </w:r>
    </w:p>
    <w:p w14:paraId="3EBCA767" w14:textId="77777777" w:rsidR="00AE08AB" w:rsidRDefault="00AA2D9E">
      <w:r>
        <w:br w:type="page"/>
      </w:r>
    </w:p>
    <w:p w14:paraId="666EFBD3" w14:textId="77777777" w:rsidR="00AE08AB" w:rsidRDefault="00AA2D9E">
      <w:pPr>
        <w:pStyle w:val="Heading2"/>
      </w:pPr>
      <w:r>
        <w:lastRenderedPageBreak/>
        <w:t>DAY 24</w:t>
      </w:r>
    </w:p>
    <w:p w14:paraId="4ABFAC96" w14:textId="77777777" w:rsidR="00AE08AB" w:rsidRDefault="00AA2D9E">
      <w:pPr>
        <w:pStyle w:val="Heading1"/>
      </w:pPr>
      <w:r>
        <w:t>Peace Before Decisions</w:t>
      </w:r>
    </w:p>
    <w:p w14:paraId="364CD5A7" w14:textId="77777777" w:rsidR="00AE08AB" w:rsidRDefault="00AA2D9E">
      <w:r>
        <w:rPr>
          <w:b/>
          <w:color w:val="B08D3A"/>
        </w:rPr>
        <w:t xml:space="preserve">SCRIPTURE ANCHOR  </w:t>
      </w:r>
      <w:r>
        <w:t>Colossians 3:15</w:t>
      </w:r>
    </w:p>
    <w:p w14:paraId="3CAD355E" w14:textId="77777777" w:rsidR="00AE08AB" w:rsidRDefault="00AA2D9E">
      <w:pPr>
        <w:pStyle w:val="Heading2"/>
      </w:pPr>
      <w:r>
        <w:t>Pause</w:t>
      </w:r>
    </w:p>
    <w:p w14:paraId="5BE53ED9" w14:textId="77777777" w:rsidR="00AE08AB" w:rsidRDefault="00AA2D9E">
      <w:r>
        <w:t>Take three slow breaths. Let your body become still. You do not have to solve anything before you pray.</w:t>
      </w:r>
    </w:p>
    <w:p w14:paraId="04A8F3A9" w14:textId="77777777" w:rsidR="00AE08AB" w:rsidRDefault="00AA2D9E">
      <w:pPr>
        <w:pStyle w:val="Heading2"/>
      </w:pPr>
      <w:r>
        <w:t>Guided Prayer</w:t>
      </w:r>
    </w:p>
    <w:p w14:paraId="6098524A" w14:textId="77777777" w:rsidR="00AE08AB" w:rsidRDefault="00AA2D9E">
      <w:r>
        <w:t>Father, I bring You the reality of peace before decisions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w:t>
      </w:r>
      <w:r>
        <w:t>s remain unanswered. In Jesus' name, Amen.</w:t>
      </w:r>
    </w:p>
    <w:p w14:paraId="4E99CE0E" w14:textId="77777777" w:rsidR="00AE08AB" w:rsidRDefault="00AA2D9E">
      <w:pPr>
        <w:pStyle w:val="Heading2"/>
      </w:pPr>
      <w:r>
        <w:t>Release</w:t>
      </w:r>
    </w:p>
    <w:p w14:paraId="7D82BB82" w14:textId="77777777" w:rsidR="00AE08AB" w:rsidRDefault="00AA2D9E">
      <w:r>
        <w:t>Complete this sentence slowly: “Father, today I place into Your hands…”</w:t>
      </w:r>
    </w:p>
    <w:p w14:paraId="1B6074EC" w14:textId="77777777" w:rsidR="00AE08AB" w:rsidRDefault="00AA2D9E">
      <w:pPr>
        <w:spacing w:after="60"/>
      </w:pPr>
      <w:r>
        <w:rPr>
          <w:color w:val="B9B9B9"/>
          <w:sz w:val="16"/>
        </w:rPr>
        <w:t>________________________________________________________</w:t>
      </w:r>
    </w:p>
    <w:p w14:paraId="5E723D9A" w14:textId="77777777" w:rsidR="00AE08AB" w:rsidRDefault="00AA2D9E">
      <w:pPr>
        <w:spacing w:after="60"/>
      </w:pPr>
      <w:r>
        <w:rPr>
          <w:color w:val="B9B9B9"/>
          <w:sz w:val="16"/>
        </w:rPr>
        <w:t>________________________________________________________</w:t>
      </w:r>
    </w:p>
    <w:p w14:paraId="5FB21BCE" w14:textId="77777777" w:rsidR="00AE08AB" w:rsidRDefault="00AA2D9E">
      <w:pPr>
        <w:pStyle w:val="Heading2"/>
      </w:pPr>
      <w:r>
        <w:t>Listen</w:t>
      </w:r>
    </w:p>
    <w:p w14:paraId="4EE18607" w14:textId="77777777" w:rsidR="00AE08AB" w:rsidRDefault="00AA2D9E">
      <w:r>
        <w:t>Remain quiet for a moment. What truth, Scripture, conviction, or gentle reminder is rising?</w:t>
      </w:r>
    </w:p>
    <w:p w14:paraId="3CDF8C5D" w14:textId="77777777" w:rsidR="00AE08AB" w:rsidRDefault="00AA2D9E">
      <w:pPr>
        <w:spacing w:after="60"/>
      </w:pPr>
      <w:r>
        <w:rPr>
          <w:color w:val="B9B9B9"/>
          <w:sz w:val="16"/>
        </w:rPr>
        <w:t>________________________________________________________</w:t>
      </w:r>
    </w:p>
    <w:p w14:paraId="6718B31C" w14:textId="77777777" w:rsidR="00AE08AB" w:rsidRDefault="00AA2D9E">
      <w:pPr>
        <w:spacing w:after="60"/>
      </w:pPr>
      <w:r>
        <w:rPr>
          <w:color w:val="B9B9B9"/>
          <w:sz w:val="16"/>
        </w:rPr>
        <w:t>________________________________________________________</w:t>
      </w:r>
    </w:p>
    <w:p w14:paraId="399C2585" w14:textId="77777777" w:rsidR="00AE08AB" w:rsidRDefault="00AA2D9E">
      <w:pPr>
        <w:pStyle w:val="Heading2"/>
      </w:pPr>
      <w:r>
        <w:t>My Unfiltered Prayer</w:t>
      </w:r>
    </w:p>
    <w:p w14:paraId="36582BD2" w14:textId="77777777" w:rsidR="00AE08AB" w:rsidRDefault="00AA2D9E">
      <w:r>
        <w:t>God, as I sit with peace before decisions, what I most need to tell You honestly is…</w:t>
      </w:r>
    </w:p>
    <w:p w14:paraId="6F95DC38" w14:textId="77777777" w:rsidR="00AE08AB" w:rsidRDefault="00AA2D9E">
      <w:pPr>
        <w:spacing w:after="60"/>
      </w:pPr>
      <w:r>
        <w:rPr>
          <w:color w:val="B9B9B9"/>
          <w:sz w:val="16"/>
        </w:rPr>
        <w:t>________________________________________________________</w:t>
      </w:r>
    </w:p>
    <w:p w14:paraId="632E54BD" w14:textId="77777777" w:rsidR="00AE08AB" w:rsidRDefault="00AA2D9E">
      <w:pPr>
        <w:spacing w:after="60"/>
      </w:pPr>
      <w:r>
        <w:rPr>
          <w:color w:val="B9B9B9"/>
          <w:sz w:val="16"/>
        </w:rPr>
        <w:t>________________________________________________________</w:t>
      </w:r>
    </w:p>
    <w:p w14:paraId="0375D55E" w14:textId="77777777" w:rsidR="00AE08AB" w:rsidRDefault="00AA2D9E">
      <w:pPr>
        <w:spacing w:after="60"/>
      </w:pPr>
      <w:r>
        <w:rPr>
          <w:color w:val="B9B9B9"/>
          <w:sz w:val="16"/>
        </w:rPr>
        <w:t>________________________________________________________</w:t>
      </w:r>
    </w:p>
    <w:p w14:paraId="5A87308B" w14:textId="77777777" w:rsidR="00AE08AB" w:rsidRDefault="00AA2D9E">
      <w:pPr>
        <w:spacing w:after="60"/>
      </w:pPr>
      <w:r>
        <w:rPr>
          <w:color w:val="B9B9B9"/>
          <w:sz w:val="16"/>
        </w:rPr>
        <w:t>________________________________________________________</w:t>
      </w:r>
    </w:p>
    <w:p w14:paraId="0F5E2395" w14:textId="77777777" w:rsidR="00AE08AB" w:rsidRDefault="00AA2D9E">
      <w:pPr>
        <w:spacing w:after="60"/>
      </w:pPr>
      <w:r>
        <w:rPr>
          <w:color w:val="B9B9B9"/>
          <w:sz w:val="16"/>
        </w:rPr>
        <w:lastRenderedPageBreak/>
        <w:t>________________________________________________________</w:t>
      </w:r>
    </w:p>
    <w:p w14:paraId="2987D1DD" w14:textId="77777777" w:rsidR="00AE08AB" w:rsidRDefault="00AA2D9E">
      <w:pPr>
        <w:spacing w:after="60"/>
      </w:pPr>
      <w:r>
        <w:rPr>
          <w:color w:val="B9B9B9"/>
          <w:sz w:val="16"/>
        </w:rPr>
        <w:t>________________________________________________________</w:t>
      </w:r>
    </w:p>
    <w:p w14:paraId="5A8AD0BE" w14:textId="77777777" w:rsidR="00AE08AB" w:rsidRDefault="00AA2D9E">
      <w:pPr>
        <w:spacing w:after="60"/>
      </w:pPr>
      <w:r>
        <w:rPr>
          <w:color w:val="B9B9B9"/>
          <w:sz w:val="16"/>
        </w:rPr>
        <w:t>________________________________________________________</w:t>
      </w:r>
    </w:p>
    <w:p w14:paraId="1A76F17A" w14:textId="77777777" w:rsidR="00AE08AB" w:rsidRDefault="00AA2D9E">
      <w:r>
        <w:br w:type="page"/>
      </w:r>
    </w:p>
    <w:p w14:paraId="601A90BD" w14:textId="77777777" w:rsidR="00AE08AB" w:rsidRDefault="00AA2D9E">
      <w:pPr>
        <w:pStyle w:val="Heading2"/>
      </w:pPr>
      <w:r>
        <w:lastRenderedPageBreak/>
        <w:t>DAY 25</w:t>
      </w:r>
    </w:p>
    <w:p w14:paraId="762F7E12" w14:textId="77777777" w:rsidR="00AE08AB" w:rsidRDefault="00AA2D9E">
      <w:pPr>
        <w:pStyle w:val="Heading1"/>
      </w:pPr>
      <w:r>
        <w:t>Creating a Safe Inner Space</w:t>
      </w:r>
    </w:p>
    <w:p w14:paraId="17046975" w14:textId="77777777" w:rsidR="00AE08AB" w:rsidRDefault="00AA2D9E">
      <w:r>
        <w:rPr>
          <w:b/>
          <w:color w:val="B08D3A"/>
        </w:rPr>
        <w:t xml:space="preserve">SCRIPTURE ANCHOR  </w:t>
      </w:r>
      <w:r>
        <w:t>Psalm 4:8</w:t>
      </w:r>
    </w:p>
    <w:p w14:paraId="1F4E7D28" w14:textId="77777777" w:rsidR="00AE08AB" w:rsidRDefault="00AA2D9E">
      <w:pPr>
        <w:pStyle w:val="Heading2"/>
      </w:pPr>
      <w:r>
        <w:t>Pause</w:t>
      </w:r>
    </w:p>
    <w:p w14:paraId="21241E3B" w14:textId="77777777" w:rsidR="00AE08AB" w:rsidRDefault="00AA2D9E">
      <w:r>
        <w:t>Take three slow breaths. Let your body become still. You do not have to solve anything before you pray.</w:t>
      </w:r>
    </w:p>
    <w:p w14:paraId="01A887D7" w14:textId="77777777" w:rsidR="00AE08AB" w:rsidRDefault="00AA2D9E">
      <w:pPr>
        <w:pStyle w:val="Heading2"/>
      </w:pPr>
      <w:r>
        <w:t>Guided Prayer</w:t>
      </w:r>
    </w:p>
    <w:p w14:paraId="397004BE" w14:textId="77777777" w:rsidR="00AE08AB" w:rsidRDefault="00AA2D9E">
      <w:r>
        <w:t>Father, I bring You the reality of creating a safe inner space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w:t>
      </w:r>
      <w:r>
        <w:t>stions remain unanswered. In Jesus' name, Amen.</w:t>
      </w:r>
    </w:p>
    <w:p w14:paraId="1972CB5D" w14:textId="77777777" w:rsidR="00AE08AB" w:rsidRDefault="00AA2D9E">
      <w:pPr>
        <w:pStyle w:val="Heading2"/>
      </w:pPr>
      <w:r>
        <w:t>Release</w:t>
      </w:r>
    </w:p>
    <w:p w14:paraId="63F061A9" w14:textId="77777777" w:rsidR="00AE08AB" w:rsidRDefault="00AA2D9E">
      <w:r>
        <w:t>Complete this sentence slowly: “Father, today I place into Your hands…”</w:t>
      </w:r>
    </w:p>
    <w:p w14:paraId="17DF770D" w14:textId="77777777" w:rsidR="00AE08AB" w:rsidRDefault="00AA2D9E">
      <w:pPr>
        <w:spacing w:after="60"/>
      </w:pPr>
      <w:r>
        <w:rPr>
          <w:color w:val="B9B9B9"/>
          <w:sz w:val="16"/>
        </w:rPr>
        <w:t>________________________________________________________</w:t>
      </w:r>
    </w:p>
    <w:p w14:paraId="72E6DB5A" w14:textId="77777777" w:rsidR="00AE08AB" w:rsidRDefault="00AA2D9E">
      <w:pPr>
        <w:spacing w:after="60"/>
      </w:pPr>
      <w:r>
        <w:rPr>
          <w:color w:val="B9B9B9"/>
          <w:sz w:val="16"/>
        </w:rPr>
        <w:t>________________________________________________________</w:t>
      </w:r>
    </w:p>
    <w:p w14:paraId="1D79FD4A" w14:textId="77777777" w:rsidR="00AE08AB" w:rsidRDefault="00AA2D9E">
      <w:pPr>
        <w:pStyle w:val="Heading2"/>
      </w:pPr>
      <w:r>
        <w:t>Listen</w:t>
      </w:r>
    </w:p>
    <w:p w14:paraId="6BF6C171" w14:textId="77777777" w:rsidR="00AE08AB" w:rsidRDefault="00AA2D9E">
      <w:r>
        <w:t>Remain quiet for a moment. What truth, Scripture, conviction, or gentle reminder is rising?</w:t>
      </w:r>
    </w:p>
    <w:p w14:paraId="746809C7" w14:textId="77777777" w:rsidR="00AE08AB" w:rsidRDefault="00AA2D9E">
      <w:pPr>
        <w:spacing w:after="60"/>
      </w:pPr>
      <w:r>
        <w:rPr>
          <w:color w:val="B9B9B9"/>
          <w:sz w:val="16"/>
        </w:rPr>
        <w:t>________________________________________________________</w:t>
      </w:r>
    </w:p>
    <w:p w14:paraId="564C0FB4" w14:textId="77777777" w:rsidR="00AE08AB" w:rsidRDefault="00AA2D9E">
      <w:pPr>
        <w:spacing w:after="60"/>
      </w:pPr>
      <w:r>
        <w:rPr>
          <w:color w:val="B9B9B9"/>
          <w:sz w:val="16"/>
        </w:rPr>
        <w:t>________________________________________________________</w:t>
      </w:r>
    </w:p>
    <w:p w14:paraId="3F034255" w14:textId="77777777" w:rsidR="00AE08AB" w:rsidRDefault="00AA2D9E">
      <w:pPr>
        <w:pStyle w:val="Heading2"/>
      </w:pPr>
      <w:r>
        <w:t>My Unfiltered Prayer</w:t>
      </w:r>
    </w:p>
    <w:p w14:paraId="7B149DD4" w14:textId="77777777" w:rsidR="00AE08AB" w:rsidRDefault="00AA2D9E">
      <w:r>
        <w:t>God, as I sit with creating a safe inner space, what I most need to tell You honestly is…</w:t>
      </w:r>
    </w:p>
    <w:p w14:paraId="60F7BDE2" w14:textId="77777777" w:rsidR="00AE08AB" w:rsidRDefault="00AA2D9E">
      <w:pPr>
        <w:spacing w:after="60"/>
      </w:pPr>
      <w:r>
        <w:rPr>
          <w:color w:val="B9B9B9"/>
          <w:sz w:val="16"/>
        </w:rPr>
        <w:t>________________________________________________________</w:t>
      </w:r>
    </w:p>
    <w:p w14:paraId="1B3C6849" w14:textId="77777777" w:rsidR="00AE08AB" w:rsidRDefault="00AA2D9E">
      <w:pPr>
        <w:spacing w:after="60"/>
      </w:pPr>
      <w:r>
        <w:rPr>
          <w:color w:val="B9B9B9"/>
          <w:sz w:val="16"/>
        </w:rPr>
        <w:t>________________________________________________________</w:t>
      </w:r>
    </w:p>
    <w:p w14:paraId="7779828C" w14:textId="77777777" w:rsidR="00AE08AB" w:rsidRDefault="00AA2D9E">
      <w:pPr>
        <w:spacing w:after="60"/>
      </w:pPr>
      <w:r>
        <w:rPr>
          <w:color w:val="B9B9B9"/>
          <w:sz w:val="16"/>
        </w:rPr>
        <w:t>________________________________________________________</w:t>
      </w:r>
    </w:p>
    <w:p w14:paraId="0B922063" w14:textId="77777777" w:rsidR="00AE08AB" w:rsidRDefault="00AA2D9E">
      <w:pPr>
        <w:spacing w:after="60"/>
      </w:pPr>
      <w:r>
        <w:rPr>
          <w:color w:val="B9B9B9"/>
          <w:sz w:val="16"/>
        </w:rPr>
        <w:lastRenderedPageBreak/>
        <w:t>________________________________________________________</w:t>
      </w:r>
    </w:p>
    <w:p w14:paraId="7FF11C40" w14:textId="77777777" w:rsidR="00AE08AB" w:rsidRDefault="00AA2D9E">
      <w:pPr>
        <w:spacing w:after="60"/>
      </w:pPr>
      <w:r>
        <w:rPr>
          <w:color w:val="B9B9B9"/>
          <w:sz w:val="16"/>
        </w:rPr>
        <w:t>________________________________________________________</w:t>
      </w:r>
    </w:p>
    <w:p w14:paraId="5FD5BC7B" w14:textId="77777777" w:rsidR="00AE08AB" w:rsidRDefault="00AA2D9E">
      <w:pPr>
        <w:spacing w:after="60"/>
      </w:pPr>
      <w:r>
        <w:rPr>
          <w:color w:val="B9B9B9"/>
          <w:sz w:val="16"/>
        </w:rPr>
        <w:t>________________________________________________________</w:t>
      </w:r>
    </w:p>
    <w:p w14:paraId="25ACB6FE" w14:textId="77777777" w:rsidR="00AE08AB" w:rsidRDefault="00AA2D9E">
      <w:pPr>
        <w:spacing w:after="60"/>
      </w:pPr>
      <w:r>
        <w:rPr>
          <w:color w:val="B9B9B9"/>
          <w:sz w:val="16"/>
        </w:rPr>
        <w:t>________________________________________________________</w:t>
      </w:r>
    </w:p>
    <w:p w14:paraId="6DF4EEDC" w14:textId="77777777" w:rsidR="00AE08AB" w:rsidRDefault="00AA2D9E">
      <w:r>
        <w:br w:type="page"/>
      </w:r>
    </w:p>
    <w:p w14:paraId="687C5DCA" w14:textId="77777777" w:rsidR="00AE08AB" w:rsidRDefault="00AA2D9E">
      <w:pPr>
        <w:pStyle w:val="Heading2"/>
      </w:pPr>
      <w:r>
        <w:lastRenderedPageBreak/>
        <w:t>DAY 26</w:t>
      </w:r>
    </w:p>
    <w:p w14:paraId="0626EF92" w14:textId="77777777" w:rsidR="00AE08AB" w:rsidRDefault="00AA2D9E">
      <w:pPr>
        <w:pStyle w:val="Heading1"/>
      </w:pPr>
      <w:r>
        <w:t>Letting Your Body Recover</w:t>
      </w:r>
    </w:p>
    <w:p w14:paraId="1EC157B5" w14:textId="77777777" w:rsidR="00AE08AB" w:rsidRDefault="00AA2D9E">
      <w:r>
        <w:rPr>
          <w:b/>
          <w:color w:val="B08D3A"/>
        </w:rPr>
        <w:t xml:space="preserve">SCRIPTURE ANCHOR  </w:t>
      </w:r>
      <w:r>
        <w:t>Isaiah 40:31</w:t>
      </w:r>
    </w:p>
    <w:p w14:paraId="7A4E7FE9" w14:textId="77777777" w:rsidR="00AE08AB" w:rsidRDefault="00AA2D9E">
      <w:pPr>
        <w:pStyle w:val="Heading2"/>
      </w:pPr>
      <w:r>
        <w:t>Pause</w:t>
      </w:r>
    </w:p>
    <w:p w14:paraId="308E0096" w14:textId="77777777" w:rsidR="00AE08AB" w:rsidRDefault="00AA2D9E">
      <w:r>
        <w:t>Take three slow breaths. Let your body become still. You do not have to solve anything before you pray.</w:t>
      </w:r>
    </w:p>
    <w:p w14:paraId="52B9468B" w14:textId="77777777" w:rsidR="00AE08AB" w:rsidRDefault="00AA2D9E">
      <w:pPr>
        <w:pStyle w:val="Heading2"/>
      </w:pPr>
      <w:r>
        <w:t>Guided Prayer</w:t>
      </w:r>
    </w:p>
    <w:p w14:paraId="28D42A59" w14:textId="77777777" w:rsidR="00AE08AB" w:rsidRDefault="00AA2D9E">
      <w:r>
        <w:t>Father, I bring You the reality of letting your body recover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w:t>
      </w:r>
      <w:r>
        <w:t>ions remain unanswered. In Jesus' name, Amen.</w:t>
      </w:r>
    </w:p>
    <w:p w14:paraId="6E6968BA" w14:textId="77777777" w:rsidR="00AE08AB" w:rsidRDefault="00AA2D9E">
      <w:pPr>
        <w:pStyle w:val="Heading2"/>
      </w:pPr>
      <w:r>
        <w:t>Release</w:t>
      </w:r>
    </w:p>
    <w:p w14:paraId="5CE3A3F3" w14:textId="77777777" w:rsidR="00AE08AB" w:rsidRDefault="00AA2D9E">
      <w:r>
        <w:t>Complete this sentence slowly: “Father, today I place into Your hands…”</w:t>
      </w:r>
    </w:p>
    <w:p w14:paraId="24158F33" w14:textId="77777777" w:rsidR="00AE08AB" w:rsidRDefault="00AA2D9E">
      <w:pPr>
        <w:spacing w:after="60"/>
      </w:pPr>
      <w:r>
        <w:rPr>
          <w:color w:val="B9B9B9"/>
          <w:sz w:val="16"/>
        </w:rPr>
        <w:t>________________________________________________________</w:t>
      </w:r>
    </w:p>
    <w:p w14:paraId="6A235CE9" w14:textId="77777777" w:rsidR="00AE08AB" w:rsidRDefault="00AA2D9E">
      <w:pPr>
        <w:spacing w:after="60"/>
      </w:pPr>
      <w:r>
        <w:rPr>
          <w:color w:val="B9B9B9"/>
          <w:sz w:val="16"/>
        </w:rPr>
        <w:t>________________________________________________________</w:t>
      </w:r>
    </w:p>
    <w:p w14:paraId="69B03820" w14:textId="77777777" w:rsidR="00AE08AB" w:rsidRDefault="00AA2D9E">
      <w:pPr>
        <w:pStyle w:val="Heading2"/>
      </w:pPr>
      <w:r>
        <w:t>Listen</w:t>
      </w:r>
    </w:p>
    <w:p w14:paraId="28660987" w14:textId="77777777" w:rsidR="00AE08AB" w:rsidRDefault="00AA2D9E">
      <w:r>
        <w:t>Remain quiet for a moment. What truth, Scripture, conviction, or gentle reminder is rising?</w:t>
      </w:r>
    </w:p>
    <w:p w14:paraId="6D885B14" w14:textId="77777777" w:rsidR="00AE08AB" w:rsidRDefault="00AA2D9E">
      <w:pPr>
        <w:spacing w:after="60"/>
      </w:pPr>
      <w:r>
        <w:rPr>
          <w:color w:val="B9B9B9"/>
          <w:sz w:val="16"/>
        </w:rPr>
        <w:t>________________________________________________________</w:t>
      </w:r>
    </w:p>
    <w:p w14:paraId="231B02B5" w14:textId="77777777" w:rsidR="00AE08AB" w:rsidRDefault="00AA2D9E">
      <w:pPr>
        <w:spacing w:after="60"/>
      </w:pPr>
      <w:r>
        <w:rPr>
          <w:color w:val="B9B9B9"/>
          <w:sz w:val="16"/>
        </w:rPr>
        <w:t>________________________________________________________</w:t>
      </w:r>
    </w:p>
    <w:p w14:paraId="5E4397B8" w14:textId="77777777" w:rsidR="00AE08AB" w:rsidRDefault="00AA2D9E">
      <w:pPr>
        <w:pStyle w:val="Heading2"/>
      </w:pPr>
      <w:r>
        <w:t>My Unfiltered Prayer</w:t>
      </w:r>
    </w:p>
    <w:p w14:paraId="62205000" w14:textId="77777777" w:rsidR="00AE08AB" w:rsidRDefault="00AA2D9E">
      <w:r>
        <w:t>God, as I sit with letting your body recover, what I most need to tell You honestly is…</w:t>
      </w:r>
    </w:p>
    <w:p w14:paraId="0CA9E7E5" w14:textId="77777777" w:rsidR="00AE08AB" w:rsidRDefault="00AA2D9E">
      <w:pPr>
        <w:spacing w:after="60"/>
      </w:pPr>
      <w:r>
        <w:rPr>
          <w:color w:val="B9B9B9"/>
          <w:sz w:val="16"/>
        </w:rPr>
        <w:t>________________________________________________________</w:t>
      </w:r>
    </w:p>
    <w:p w14:paraId="6D31F223" w14:textId="77777777" w:rsidR="00AE08AB" w:rsidRDefault="00AA2D9E">
      <w:pPr>
        <w:spacing w:after="60"/>
      </w:pPr>
      <w:r>
        <w:rPr>
          <w:color w:val="B9B9B9"/>
          <w:sz w:val="16"/>
        </w:rPr>
        <w:t>________________________________________________________</w:t>
      </w:r>
    </w:p>
    <w:p w14:paraId="30232087" w14:textId="77777777" w:rsidR="00AE08AB" w:rsidRDefault="00AA2D9E">
      <w:pPr>
        <w:spacing w:after="60"/>
      </w:pPr>
      <w:r>
        <w:rPr>
          <w:color w:val="B9B9B9"/>
          <w:sz w:val="16"/>
        </w:rPr>
        <w:t>________________________________________________________</w:t>
      </w:r>
    </w:p>
    <w:p w14:paraId="4EA39F9A" w14:textId="77777777" w:rsidR="00AE08AB" w:rsidRDefault="00AA2D9E">
      <w:pPr>
        <w:spacing w:after="60"/>
      </w:pPr>
      <w:r>
        <w:rPr>
          <w:color w:val="B9B9B9"/>
          <w:sz w:val="16"/>
        </w:rPr>
        <w:t>________________________________________________________</w:t>
      </w:r>
    </w:p>
    <w:p w14:paraId="762EB880" w14:textId="77777777" w:rsidR="00AE08AB" w:rsidRDefault="00AA2D9E">
      <w:pPr>
        <w:spacing w:after="60"/>
      </w:pPr>
      <w:r>
        <w:rPr>
          <w:color w:val="B9B9B9"/>
          <w:sz w:val="16"/>
        </w:rPr>
        <w:lastRenderedPageBreak/>
        <w:t>________________________________________________________</w:t>
      </w:r>
    </w:p>
    <w:p w14:paraId="7968F35E" w14:textId="77777777" w:rsidR="00AE08AB" w:rsidRDefault="00AA2D9E">
      <w:pPr>
        <w:spacing w:after="60"/>
      </w:pPr>
      <w:r>
        <w:rPr>
          <w:color w:val="B9B9B9"/>
          <w:sz w:val="16"/>
        </w:rPr>
        <w:t>________________________________________________________</w:t>
      </w:r>
    </w:p>
    <w:p w14:paraId="4A4D5A81" w14:textId="77777777" w:rsidR="00AE08AB" w:rsidRDefault="00AA2D9E">
      <w:pPr>
        <w:spacing w:after="60"/>
      </w:pPr>
      <w:r>
        <w:rPr>
          <w:color w:val="B9B9B9"/>
          <w:sz w:val="16"/>
        </w:rPr>
        <w:t>________________________________________________________</w:t>
      </w:r>
    </w:p>
    <w:p w14:paraId="1495DC5C" w14:textId="77777777" w:rsidR="00AE08AB" w:rsidRDefault="00AA2D9E">
      <w:r>
        <w:br w:type="page"/>
      </w:r>
    </w:p>
    <w:p w14:paraId="54337290" w14:textId="77777777" w:rsidR="00AE08AB" w:rsidRDefault="00AA2D9E">
      <w:pPr>
        <w:pStyle w:val="Heading2"/>
      </w:pPr>
      <w:r>
        <w:lastRenderedPageBreak/>
        <w:t>DAY 27</w:t>
      </w:r>
    </w:p>
    <w:p w14:paraId="54BEE08B" w14:textId="77777777" w:rsidR="00AE08AB" w:rsidRDefault="00AA2D9E">
      <w:pPr>
        <w:pStyle w:val="Heading1"/>
      </w:pPr>
      <w:r>
        <w:t>Silence and Listening</w:t>
      </w:r>
    </w:p>
    <w:p w14:paraId="39B9135B" w14:textId="77777777" w:rsidR="00AE08AB" w:rsidRDefault="00AA2D9E">
      <w:r>
        <w:rPr>
          <w:b/>
          <w:color w:val="B08D3A"/>
        </w:rPr>
        <w:t xml:space="preserve">SCRIPTURE ANCHOR  </w:t>
      </w:r>
      <w:r>
        <w:t>Psalm 62:1</w:t>
      </w:r>
    </w:p>
    <w:p w14:paraId="0C286241" w14:textId="77777777" w:rsidR="00AE08AB" w:rsidRDefault="00AA2D9E">
      <w:pPr>
        <w:pStyle w:val="Heading2"/>
      </w:pPr>
      <w:r>
        <w:t>Pause</w:t>
      </w:r>
    </w:p>
    <w:p w14:paraId="044E0313" w14:textId="77777777" w:rsidR="00AE08AB" w:rsidRDefault="00AA2D9E">
      <w:r>
        <w:t>Take three slow breaths. Let your body become still. You do not have to solve anything before you pray.</w:t>
      </w:r>
    </w:p>
    <w:p w14:paraId="3FD8B0DE" w14:textId="77777777" w:rsidR="00AE08AB" w:rsidRDefault="00AA2D9E">
      <w:pPr>
        <w:pStyle w:val="Heading2"/>
      </w:pPr>
      <w:r>
        <w:t>Guided Prayer</w:t>
      </w:r>
    </w:p>
    <w:p w14:paraId="7705FAA1" w14:textId="77777777" w:rsidR="00AE08AB" w:rsidRDefault="00AA2D9E">
      <w:r>
        <w:t>Father, I bring You the reality of silence and listening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w:t>
      </w:r>
      <w:r>
        <w:t xml:space="preserve"> remain unanswered. In Jesus' name, Amen.</w:t>
      </w:r>
    </w:p>
    <w:p w14:paraId="3B6CE55B" w14:textId="77777777" w:rsidR="00AE08AB" w:rsidRDefault="00AA2D9E">
      <w:pPr>
        <w:pStyle w:val="Heading2"/>
      </w:pPr>
      <w:r>
        <w:t>Release</w:t>
      </w:r>
    </w:p>
    <w:p w14:paraId="5BA79911" w14:textId="77777777" w:rsidR="00AE08AB" w:rsidRDefault="00AA2D9E">
      <w:r>
        <w:t>Complete this sentence slowly: “Father, today I place into Your hands…”</w:t>
      </w:r>
    </w:p>
    <w:p w14:paraId="47A8062E" w14:textId="77777777" w:rsidR="00AE08AB" w:rsidRDefault="00AA2D9E">
      <w:pPr>
        <w:spacing w:after="60"/>
      </w:pPr>
      <w:r>
        <w:rPr>
          <w:color w:val="B9B9B9"/>
          <w:sz w:val="16"/>
        </w:rPr>
        <w:t>________________________________________________________</w:t>
      </w:r>
    </w:p>
    <w:p w14:paraId="1401E6DC" w14:textId="77777777" w:rsidR="00AE08AB" w:rsidRDefault="00AA2D9E">
      <w:pPr>
        <w:spacing w:after="60"/>
      </w:pPr>
      <w:r>
        <w:rPr>
          <w:color w:val="B9B9B9"/>
          <w:sz w:val="16"/>
        </w:rPr>
        <w:t>________________________________________________________</w:t>
      </w:r>
    </w:p>
    <w:p w14:paraId="280238BA" w14:textId="77777777" w:rsidR="00AE08AB" w:rsidRDefault="00AA2D9E">
      <w:pPr>
        <w:pStyle w:val="Heading2"/>
      </w:pPr>
      <w:r>
        <w:t>Listen</w:t>
      </w:r>
    </w:p>
    <w:p w14:paraId="7846F0E3" w14:textId="77777777" w:rsidR="00AE08AB" w:rsidRDefault="00AA2D9E">
      <w:r>
        <w:t>Remain quiet for a moment. What truth, Scripture, conviction, or gentle reminder is rising?</w:t>
      </w:r>
    </w:p>
    <w:p w14:paraId="549432F1" w14:textId="77777777" w:rsidR="00AE08AB" w:rsidRDefault="00AA2D9E">
      <w:pPr>
        <w:spacing w:after="60"/>
      </w:pPr>
      <w:r>
        <w:rPr>
          <w:color w:val="B9B9B9"/>
          <w:sz w:val="16"/>
        </w:rPr>
        <w:t>________________________________________________________</w:t>
      </w:r>
    </w:p>
    <w:p w14:paraId="547338C4" w14:textId="77777777" w:rsidR="00AE08AB" w:rsidRDefault="00AA2D9E">
      <w:pPr>
        <w:spacing w:after="60"/>
      </w:pPr>
      <w:r>
        <w:rPr>
          <w:color w:val="B9B9B9"/>
          <w:sz w:val="16"/>
        </w:rPr>
        <w:t>________________________________________________________</w:t>
      </w:r>
    </w:p>
    <w:p w14:paraId="6355A2A6" w14:textId="77777777" w:rsidR="00AE08AB" w:rsidRDefault="00AA2D9E">
      <w:pPr>
        <w:pStyle w:val="Heading2"/>
      </w:pPr>
      <w:r>
        <w:t>My Unfiltered Prayer</w:t>
      </w:r>
    </w:p>
    <w:p w14:paraId="674DA646" w14:textId="77777777" w:rsidR="00AE08AB" w:rsidRDefault="00AA2D9E">
      <w:r>
        <w:t>God, as I sit with silence and listening, what I most need to tell You honestly is…</w:t>
      </w:r>
    </w:p>
    <w:p w14:paraId="28F0C1D1" w14:textId="77777777" w:rsidR="00AE08AB" w:rsidRDefault="00AA2D9E">
      <w:pPr>
        <w:spacing w:after="60"/>
      </w:pPr>
      <w:r>
        <w:rPr>
          <w:color w:val="B9B9B9"/>
          <w:sz w:val="16"/>
        </w:rPr>
        <w:t>________________________________________________________</w:t>
      </w:r>
    </w:p>
    <w:p w14:paraId="37484877" w14:textId="77777777" w:rsidR="00AE08AB" w:rsidRDefault="00AA2D9E">
      <w:pPr>
        <w:spacing w:after="60"/>
      </w:pPr>
      <w:r>
        <w:rPr>
          <w:color w:val="B9B9B9"/>
          <w:sz w:val="16"/>
        </w:rPr>
        <w:t>________________________________________________________</w:t>
      </w:r>
    </w:p>
    <w:p w14:paraId="6B10D964" w14:textId="77777777" w:rsidR="00AE08AB" w:rsidRDefault="00AA2D9E">
      <w:pPr>
        <w:spacing w:after="60"/>
      </w:pPr>
      <w:r>
        <w:rPr>
          <w:color w:val="B9B9B9"/>
          <w:sz w:val="16"/>
        </w:rPr>
        <w:t>________________________________________________________</w:t>
      </w:r>
    </w:p>
    <w:p w14:paraId="0070BB35" w14:textId="77777777" w:rsidR="00AE08AB" w:rsidRDefault="00AA2D9E">
      <w:pPr>
        <w:spacing w:after="60"/>
      </w:pPr>
      <w:r>
        <w:rPr>
          <w:color w:val="B9B9B9"/>
          <w:sz w:val="16"/>
        </w:rPr>
        <w:t>________________________________________________________</w:t>
      </w:r>
    </w:p>
    <w:p w14:paraId="7FCA86B0" w14:textId="77777777" w:rsidR="00AE08AB" w:rsidRDefault="00AA2D9E">
      <w:pPr>
        <w:spacing w:after="60"/>
      </w:pPr>
      <w:r>
        <w:rPr>
          <w:color w:val="B9B9B9"/>
          <w:sz w:val="16"/>
        </w:rPr>
        <w:lastRenderedPageBreak/>
        <w:t>________________________________________________________</w:t>
      </w:r>
    </w:p>
    <w:p w14:paraId="179E151D" w14:textId="77777777" w:rsidR="00AE08AB" w:rsidRDefault="00AA2D9E">
      <w:pPr>
        <w:spacing w:after="60"/>
      </w:pPr>
      <w:r>
        <w:rPr>
          <w:color w:val="B9B9B9"/>
          <w:sz w:val="16"/>
        </w:rPr>
        <w:t>________________________________________________________</w:t>
      </w:r>
    </w:p>
    <w:p w14:paraId="269CAC43" w14:textId="77777777" w:rsidR="00AE08AB" w:rsidRDefault="00AA2D9E">
      <w:pPr>
        <w:spacing w:after="60"/>
      </w:pPr>
      <w:r>
        <w:rPr>
          <w:color w:val="B9B9B9"/>
          <w:sz w:val="16"/>
        </w:rPr>
        <w:t>________________________________________________________</w:t>
      </w:r>
    </w:p>
    <w:p w14:paraId="63895F0E" w14:textId="77777777" w:rsidR="00AE08AB" w:rsidRDefault="00AA2D9E">
      <w:r>
        <w:br w:type="page"/>
      </w:r>
    </w:p>
    <w:p w14:paraId="28107853" w14:textId="77777777" w:rsidR="00AE08AB" w:rsidRDefault="00AA2D9E">
      <w:pPr>
        <w:pStyle w:val="Heading2"/>
      </w:pPr>
      <w:r>
        <w:lastRenderedPageBreak/>
        <w:t>DAY 28</w:t>
      </w:r>
    </w:p>
    <w:p w14:paraId="1AE4D2A2" w14:textId="77777777" w:rsidR="00AE08AB" w:rsidRDefault="00AA2D9E">
      <w:pPr>
        <w:pStyle w:val="Heading1"/>
      </w:pPr>
      <w:r>
        <w:t>Restoring Your Attention</w:t>
      </w:r>
    </w:p>
    <w:p w14:paraId="57715975" w14:textId="77777777" w:rsidR="00AE08AB" w:rsidRDefault="00AA2D9E">
      <w:r>
        <w:rPr>
          <w:b/>
          <w:color w:val="B08D3A"/>
        </w:rPr>
        <w:t xml:space="preserve">SCRIPTURE ANCHOR  </w:t>
      </w:r>
      <w:r>
        <w:t>Philippians 4:8</w:t>
      </w:r>
    </w:p>
    <w:p w14:paraId="3281B7B8" w14:textId="77777777" w:rsidR="00AE08AB" w:rsidRDefault="00AA2D9E">
      <w:pPr>
        <w:pStyle w:val="Heading2"/>
      </w:pPr>
      <w:r>
        <w:t>Pause</w:t>
      </w:r>
    </w:p>
    <w:p w14:paraId="3571DBFF" w14:textId="77777777" w:rsidR="00AE08AB" w:rsidRDefault="00AA2D9E">
      <w:r>
        <w:t>Take three slow breaths. Let your body become still. You do not have to solve anything before you pray.</w:t>
      </w:r>
    </w:p>
    <w:p w14:paraId="6C118A6B" w14:textId="77777777" w:rsidR="00AE08AB" w:rsidRDefault="00AA2D9E">
      <w:pPr>
        <w:pStyle w:val="Heading2"/>
      </w:pPr>
      <w:r>
        <w:t>Guided Prayer</w:t>
      </w:r>
    </w:p>
    <w:p w14:paraId="77F82154" w14:textId="77777777" w:rsidR="00AE08AB" w:rsidRDefault="00AA2D9E">
      <w:r>
        <w:t>Father, I bring You the reality of restoring your attention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w:t>
      </w:r>
      <w:r>
        <w:t>ons remain unanswered. In Jesus' name, Amen.</w:t>
      </w:r>
    </w:p>
    <w:p w14:paraId="05239A77" w14:textId="77777777" w:rsidR="00AE08AB" w:rsidRDefault="00AA2D9E">
      <w:pPr>
        <w:pStyle w:val="Heading2"/>
      </w:pPr>
      <w:r>
        <w:t>Release</w:t>
      </w:r>
    </w:p>
    <w:p w14:paraId="41E97FF4" w14:textId="77777777" w:rsidR="00AE08AB" w:rsidRDefault="00AA2D9E">
      <w:r>
        <w:t>Complete this sentence slowly: “Father, today I place into Your hands…”</w:t>
      </w:r>
    </w:p>
    <w:p w14:paraId="35DE7A60" w14:textId="77777777" w:rsidR="00AE08AB" w:rsidRDefault="00AA2D9E">
      <w:pPr>
        <w:spacing w:after="60"/>
      </w:pPr>
      <w:r>
        <w:rPr>
          <w:color w:val="B9B9B9"/>
          <w:sz w:val="16"/>
        </w:rPr>
        <w:t>________________________________________________________</w:t>
      </w:r>
    </w:p>
    <w:p w14:paraId="33097A56" w14:textId="77777777" w:rsidR="00AE08AB" w:rsidRDefault="00AA2D9E">
      <w:pPr>
        <w:spacing w:after="60"/>
      </w:pPr>
      <w:r>
        <w:rPr>
          <w:color w:val="B9B9B9"/>
          <w:sz w:val="16"/>
        </w:rPr>
        <w:t>________________________________________________________</w:t>
      </w:r>
    </w:p>
    <w:p w14:paraId="0DA6F755" w14:textId="77777777" w:rsidR="00AE08AB" w:rsidRDefault="00AA2D9E">
      <w:pPr>
        <w:pStyle w:val="Heading2"/>
      </w:pPr>
      <w:r>
        <w:t>Listen</w:t>
      </w:r>
    </w:p>
    <w:p w14:paraId="596B334C" w14:textId="77777777" w:rsidR="00AE08AB" w:rsidRDefault="00AA2D9E">
      <w:r>
        <w:t>Remain quiet for a moment. What truth, Scripture, conviction, or gentle reminder is rising?</w:t>
      </w:r>
    </w:p>
    <w:p w14:paraId="009BC607" w14:textId="77777777" w:rsidR="00AE08AB" w:rsidRDefault="00AA2D9E">
      <w:pPr>
        <w:spacing w:after="60"/>
      </w:pPr>
      <w:r>
        <w:rPr>
          <w:color w:val="B9B9B9"/>
          <w:sz w:val="16"/>
        </w:rPr>
        <w:t>________________________________________________________</w:t>
      </w:r>
    </w:p>
    <w:p w14:paraId="73089EBB" w14:textId="77777777" w:rsidR="00AE08AB" w:rsidRDefault="00AA2D9E">
      <w:pPr>
        <w:spacing w:after="60"/>
      </w:pPr>
      <w:r>
        <w:rPr>
          <w:color w:val="B9B9B9"/>
          <w:sz w:val="16"/>
        </w:rPr>
        <w:t>________________________________________________________</w:t>
      </w:r>
    </w:p>
    <w:p w14:paraId="2CBE61E0" w14:textId="77777777" w:rsidR="00AE08AB" w:rsidRDefault="00AA2D9E">
      <w:pPr>
        <w:pStyle w:val="Heading2"/>
      </w:pPr>
      <w:r>
        <w:t>My Unfiltered Prayer</w:t>
      </w:r>
    </w:p>
    <w:p w14:paraId="1EBD89A5" w14:textId="77777777" w:rsidR="00AE08AB" w:rsidRDefault="00AA2D9E">
      <w:r>
        <w:t>God, as I sit with restoring your attention, what I most need to tell You honestly is…</w:t>
      </w:r>
    </w:p>
    <w:p w14:paraId="68564C6A" w14:textId="77777777" w:rsidR="00AE08AB" w:rsidRDefault="00AA2D9E">
      <w:pPr>
        <w:spacing w:after="60"/>
      </w:pPr>
      <w:r>
        <w:rPr>
          <w:color w:val="B9B9B9"/>
          <w:sz w:val="16"/>
        </w:rPr>
        <w:t>________________________________________________________</w:t>
      </w:r>
    </w:p>
    <w:p w14:paraId="51BE77AB" w14:textId="77777777" w:rsidR="00AE08AB" w:rsidRDefault="00AA2D9E">
      <w:pPr>
        <w:spacing w:after="60"/>
      </w:pPr>
      <w:r>
        <w:rPr>
          <w:color w:val="B9B9B9"/>
          <w:sz w:val="16"/>
        </w:rPr>
        <w:t>________________________________________________________</w:t>
      </w:r>
    </w:p>
    <w:p w14:paraId="1301A9F3" w14:textId="77777777" w:rsidR="00AE08AB" w:rsidRDefault="00AA2D9E">
      <w:pPr>
        <w:spacing w:after="60"/>
      </w:pPr>
      <w:r>
        <w:rPr>
          <w:color w:val="B9B9B9"/>
          <w:sz w:val="16"/>
        </w:rPr>
        <w:t>________________________________________________________</w:t>
      </w:r>
    </w:p>
    <w:p w14:paraId="41E1860D" w14:textId="77777777" w:rsidR="00AE08AB" w:rsidRDefault="00AA2D9E">
      <w:pPr>
        <w:spacing w:after="60"/>
      </w:pPr>
      <w:r>
        <w:rPr>
          <w:color w:val="B9B9B9"/>
          <w:sz w:val="16"/>
        </w:rPr>
        <w:t>________________________________________________________</w:t>
      </w:r>
    </w:p>
    <w:p w14:paraId="03E07219" w14:textId="77777777" w:rsidR="00AE08AB" w:rsidRDefault="00AA2D9E">
      <w:pPr>
        <w:spacing w:after="60"/>
      </w:pPr>
      <w:r>
        <w:rPr>
          <w:color w:val="B9B9B9"/>
          <w:sz w:val="16"/>
        </w:rPr>
        <w:lastRenderedPageBreak/>
        <w:t>________________________________________________________</w:t>
      </w:r>
    </w:p>
    <w:p w14:paraId="5485E699" w14:textId="77777777" w:rsidR="00AE08AB" w:rsidRDefault="00AA2D9E">
      <w:pPr>
        <w:spacing w:after="60"/>
      </w:pPr>
      <w:r>
        <w:rPr>
          <w:color w:val="B9B9B9"/>
          <w:sz w:val="16"/>
        </w:rPr>
        <w:t>________________________________________________________</w:t>
      </w:r>
    </w:p>
    <w:p w14:paraId="2FEC5A4B" w14:textId="77777777" w:rsidR="00AE08AB" w:rsidRDefault="00AA2D9E">
      <w:pPr>
        <w:spacing w:after="60"/>
      </w:pPr>
      <w:r>
        <w:rPr>
          <w:color w:val="B9B9B9"/>
          <w:sz w:val="16"/>
        </w:rPr>
        <w:t>________________________________________________________</w:t>
      </w:r>
    </w:p>
    <w:p w14:paraId="1950B981" w14:textId="77777777" w:rsidR="00AE08AB" w:rsidRDefault="00AA2D9E">
      <w:pPr>
        <w:pStyle w:val="Heading1"/>
      </w:pPr>
      <w:r>
        <w:t>Sacred Pause</w:t>
      </w:r>
    </w:p>
    <w:p w14:paraId="48E93D90" w14:textId="77777777" w:rsidR="00AE08AB" w:rsidRDefault="00AA2D9E">
      <w:pPr>
        <w:pStyle w:val="Heading3"/>
      </w:pPr>
      <w:r>
        <w:t>What happened within me this week?</w:t>
      </w:r>
    </w:p>
    <w:p w14:paraId="36EBA3E4" w14:textId="77777777" w:rsidR="00AE08AB" w:rsidRDefault="00AA2D9E">
      <w:pPr>
        <w:spacing w:after="60"/>
      </w:pPr>
      <w:r>
        <w:rPr>
          <w:color w:val="B9B9B9"/>
          <w:sz w:val="16"/>
        </w:rPr>
        <w:t>________________________________________________________</w:t>
      </w:r>
    </w:p>
    <w:p w14:paraId="08FB2EDC" w14:textId="77777777" w:rsidR="00AE08AB" w:rsidRDefault="00AA2D9E">
      <w:pPr>
        <w:pStyle w:val="Heading3"/>
      </w:pPr>
      <w:r>
        <w:t>What emotion appeared most often?</w:t>
      </w:r>
    </w:p>
    <w:p w14:paraId="274156E9" w14:textId="77777777" w:rsidR="00AE08AB" w:rsidRDefault="00AA2D9E">
      <w:pPr>
        <w:spacing w:after="60"/>
      </w:pPr>
      <w:r>
        <w:rPr>
          <w:color w:val="B9B9B9"/>
          <w:sz w:val="16"/>
        </w:rPr>
        <w:t>________________________________________________________</w:t>
      </w:r>
    </w:p>
    <w:p w14:paraId="10AFE9D6" w14:textId="77777777" w:rsidR="00AE08AB" w:rsidRDefault="00AA2D9E">
      <w:pPr>
        <w:pStyle w:val="Heading3"/>
      </w:pPr>
      <w:r>
        <w:t>Where did I recognize God's grace?</w:t>
      </w:r>
    </w:p>
    <w:p w14:paraId="47AA6B44" w14:textId="77777777" w:rsidR="00AE08AB" w:rsidRDefault="00AA2D9E">
      <w:pPr>
        <w:spacing w:after="60"/>
      </w:pPr>
      <w:r>
        <w:rPr>
          <w:color w:val="B9B9B9"/>
          <w:sz w:val="16"/>
        </w:rPr>
        <w:t>________________________________________________________</w:t>
      </w:r>
    </w:p>
    <w:p w14:paraId="6FE1F634" w14:textId="77777777" w:rsidR="00AE08AB" w:rsidRDefault="00AA2D9E">
      <w:pPr>
        <w:pStyle w:val="Heading3"/>
      </w:pPr>
      <w:r>
        <w:t>What do I refuse to carry into another week?</w:t>
      </w:r>
    </w:p>
    <w:p w14:paraId="4AAF1550" w14:textId="77777777" w:rsidR="00AE08AB" w:rsidRDefault="00AA2D9E">
      <w:pPr>
        <w:spacing w:after="60"/>
      </w:pPr>
      <w:r>
        <w:rPr>
          <w:color w:val="B9B9B9"/>
          <w:sz w:val="16"/>
        </w:rPr>
        <w:t>________________________________________________________</w:t>
      </w:r>
    </w:p>
    <w:p w14:paraId="39D1719C" w14:textId="77777777" w:rsidR="00AE08AB" w:rsidRDefault="00AA2D9E">
      <w:pPr>
        <w:pStyle w:val="Heading3"/>
      </w:pPr>
      <w:r>
        <w:t>What do I need to receive from God now?</w:t>
      </w:r>
    </w:p>
    <w:p w14:paraId="33003574" w14:textId="77777777" w:rsidR="00AE08AB" w:rsidRDefault="00AA2D9E">
      <w:pPr>
        <w:spacing w:after="60"/>
      </w:pPr>
      <w:r>
        <w:rPr>
          <w:color w:val="B9B9B9"/>
          <w:sz w:val="16"/>
        </w:rPr>
        <w:t>________________________________________________________</w:t>
      </w:r>
    </w:p>
    <w:p w14:paraId="2A0F7D6E" w14:textId="77777777" w:rsidR="00AE08AB" w:rsidRDefault="00AA2D9E">
      <w:r>
        <w:br w:type="page"/>
      </w:r>
    </w:p>
    <w:p w14:paraId="2F4BBA15" w14:textId="77777777" w:rsidR="00AE08AB" w:rsidRDefault="00AA2D9E">
      <w:pPr>
        <w:pStyle w:val="Heading2"/>
      </w:pPr>
      <w:r>
        <w:lastRenderedPageBreak/>
        <w:t>DAY 29</w:t>
      </w:r>
    </w:p>
    <w:p w14:paraId="072E784C" w14:textId="77777777" w:rsidR="00AE08AB" w:rsidRDefault="00AA2D9E">
      <w:pPr>
        <w:pStyle w:val="Heading1"/>
      </w:pPr>
      <w:r>
        <w:t>Breathe, Pray, Proceed</w:t>
      </w:r>
    </w:p>
    <w:p w14:paraId="1CC9A5B9" w14:textId="77777777" w:rsidR="00AE08AB" w:rsidRDefault="00AA2D9E">
      <w:r>
        <w:rPr>
          <w:b/>
          <w:color w:val="B08D3A"/>
        </w:rPr>
        <w:t xml:space="preserve">SCRIPTURE ANCHOR  </w:t>
      </w:r>
      <w:r>
        <w:t>Psalm 121:1-2</w:t>
      </w:r>
    </w:p>
    <w:p w14:paraId="7EE760D4" w14:textId="77777777" w:rsidR="00AE08AB" w:rsidRDefault="00AA2D9E">
      <w:pPr>
        <w:pStyle w:val="Heading2"/>
      </w:pPr>
      <w:r>
        <w:t>Pause</w:t>
      </w:r>
    </w:p>
    <w:p w14:paraId="0D7A8ED1" w14:textId="77777777" w:rsidR="00AE08AB" w:rsidRDefault="00AA2D9E">
      <w:r>
        <w:t>Take three slow breaths. Let your body become still. You do not have to solve anything before you pray.</w:t>
      </w:r>
    </w:p>
    <w:p w14:paraId="31C5ADAF" w14:textId="77777777" w:rsidR="00AE08AB" w:rsidRDefault="00AA2D9E">
      <w:pPr>
        <w:pStyle w:val="Heading2"/>
      </w:pPr>
      <w:r>
        <w:t>Guided Prayer</w:t>
      </w:r>
    </w:p>
    <w:p w14:paraId="07A4F08A" w14:textId="77777777" w:rsidR="00AE08AB" w:rsidRDefault="00AA2D9E">
      <w:r>
        <w:t>Father, I bring You the reality of breathe, pray, proceed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w:t>
      </w:r>
      <w:r>
        <w:t>s remain unanswered. In Jesus' name, Amen.</w:t>
      </w:r>
    </w:p>
    <w:p w14:paraId="5DAC8911" w14:textId="77777777" w:rsidR="00AE08AB" w:rsidRDefault="00AA2D9E">
      <w:pPr>
        <w:pStyle w:val="Heading2"/>
      </w:pPr>
      <w:r>
        <w:t>Release</w:t>
      </w:r>
    </w:p>
    <w:p w14:paraId="3F132E16" w14:textId="77777777" w:rsidR="00AE08AB" w:rsidRDefault="00AA2D9E">
      <w:r>
        <w:t>Complete this sentence slowly: “Father, today I place into Your hands…”</w:t>
      </w:r>
    </w:p>
    <w:p w14:paraId="5DDBE4D2" w14:textId="77777777" w:rsidR="00AE08AB" w:rsidRDefault="00AA2D9E">
      <w:pPr>
        <w:spacing w:after="60"/>
      </w:pPr>
      <w:r>
        <w:rPr>
          <w:color w:val="B9B9B9"/>
          <w:sz w:val="16"/>
        </w:rPr>
        <w:t>________________________________________________________</w:t>
      </w:r>
    </w:p>
    <w:p w14:paraId="57E63C88" w14:textId="77777777" w:rsidR="00AE08AB" w:rsidRDefault="00AA2D9E">
      <w:pPr>
        <w:spacing w:after="60"/>
      </w:pPr>
      <w:r>
        <w:rPr>
          <w:color w:val="B9B9B9"/>
          <w:sz w:val="16"/>
        </w:rPr>
        <w:t>________________________________________________________</w:t>
      </w:r>
    </w:p>
    <w:p w14:paraId="36AD0AFE" w14:textId="77777777" w:rsidR="00AE08AB" w:rsidRDefault="00AA2D9E">
      <w:pPr>
        <w:pStyle w:val="Heading2"/>
      </w:pPr>
      <w:r>
        <w:t>Listen</w:t>
      </w:r>
    </w:p>
    <w:p w14:paraId="278B8718" w14:textId="77777777" w:rsidR="00AE08AB" w:rsidRDefault="00AA2D9E">
      <w:r>
        <w:t>Remain quiet for a moment. What truth, Scripture, conviction, or gentle reminder is rising?</w:t>
      </w:r>
    </w:p>
    <w:p w14:paraId="2ECA6EE0" w14:textId="77777777" w:rsidR="00AE08AB" w:rsidRDefault="00AA2D9E">
      <w:pPr>
        <w:spacing w:after="60"/>
      </w:pPr>
      <w:r>
        <w:rPr>
          <w:color w:val="B9B9B9"/>
          <w:sz w:val="16"/>
        </w:rPr>
        <w:t>________________________________________________________</w:t>
      </w:r>
    </w:p>
    <w:p w14:paraId="270C41F9" w14:textId="77777777" w:rsidR="00AE08AB" w:rsidRDefault="00AA2D9E">
      <w:pPr>
        <w:spacing w:after="60"/>
      </w:pPr>
      <w:r>
        <w:rPr>
          <w:color w:val="B9B9B9"/>
          <w:sz w:val="16"/>
        </w:rPr>
        <w:t>________________________________________________________</w:t>
      </w:r>
    </w:p>
    <w:p w14:paraId="1C4BA295" w14:textId="77777777" w:rsidR="00AE08AB" w:rsidRDefault="00AA2D9E">
      <w:pPr>
        <w:pStyle w:val="Heading2"/>
      </w:pPr>
      <w:r>
        <w:t>My Unfiltered Prayer</w:t>
      </w:r>
    </w:p>
    <w:p w14:paraId="1CA8FFA7" w14:textId="77777777" w:rsidR="00AE08AB" w:rsidRDefault="00AA2D9E">
      <w:r>
        <w:t>God, as I sit with breathe, pray, proceed, what I most need to tell You honestly is…</w:t>
      </w:r>
    </w:p>
    <w:p w14:paraId="1A647520" w14:textId="77777777" w:rsidR="00AE08AB" w:rsidRDefault="00AA2D9E">
      <w:pPr>
        <w:spacing w:after="60"/>
      </w:pPr>
      <w:r>
        <w:rPr>
          <w:color w:val="B9B9B9"/>
          <w:sz w:val="16"/>
        </w:rPr>
        <w:t>________________________________________________________</w:t>
      </w:r>
    </w:p>
    <w:p w14:paraId="1AEDFCBB" w14:textId="77777777" w:rsidR="00AE08AB" w:rsidRDefault="00AA2D9E">
      <w:pPr>
        <w:spacing w:after="60"/>
      </w:pPr>
      <w:r>
        <w:rPr>
          <w:color w:val="B9B9B9"/>
          <w:sz w:val="16"/>
        </w:rPr>
        <w:t>________________________________________________________</w:t>
      </w:r>
    </w:p>
    <w:p w14:paraId="37055CF0" w14:textId="77777777" w:rsidR="00AE08AB" w:rsidRDefault="00AA2D9E">
      <w:pPr>
        <w:spacing w:after="60"/>
      </w:pPr>
      <w:r>
        <w:rPr>
          <w:color w:val="B9B9B9"/>
          <w:sz w:val="16"/>
        </w:rPr>
        <w:t>________________________________________________________</w:t>
      </w:r>
    </w:p>
    <w:p w14:paraId="63CB3635" w14:textId="77777777" w:rsidR="00AE08AB" w:rsidRDefault="00AA2D9E">
      <w:pPr>
        <w:spacing w:after="60"/>
      </w:pPr>
      <w:r>
        <w:rPr>
          <w:color w:val="B9B9B9"/>
          <w:sz w:val="16"/>
        </w:rPr>
        <w:t>________________________________________________________</w:t>
      </w:r>
    </w:p>
    <w:p w14:paraId="05EB72FD" w14:textId="77777777" w:rsidR="00AE08AB" w:rsidRDefault="00AA2D9E">
      <w:pPr>
        <w:spacing w:after="60"/>
      </w:pPr>
      <w:r>
        <w:rPr>
          <w:color w:val="B9B9B9"/>
          <w:sz w:val="16"/>
        </w:rPr>
        <w:lastRenderedPageBreak/>
        <w:t>________________________________________________________</w:t>
      </w:r>
    </w:p>
    <w:p w14:paraId="34A6FE52" w14:textId="77777777" w:rsidR="00AE08AB" w:rsidRDefault="00AA2D9E">
      <w:pPr>
        <w:spacing w:after="60"/>
      </w:pPr>
      <w:r>
        <w:rPr>
          <w:color w:val="B9B9B9"/>
          <w:sz w:val="16"/>
        </w:rPr>
        <w:t>________________________________________________________</w:t>
      </w:r>
    </w:p>
    <w:p w14:paraId="0577624A" w14:textId="77777777" w:rsidR="00AE08AB" w:rsidRDefault="00AA2D9E">
      <w:pPr>
        <w:spacing w:after="60"/>
      </w:pPr>
      <w:r>
        <w:rPr>
          <w:color w:val="B9B9B9"/>
          <w:sz w:val="16"/>
        </w:rPr>
        <w:t>________________________________________________________</w:t>
      </w:r>
    </w:p>
    <w:p w14:paraId="500263D5" w14:textId="77777777" w:rsidR="00AE08AB" w:rsidRDefault="00AA2D9E">
      <w:r>
        <w:br w:type="page"/>
      </w:r>
    </w:p>
    <w:p w14:paraId="06BCD001" w14:textId="77777777" w:rsidR="00AE08AB" w:rsidRDefault="00AA2D9E">
      <w:pPr>
        <w:pStyle w:val="Heading2"/>
      </w:pPr>
      <w:r>
        <w:lastRenderedPageBreak/>
        <w:t>DAY 30</w:t>
      </w:r>
    </w:p>
    <w:p w14:paraId="14845FE0" w14:textId="77777777" w:rsidR="00AE08AB" w:rsidRDefault="00AA2D9E">
      <w:pPr>
        <w:pStyle w:val="Heading1"/>
      </w:pPr>
      <w:r>
        <w:t>A New Rhythm of Peace</w:t>
      </w:r>
    </w:p>
    <w:p w14:paraId="355EDFFB" w14:textId="77777777" w:rsidR="00AE08AB" w:rsidRDefault="00AA2D9E">
      <w:r>
        <w:rPr>
          <w:b/>
          <w:color w:val="B08D3A"/>
        </w:rPr>
        <w:t xml:space="preserve">SCRIPTURE ANCHOR  </w:t>
      </w:r>
      <w:r>
        <w:t>John 14:27</w:t>
      </w:r>
    </w:p>
    <w:p w14:paraId="13C35E3A" w14:textId="77777777" w:rsidR="00AE08AB" w:rsidRDefault="00AA2D9E">
      <w:pPr>
        <w:pStyle w:val="Heading2"/>
      </w:pPr>
      <w:r>
        <w:t>Pause</w:t>
      </w:r>
    </w:p>
    <w:p w14:paraId="490299D5" w14:textId="77777777" w:rsidR="00AE08AB" w:rsidRDefault="00AA2D9E">
      <w:r>
        <w:t>Take three slow breaths. Let your body become still. You do not have to solve anything before you pray.</w:t>
      </w:r>
    </w:p>
    <w:p w14:paraId="03D45427" w14:textId="77777777" w:rsidR="00AE08AB" w:rsidRDefault="00AA2D9E">
      <w:pPr>
        <w:pStyle w:val="Heading2"/>
      </w:pPr>
      <w:r>
        <w:t>Guided Prayer</w:t>
      </w:r>
    </w:p>
    <w:p w14:paraId="03AD127F" w14:textId="77777777" w:rsidR="00AE08AB" w:rsidRDefault="00AA2D9E">
      <w:r>
        <w:t>Father, I bring You the reality of a new rhythm of peace without pretending or hiding. Meet me here with truth and mercy. In this season of learning to breathe again,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w:t>
      </w:r>
      <w:r>
        <w:t xml:space="preserve"> remain unanswered. In Jesus' name, Amen.</w:t>
      </w:r>
    </w:p>
    <w:p w14:paraId="21AB39B3" w14:textId="77777777" w:rsidR="00AE08AB" w:rsidRDefault="00AA2D9E">
      <w:pPr>
        <w:pStyle w:val="Heading2"/>
      </w:pPr>
      <w:r>
        <w:t>Release</w:t>
      </w:r>
    </w:p>
    <w:p w14:paraId="40D15E45" w14:textId="77777777" w:rsidR="00AE08AB" w:rsidRDefault="00AA2D9E">
      <w:r>
        <w:t>Complete this sentence slowly: “Father, today I place into Your hands…”</w:t>
      </w:r>
    </w:p>
    <w:p w14:paraId="3B1A5987" w14:textId="77777777" w:rsidR="00AE08AB" w:rsidRDefault="00AA2D9E">
      <w:pPr>
        <w:spacing w:after="60"/>
      </w:pPr>
      <w:r>
        <w:rPr>
          <w:color w:val="B9B9B9"/>
          <w:sz w:val="16"/>
        </w:rPr>
        <w:t>________________________________________________________</w:t>
      </w:r>
    </w:p>
    <w:p w14:paraId="7CE96F6C" w14:textId="77777777" w:rsidR="00AE08AB" w:rsidRDefault="00AA2D9E">
      <w:pPr>
        <w:spacing w:after="60"/>
      </w:pPr>
      <w:r>
        <w:rPr>
          <w:color w:val="B9B9B9"/>
          <w:sz w:val="16"/>
        </w:rPr>
        <w:t>________________________________________________________</w:t>
      </w:r>
    </w:p>
    <w:p w14:paraId="22648B35" w14:textId="77777777" w:rsidR="00AE08AB" w:rsidRDefault="00AA2D9E">
      <w:pPr>
        <w:pStyle w:val="Heading2"/>
      </w:pPr>
      <w:r>
        <w:t>Listen</w:t>
      </w:r>
    </w:p>
    <w:p w14:paraId="063D253B" w14:textId="77777777" w:rsidR="00AE08AB" w:rsidRDefault="00AA2D9E">
      <w:r>
        <w:t>Remain quiet for a moment. What truth, Scripture, conviction, or gentle reminder is rising?</w:t>
      </w:r>
    </w:p>
    <w:p w14:paraId="72CA0C04" w14:textId="77777777" w:rsidR="00AE08AB" w:rsidRDefault="00AA2D9E">
      <w:pPr>
        <w:spacing w:after="60"/>
      </w:pPr>
      <w:r>
        <w:rPr>
          <w:color w:val="B9B9B9"/>
          <w:sz w:val="16"/>
        </w:rPr>
        <w:t>________________________________________________________</w:t>
      </w:r>
    </w:p>
    <w:p w14:paraId="4C3BEF83" w14:textId="77777777" w:rsidR="00AE08AB" w:rsidRDefault="00AA2D9E">
      <w:pPr>
        <w:spacing w:after="60"/>
      </w:pPr>
      <w:r>
        <w:rPr>
          <w:color w:val="B9B9B9"/>
          <w:sz w:val="16"/>
        </w:rPr>
        <w:t>________________________________________________________</w:t>
      </w:r>
    </w:p>
    <w:p w14:paraId="32604A62" w14:textId="77777777" w:rsidR="00AE08AB" w:rsidRDefault="00AA2D9E">
      <w:pPr>
        <w:pStyle w:val="Heading2"/>
      </w:pPr>
      <w:r>
        <w:t>My Unfiltered Prayer</w:t>
      </w:r>
    </w:p>
    <w:p w14:paraId="33126A9E" w14:textId="77777777" w:rsidR="00AE08AB" w:rsidRDefault="00AA2D9E">
      <w:r>
        <w:t>God, as I sit with a new rhythm of peace, what I most need to tell You honestly is…</w:t>
      </w:r>
    </w:p>
    <w:p w14:paraId="64910125" w14:textId="77777777" w:rsidR="00AE08AB" w:rsidRDefault="00AA2D9E">
      <w:pPr>
        <w:spacing w:after="60"/>
      </w:pPr>
      <w:r>
        <w:rPr>
          <w:color w:val="B9B9B9"/>
          <w:sz w:val="16"/>
        </w:rPr>
        <w:t>________________________________________________________</w:t>
      </w:r>
    </w:p>
    <w:p w14:paraId="29E5C8CD" w14:textId="77777777" w:rsidR="00AE08AB" w:rsidRDefault="00AA2D9E">
      <w:pPr>
        <w:spacing w:after="60"/>
      </w:pPr>
      <w:r>
        <w:rPr>
          <w:color w:val="B9B9B9"/>
          <w:sz w:val="16"/>
        </w:rPr>
        <w:t>________________________________________________________</w:t>
      </w:r>
    </w:p>
    <w:p w14:paraId="6F552A93" w14:textId="77777777" w:rsidR="00AE08AB" w:rsidRDefault="00AA2D9E">
      <w:pPr>
        <w:spacing w:after="60"/>
      </w:pPr>
      <w:r>
        <w:rPr>
          <w:color w:val="B9B9B9"/>
          <w:sz w:val="16"/>
        </w:rPr>
        <w:t>________________________________________________________</w:t>
      </w:r>
    </w:p>
    <w:p w14:paraId="314F3BE5" w14:textId="77777777" w:rsidR="00AE08AB" w:rsidRDefault="00AA2D9E">
      <w:pPr>
        <w:spacing w:after="60"/>
      </w:pPr>
      <w:r>
        <w:rPr>
          <w:color w:val="B9B9B9"/>
          <w:sz w:val="16"/>
        </w:rPr>
        <w:t>________________________________________________________</w:t>
      </w:r>
    </w:p>
    <w:p w14:paraId="47B988A6" w14:textId="77777777" w:rsidR="00AE08AB" w:rsidRDefault="00AA2D9E">
      <w:pPr>
        <w:spacing w:after="60"/>
      </w:pPr>
      <w:r>
        <w:rPr>
          <w:color w:val="B9B9B9"/>
          <w:sz w:val="16"/>
        </w:rPr>
        <w:lastRenderedPageBreak/>
        <w:t>________________________________________________________</w:t>
      </w:r>
    </w:p>
    <w:p w14:paraId="33BC1495" w14:textId="77777777" w:rsidR="00AE08AB" w:rsidRDefault="00AA2D9E">
      <w:pPr>
        <w:spacing w:after="60"/>
      </w:pPr>
      <w:r>
        <w:rPr>
          <w:color w:val="B9B9B9"/>
          <w:sz w:val="16"/>
        </w:rPr>
        <w:t>________________________________________________________</w:t>
      </w:r>
    </w:p>
    <w:p w14:paraId="516E6E85" w14:textId="77777777" w:rsidR="00AE08AB" w:rsidRDefault="00AA2D9E">
      <w:pPr>
        <w:spacing w:after="60"/>
      </w:pPr>
      <w:r>
        <w:rPr>
          <w:color w:val="B9B9B9"/>
          <w:sz w:val="16"/>
        </w:rPr>
        <w:t>________________________________________________________</w:t>
      </w:r>
    </w:p>
    <w:p w14:paraId="1492CEB8" w14:textId="77777777" w:rsidR="00AE08AB" w:rsidRDefault="00AA2D9E">
      <w:r>
        <w:br w:type="page"/>
      </w:r>
    </w:p>
    <w:p w14:paraId="5F11199F" w14:textId="77777777" w:rsidR="00AE08AB" w:rsidRDefault="00AA2D9E">
      <w:pPr>
        <w:pStyle w:val="Heading1"/>
      </w:pPr>
      <w:r>
        <w:lastRenderedPageBreak/>
        <w:t>End-of-Month Prayer Inventory</w:t>
      </w:r>
    </w:p>
    <w:p w14:paraId="2E10CC1E" w14:textId="77777777" w:rsidR="00AE08AB" w:rsidRDefault="00AA2D9E">
      <w:pPr>
        <w:pStyle w:val="Heading3"/>
      </w:pPr>
      <w:r>
        <w:t>At the beginning of this month, I was carrying…</w:t>
      </w:r>
    </w:p>
    <w:p w14:paraId="55736F31" w14:textId="77777777" w:rsidR="00AE08AB" w:rsidRDefault="00AA2D9E">
      <w:pPr>
        <w:spacing w:after="60"/>
      </w:pPr>
      <w:r>
        <w:rPr>
          <w:color w:val="B9B9B9"/>
          <w:sz w:val="16"/>
        </w:rPr>
        <w:t>________________________________________________________</w:t>
      </w:r>
    </w:p>
    <w:p w14:paraId="487D91E7" w14:textId="77777777" w:rsidR="00AE08AB" w:rsidRDefault="00AA2D9E">
      <w:pPr>
        <w:spacing w:after="60"/>
      </w:pPr>
      <w:r>
        <w:rPr>
          <w:color w:val="B9B9B9"/>
          <w:sz w:val="16"/>
        </w:rPr>
        <w:t>________________________________________________________</w:t>
      </w:r>
    </w:p>
    <w:p w14:paraId="1453225D" w14:textId="77777777" w:rsidR="00AE08AB" w:rsidRDefault="00AA2D9E">
      <w:pPr>
        <w:pStyle w:val="Heading3"/>
      </w:pPr>
      <w:r>
        <w:t>God met me through…</w:t>
      </w:r>
    </w:p>
    <w:p w14:paraId="5459FC49" w14:textId="77777777" w:rsidR="00AE08AB" w:rsidRDefault="00AA2D9E">
      <w:pPr>
        <w:spacing w:after="60"/>
      </w:pPr>
      <w:r>
        <w:rPr>
          <w:color w:val="B9B9B9"/>
          <w:sz w:val="16"/>
        </w:rPr>
        <w:t>________________________________________________________</w:t>
      </w:r>
    </w:p>
    <w:p w14:paraId="1B3066B2" w14:textId="77777777" w:rsidR="00AE08AB" w:rsidRDefault="00AA2D9E">
      <w:pPr>
        <w:spacing w:after="60"/>
      </w:pPr>
      <w:r>
        <w:rPr>
          <w:color w:val="B9B9B9"/>
          <w:sz w:val="16"/>
        </w:rPr>
        <w:t>________________________________________________________</w:t>
      </w:r>
    </w:p>
    <w:p w14:paraId="2AE07CE7" w14:textId="77777777" w:rsidR="00AE08AB" w:rsidRDefault="00AA2D9E">
      <w:pPr>
        <w:pStyle w:val="Heading3"/>
      </w:pPr>
      <w:r>
        <w:t>The Scripture I returned to most was…</w:t>
      </w:r>
    </w:p>
    <w:p w14:paraId="01247347" w14:textId="77777777" w:rsidR="00AE08AB" w:rsidRDefault="00AA2D9E">
      <w:pPr>
        <w:spacing w:after="60"/>
      </w:pPr>
      <w:r>
        <w:rPr>
          <w:color w:val="B9B9B9"/>
          <w:sz w:val="16"/>
        </w:rPr>
        <w:t>________________________________________________________</w:t>
      </w:r>
    </w:p>
    <w:p w14:paraId="6E671799" w14:textId="77777777" w:rsidR="00AE08AB" w:rsidRDefault="00AA2D9E">
      <w:pPr>
        <w:spacing w:after="60"/>
      </w:pPr>
      <w:r>
        <w:rPr>
          <w:color w:val="B9B9B9"/>
          <w:sz w:val="16"/>
        </w:rPr>
        <w:t>________________________________________________________</w:t>
      </w:r>
    </w:p>
    <w:p w14:paraId="04013A41" w14:textId="77777777" w:rsidR="00AE08AB" w:rsidRDefault="00AA2D9E">
      <w:pPr>
        <w:pStyle w:val="Heading3"/>
      </w:pPr>
      <w:r>
        <w:t>Something I understand differently now is…</w:t>
      </w:r>
    </w:p>
    <w:p w14:paraId="3E247D65" w14:textId="77777777" w:rsidR="00AE08AB" w:rsidRDefault="00AA2D9E">
      <w:pPr>
        <w:spacing w:after="60"/>
      </w:pPr>
      <w:r>
        <w:rPr>
          <w:color w:val="B9B9B9"/>
          <w:sz w:val="16"/>
        </w:rPr>
        <w:t>________________________________________________________</w:t>
      </w:r>
    </w:p>
    <w:p w14:paraId="18EB64DC" w14:textId="77777777" w:rsidR="00AE08AB" w:rsidRDefault="00AA2D9E">
      <w:pPr>
        <w:spacing w:after="60"/>
      </w:pPr>
      <w:r>
        <w:rPr>
          <w:color w:val="B9B9B9"/>
          <w:sz w:val="16"/>
        </w:rPr>
        <w:t>________________________________________________________</w:t>
      </w:r>
    </w:p>
    <w:p w14:paraId="1989053F" w14:textId="77777777" w:rsidR="00AE08AB" w:rsidRDefault="00AA2D9E">
      <w:pPr>
        <w:pStyle w:val="Heading3"/>
      </w:pPr>
      <w:r>
        <w:t>Something still unresolved is…</w:t>
      </w:r>
    </w:p>
    <w:p w14:paraId="389AF3A4" w14:textId="77777777" w:rsidR="00AE08AB" w:rsidRDefault="00AA2D9E">
      <w:pPr>
        <w:spacing w:after="60"/>
      </w:pPr>
      <w:r>
        <w:rPr>
          <w:color w:val="B9B9B9"/>
          <w:sz w:val="16"/>
        </w:rPr>
        <w:t>________________________________________________________</w:t>
      </w:r>
    </w:p>
    <w:p w14:paraId="2B81A56F" w14:textId="77777777" w:rsidR="00AE08AB" w:rsidRDefault="00AA2D9E">
      <w:pPr>
        <w:spacing w:after="60"/>
      </w:pPr>
      <w:r>
        <w:rPr>
          <w:color w:val="B9B9B9"/>
          <w:sz w:val="16"/>
        </w:rPr>
        <w:t>________________________________________________________</w:t>
      </w:r>
    </w:p>
    <w:p w14:paraId="27B45869" w14:textId="77777777" w:rsidR="00AE08AB" w:rsidRDefault="00AA2D9E">
      <w:pPr>
        <w:pStyle w:val="Heading3"/>
      </w:pPr>
      <w:r>
        <w:t>What I need to surrender before the next month is…</w:t>
      </w:r>
    </w:p>
    <w:p w14:paraId="4CB079C1" w14:textId="77777777" w:rsidR="00AE08AB" w:rsidRDefault="00AA2D9E">
      <w:pPr>
        <w:spacing w:after="60"/>
      </w:pPr>
      <w:r>
        <w:rPr>
          <w:color w:val="B9B9B9"/>
          <w:sz w:val="16"/>
        </w:rPr>
        <w:t>________________________________________________________</w:t>
      </w:r>
    </w:p>
    <w:p w14:paraId="293BB123" w14:textId="77777777" w:rsidR="00AE08AB" w:rsidRDefault="00AA2D9E">
      <w:pPr>
        <w:spacing w:after="60"/>
      </w:pPr>
      <w:r>
        <w:rPr>
          <w:color w:val="B9B9B9"/>
          <w:sz w:val="16"/>
        </w:rPr>
        <w:t>________________________________________________________</w:t>
      </w:r>
    </w:p>
    <w:p w14:paraId="72076540" w14:textId="77777777" w:rsidR="00AE08AB" w:rsidRDefault="00AA2D9E">
      <w:pPr>
        <w:pStyle w:val="Heading3"/>
      </w:pPr>
      <w:r>
        <w:t>My prayer for the month ahead is…</w:t>
      </w:r>
    </w:p>
    <w:p w14:paraId="20C44AC7" w14:textId="77777777" w:rsidR="00AE08AB" w:rsidRDefault="00AA2D9E">
      <w:pPr>
        <w:spacing w:after="60"/>
      </w:pPr>
      <w:r>
        <w:rPr>
          <w:color w:val="B9B9B9"/>
          <w:sz w:val="16"/>
        </w:rPr>
        <w:t>________________________________________________________</w:t>
      </w:r>
    </w:p>
    <w:p w14:paraId="257577F5" w14:textId="77777777" w:rsidR="00AE08AB" w:rsidRDefault="00AA2D9E">
      <w:pPr>
        <w:spacing w:after="60"/>
      </w:pPr>
      <w:r>
        <w:rPr>
          <w:color w:val="B9B9B9"/>
          <w:sz w:val="16"/>
        </w:rPr>
        <w:t>________________________________________________________</w:t>
      </w:r>
    </w:p>
    <w:p w14:paraId="2687A64E" w14:textId="77777777" w:rsidR="00AE08AB" w:rsidRDefault="00AA2D9E">
      <w:r>
        <w:br w:type="page"/>
      </w:r>
    </w:p>
    <w:p w14:paraId="3D03CFEF" w14:textId="77777777" w:rsidR="00AE08AB" w:rsidRDefault="00AA2D9E">
      <w:pPr>
        <w:pStyle w:val="Heading2"/>
      </w:pPr>
      <w:r>
        <w:lastRenderedPageBreak/>
        <w:t>MONTH FOUR</w:t>
      </w:r>
    </w:p>
    <w:p w14:paraId="564CD63F" w14:textId="77777777" w:rsidR="00AE08AB" w:rsidRDefault="00AA2D9E">
      <w:pPr>
        <w:jc w:val="center"/>
      </w:pPr>
      <w:r>
        <w:rPr>
          <w:b/>
          <w:color w:val="17324D"/>
          <w:sz w:val="46"/>
        </w:rPr>
        <w:t>REDISCOVERING YOUR INNER VOICE</w:t>
      </w:r>
    </w:p>
    <w:p w14:paraId="5CC4013B" w14:textId="77777777" w:rsidR="00AE08AB" w:rsidRDefault="00AA2D9E">
      <w:pPr>
        <w:jc w:val="center"/>
      </w:pPr>
      <w:r>
        <w:rPr>
          <w:i/>
          <w:color w:val="B08D3A"/>
        </w:rPr>
        <w:t>Prayer for Identity, Truth, and Discernment</w:t>
      </w:r>
    </w:p>
    <w:p w14:paraId="6670262C" w14:textId="77777777" w:rsidR="00AE08AB" w:rsidRDefault="00AA2D9E">
      <w:pPr>
        <w:jc w:val="center"/>
      </w:pPr>
      <w:r>
        <w:rPr>
          <w:color w:val="B08D3A"/>
        </w:rPr>
        <w:t>—  ◆  —</w:t>
      </w:r>
    </w:p>
    <w:p w14:paraId="77755BD8" w14:textId="77777777" w:rsidR="00AE08AB" w:rsidRDefault="00AA2D9E">
      <w:pPr>
        <w:pStyle w:val="Heading2"/>
      </w:pPr>
      <w:r>
        <w:t>Beginning-of-Month Prayer</w:t>
      </w:r>
    </w:p>
    <w:p w14:paraId="6C5162F4" w14:textId="77777777" w:rsidR="00AE08AB" w:rsidRDefault="00AA2D9E">
      <w:r>
        <w:t>Father, as I enter this month of rediscovering your inner voice, teach me to pray with honesty rather than performance. Help me notice what is happening within me, bring it into Your presence, and receive the grace I need for each day. Amen.</w:t>
      </w:r>
    </w:p>
    <w:p w14:paraId="094E23A7" w14:textId="77777777" w:rsidR="00AE08AB" w:rsidRDefault="00AA2D9E">
      <w:pPr>
        <w:pStyle w:val="Heading2"/>
      </w:pPr>
      <w:r>
        <w:t>What I Am Carrying Into This Month</w:t>
      </w:r>
    </w:p>
    <w:p w14:paraId="15BA7EA2" w14:textId="77777777" w:rsidR="00AE08AB" w:rsidRDefault="00AA2D9E">
      <w:pPr>
        <w:spacing w:after="60"/>
      </w:pPr>
      <w:r>
        <w:rPr>
          <w:color w:val="B9B9B9"/>
          <w:sz w:val="16"/>
        </w:rPr>
        <w:t>________________________________________________________</w:t>
      </w:r>
    </w:p>
    <w:p w14:paraId="2E98D2D6" w14:textId="77777777" w:rsidR="00AE08AB" w:rsidRDefault="00AA2D9E">
      <w:pPr>
        <w:spacing w:after="60"/>
      </w:pPr>
      <w:r>
        <w:rPr>
          <w:color w:val="B9B9B9"/>
          <w:sz w:val="16"/>
        </w:rPr>
        <w:t>________________________________________________________</w:t>
      </w:r>
    </w:p>
    <w:p w14:paraId="37DD283F" w14:textId="77777777" w:rsidR="00AE08AB" w:rsidRDefault="00AA2D9E">
      <w:pPr>
        <w:spacing w:after="60"/>
      </w:pPr>
      <w:r>
        <w:rPr>
          <w:color w:val="B9B9B9"/>
          <w:sz w:val="16"/>
        </w:rPr>
        <w:t>________________________________________________________</w:t>
      </w:r>
    </w:p>
    <w:p w14:paraId="3A5DBDD2" w14:textId="77777777" w:rsidR="00AE08AB" w:rsidRDefault="00AA2D9E">
      <w:pPr>
        <w:spacing w:after="60"/>
      </w:pPr>
      <w:r>
        <w:rPr>
          <w:color w:val="B9B9B9"/>
          <w:sz w:val="16"/>
        </w:rPr>
        <w:t>________________________________________________________</w:t>
      </w:r>
    </w:p>
    <w:p w14:paraId="3947FF53" w14:textId="77777777" w:rsidR="00AE08AB" w:rsidRDefault="00AA2D9E">
      <w:r>
        <w:br w:type="page"/>
      </w:r>
    </w:p>
    <w:p w14:paraId="1A1AEB6C" w14:textId="77777777" w:rsidR="00AE08AB" w:rsidRDefault="00AA2D9E">
      <w:pPr>
        <w:pStyle w:val="Heading2"/>
      </w:pPr>
      <w:r>
        <w:lastRenderedPageBreak/>
        <w:t>DAY 1</w:t>
      </w:r>
    </w:p>
    <w:p w14:paraId="15C640AA" w14:textId="77777777" w:rsidR="00AE08AB" w:rsidRDefault="00AA2D9E">
      <w:pPr>
        <w:pStyle w:val="Heading1"/>
      </w:pPr>
      <w:r>
        <w:t>Who Am I Beneath the Noise?</w:t>
      </w:r>
    </w:p>
    <w:p w14:paraId="71AB7699" w14:textId="77777777" w:rsidR="00AE08AB" w:rsidRDefault="00AA2D9E">
      <w:r>
        <w:rPr>
          <w:b/>
          <w:color w:val="B08D3A"/>
        </w:rPr>
        <w:t xml:space="preserve">SCRIPTURE ANCHOR  </w:t>
      </w:r>
      <w:r>
        <w:t>Psalm 139:14</w:t>
      </w:r>
    </w:p>
    <w:p w14:paraId="59F1B84D" w14:textId="77777777" w:rsidR="00AE08AB" w:rsidRDefault="00AA2D9E">
      <w:pPr>
        <w:pStyle w:val="Heading2"/>
      </w:pPr>
      <w:r>
        <w:t>Pause</w:t>
      </w:r>
    </w:p>
    <w:p w14:paraId="29385165" w14:textId="77777777" w:rsidR="00AE08AB" w:rsidRDefault="00AA2D9E">
      <w:r>
        <w:t>Take three slow breaths. Let your body become still. You do not have to solve anything before you pray.</w:t>
      </w:r>
    </w:p>
    <w:p w14:paraId="709746FC" w14:textId="77777777" w:rsidR="00AE08AB" w:rsidRDefault="00AA2D9E">
      <w:pPr>
        <w:pStyle w:val="Heading2"/>
      </w:pPr>
      <w:r>
        <w:t>Guided Prayer</w:t>
      </w:r>
    </w:p>
    <w:p w14:paraId="768B33B2" w14:textId="77777777" w:rsidR="00AE08AB" w:rsidRDefault="00AA2D9E">
      <w:r>
        <w:t>Father, I bring You the reality of who am i beneath the noise?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554B2122" w14:textId="77777777" w:rsidR="00AE08AB" w:rsidRDefault="00AA2D9E">
      <w:pPr>
        <w:pStyle w:val="Heading2"/>
      </w:pPr>
      <w:r>
        <w:t>Release</w:t>
      </w:r>
    </w:p>
    <w:p w14:paraId="3E42FDBA" w14:textId="77777777" w:rsidR="00AE08AB" w:rsidRDefault="00AA2D9E">
      <w:r>
        <w:t>Complete this sentence slowly: “Father, today I place into Your hands…”</w:t>
      </w:r>
    </w:p>
    <w:p w14:paraId="2B0CA363" w14:textId="77777777" w:rsidR="00AE08AB" w:rsidRDefault="00AA2D9E">
      <w:pPr>
        <w:spacing w:after="60"/>
      </w:pPr>
      <w:r>
        <w:rPr>
          <w:color w:val="B9B9B9"/>
          <w:sz w:val="16"/>
        </w:rPr>
        <w:t>________________________________________________________</w:t>
      </w:r>
    </w:p>
    <w:p w14:paraId="1EE4C623" w14:textId="77777777" w:rsidR="00AE08AB" w:rsidRDefault="00AA2D9E">
      <w:pPr>
        <w:spacing w:after="60"/>
      </w:pPr>
      <w:r>
        <w:rPr>
          <w:color w:val="B9B9B9"/>
          <w:sz w:val="16"/>
        </w:rPr>
        <w:t>________________________________________________________</w:t>
      </w:r>
    </w:p>
    <w:p w14:paraId="4991F6E5" w14:textId="77777777" w:rsidR="00AE08AB" w:rsidRDefault="00AA2D9E">
      <w:pPr>
        <w:pStyle w:val="Heading2"/>
      </w:pPr>
      <w:r>
        <w:t>Listen</w:t>
      </w:r>
    </w:p>
    <w:p w14:paraId="7FB98249" w14:textId="77777777" w:rsidR="00AE08AB" w:rsidRDefault="00AA2D9E">
      <w:r>
        <w:t>Remain quiet for a moment. What truth, Scripture, conviction, or gentle reminder is rising?</w:t>
      </w:r>
    </w:p>
    <w:p w14:paraId="0AC81539" w14:textId="77777777" w:rsidR="00AE08AB" w:rsidRDefault="00AA2D9E">
      <w:pPr>
        <w:spacing w:after="60"/>
      </w:pPr>
      <w:r>
        <w:rPr>
          <w:color w:val="B9B9B9"/>
          <w:sz w:val="16"/>
        </w:rPr>
        <w:t>________________________________________________________</w:t>
      </w:r>
    </w:p>
    <w:p w14:paraId="38E2D1FF" w14:textId="77777777" w:rsidR="00AE08AB" w:rsidRDefault="00AA2D9E">
      <w:pPr>
        <w:spacing w:after="60"/>
      </w:pPr>
      <w:r>
        <w:rPr>
          <w:color w:val="B9B9B9"/>
          <w:sz w:val="16"/>
        </w:rPr>
        <w:t>________________________________________________________</w:t>
      </w:r>
    </w:p>
    <w:p w14:paraId="709EF681" w14:textId="77777777" w:rsidR="00AE08AB" w:rsidRDefault="00AA2D9E">
      <w:pPr>
        <w:pStyle w:val="Heading2"/>
      </w:pPr>
      <w:r>
        <w:t>My Unfiltered Prayer</w:t>
      </w:r>
    </w:p>
    <w:p w14:paraId="1D63AF06" w14:textId="77777777" w:rsidR="00AE08AB" w:rsidRDefault="00AA2D9E">
      <w:r>
        <w:t>God, as I sit with who am i beneath the noise?, what I most need to tell You honestly is…</w:t>
      </w:r>
    </w:p>
    <w:p w14:paraId="143E2BE9" w14:textId="77777777" w:rsidR="00AE08AB" w:rsidRDefault="00AA2D9E">
      <w:pPr>
        <w:spacing w:after="60"/>
      </w:pPr>
      <w:r>
        <w:rPr>
          <w:color w:val="B9B9B9"/>
          <w:sz w:val="16"/>
        </w:rPr>
        <w:t>________________________________________________________</w:t>
      </w:r>
    </w:p>
    <w:p w14:paraId="30273BFF" w14:textId="77777777" w:rsidR="00AE08AB" w:rsidRDefault="00AA2D9E">
      <w:pPr>
        <w:spacing w:after="60"/>
      </w:pPr>
      <w:r>
        <w:rPr>
          <w:color w:val="B9B9B9"/>
          <w:sz w:val="16"/>
        </w:rPr>
        <w:t>________________________________________________________</w:t>
      </w:r>
    </w:p>
    <w:p w14:paraId="6C3581DF" w14:textId="77777777" w:rsidR="00AE08AB" w:rsidRDefault="00AA2D9E">
      <w:pPr>
        <w:spacing w:after="60"/>
      </w:pPr>
      <w:r>
        <w:rPr>
          <w:color w:val="B9B9B9"/>
          <w:sz w:val="16"/>
        </w:rPr>
        <w:t>________________________________________________________</w:t>
      </w:r>
    </w:p>
    <w:p w14:paraId="5BC438DA" w14:textId="77777777" w:rsidR="00AE08AB" w:rsidRDefault="00AA2D9E">
      <w:pPr>
        <w:spacing w:after="60"/>
      </w:pPr>
      <w:r>
        <w:rPr>
          <w:color w:val="B9B9B9"/>
          <w:sz w:val="16"/>
        </w:rPr>
        <w:lastRenderedPageBreak/>
        <w:t>________________________________________________________</w:t>
      </w:r>
    </w:p>
    <w:p w14:paraId="11C5F251" w14:textId="77777777" w:rsidR="00AE08AB" w:rsidRDefault="00AA2D9E">
      <w:pPr>
        <w:spacing w:after="60"/>
      </w:pPr>
      <w:r>
        <w:rPr>
          <w:color w:val="B9B9B9"/>
          <w:sz w:val="16"/>
        </w:rPr>
        <w:t>________________________________________________________</w:t>
      </w:r>
    </w:p>
    <w:p w14:paraId="71EDCF36" w14:textId="77777777" w:rsidR="00AE08AB" w:rsidRDefault="00AA2D9E">
      <w:pPr>
        <w:spacing w:after="60"/>
      </w:pPr>
      <w:r>
        <w:rPr>
          <w:color w:val="B9B9B9"/>
          <w:sz w:val="16"/>
        </w:rPr>
        <w:t>________________________________________________________</w:t>
      </w:r>
    </w:p>
    <w:p w14:paraId="4B3336E3" w14:textId="77777777" w:rsidR="00AE08AB" w:rsidRDefault="00AA2D9E">
      <w:pPr>
        <w:spacing w:after="60"/>
      </w:pPr>
      <w:r>
        <w:rPr>
          <w:color w:val="B9B9B9"/>
          <w:sz w:val="16"/>
        </w:rPr>
        <w:t>________________________________________________________</w:t>
      </w:r>
    </w:p>
    <w:p w14:paraId="06CD8E71" w14:textId="77777777" w:rsidR="00AE08AB" w:rsidRDefault="00AA2D9E">
      <w:r>
        <w:br w:type="page"/>
      </w:r>
    </w:p>
    <w:p w14:paraId="16DE2EB7" w14:textId="77777777" w:rsidR="00AE08AB" w:rsidRDefault="00AA2D9E">
      <w:pPr>
        <w:pStyle w:val="Heading2"/>
      </w:pPr>
      <w:r>
        <w:lastRenderedPageBreak/>
        <w:t>DAY 2</w:t>
      </w:r>
    </w:p>
    <w:p w14:paraId="64B2D5A8" w14:textId="77777777" w:rsidR="00AE08AB" w:rsidRDefault="00AA2D9E">
      <w:pPr>
        <w:pStyle w:val="Heading1"/>
      </w:pPr>
      <w:r>
        <w:t>The Voices You Have Carried</w:t>
      </w:r>
    </w:p>
    <w:p w14:paraId="3BBB6A32" w14:textId="77777777" w:rsidR="00AE08AB" w:rsidRDefault="00AA2D9E">
      <w:r>
        <w:rPr>
          <w:b/>
          <w:color w:val="B08D3A"/>
        </w:rPr>
        <w:t xml:space="preserve">SCRIPTURE ANCHOR  </w:t>
      </w:r>
      <w:r>
        <w:t>Romans 12:2</w:t>
      </w:r>
    </w:p>
    <w:p w14:paraId="1FE5C3AD" w14:textId="77777777" w:rsidR="00AE08AB" w:rsidRDefault="00AA2D9E">
      <w:pPr>
        <w:pStyle w:val="Heading2"/>
      </w:pPr>
      <w:r>
        <w:t>Pause</w:t>
      </w:r>
    </w:p>
    <w:p w14:paraId="4C909093" w14:textId="77777777" w:rsidR="00AE08AB" w:rsidRDefault="00AA2D9E">
      <w:r>
        <w:t>Take three slow breaths. Let your body become still. You do not have to solve anything before you pray.</w:t>
      </w:r>
    </w:p>
    <w:p w14:paraId="6107313D" w14:textId="77777777" w:rsidR="00AE08AB" w:rsidRDefault="00AA2D9E">
      <w:pPr>
        <w:pStyle w:val="Heading2"/>
      </w:pPr>
      <w:r>
        <w:t>Guided Prayer</w:t>
      </w:r>
    </w:p>
    <w:p w14:paraId="6BF8E931" w14:textId="77777777" w:rsidR="00AE08AB" w:rsidRDefault="00AA2D9E">
      <w:r>
        <w:t>Father, I bring You the reality of the voices you have carried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4716FC8E" w14:textId="77777777" w:rsidR="00AE08AB" w:rsidRDefault="00AA2D9E">
      <w:pPr>
        <w:pStyle w:val="Heading2"/>
      </w:pPr>
      <w:r>
        <w:t>Release</w:t>
      </w:r>
    </w:p>
    <w:p w14:paraId="57E3A1E3" w14:textId="77777777" w:rsidR="00AE08AB" w:rsidRDefault="00AA2D9E">
      <w:r>
        <w:t>Complete this sentence slowly: “Father, today I place into Your hands…”</w:t>
      </w:r>
    </w:p>
    <w:p w14:paraId="52C6542F" w14:textId="77777777" w:rsidR="00AE08AB" w:rsidRDefault="00AA2D9E">
      <w:pPr>
        <w:spacing w:after="60"/>
      </w:pPr>
      <w:r>
        <w:rPr>
          <w:color w:val="B9B9B9"/>
          <w:sz w:val="16"/>
        </w:rPr>
        <w:t>________________________________________________________</w:t>
      </w:r>
    </w:p>
    <w:p w14:paraId="1D987D4C" w14:textId="77777777" w:rsidR="00AE08AB" w:rsidRDefault="00AA2D9E">
      <w:pPr>
        <w:spacing w:after="60"/>
      </w:pPr>
      <w:r>
        <w:rPr>
          <w:color w:val="B9B9B9"/>
          <w:sz w:val="16"/>
        </w:rPr>
        <w:t>________________________________________________________</w:t>
      </w:r>
    </w:p>
    <w:p w14:paraId="7E0B8780" w14:textId="77777777" w:rsidR="00AE08AB" w:rsidRDefault="00AA2D9E">
      <w:pPr>
        <w:pStyle w:val="Heading2"/>
      </w:pPr>
      <w:r>
        <w:t>Listen</w:t>
      </w:r>
    </w:p>
    <w:p w14:paraId="1B5A30DD" w14:textId="77777777" w:rsidR="00AE08AB" w:rsidRDefault="00AA2D9E">
      <w:r>
        <w:t>Remain quiet for a moment. What truth, Scripture, conviction, or gentle reminder is rising?</w:t>
      </w:r>
    </w:p>
    <w:p w14:paraId="6E114F65" w14:textId="77777777" w:rsidR="00AE08AB" w:rsidRDefault="00AA2D9E">
      <w:pPr>
        <w:spacing w:after="60"/>
      </w:pPr>
      <w:r>
        <w:rPr>
          <w:color w:val="B9B9B9"/>
          <w:sz w:val="16"/>
        </w:rPr>
        <w:t>________________________________________________________</w:t>
      </w:r>
    </w:p>
    <w:p w14:paraId="291FCFFA" w14:textId="77777777" w:rsidR="00AE08AB" w:rsidRDefault="00AA2D9E">
      <w:pPr>
        <w:spacing w:after="60"/>
      </w:pPr>
      <w:r>
        <w:rPr>
          <w:color w:val="B9B9B9"/>
          <w:sz w:val="16"/>
        </w:rPr>
        <w:t>________________________________________________________</w:t>
      </w:r>
    </w:p>
    <w:p w14:paraId="447A6E14" w14:textId="77777777" w:rsidR="00AE08AB" w:rsidRDefault="00AA2D9E">
      <w:pPr>
        <w:pStyle w:val="Heading2"/>
      </w:pPr>
      <w:r>
        <w:t>My Unfiltered Prayer</w:t>
      </w:r>
    </w:p>
    <w:p w14:paraId="27DDE150" w14:textId="77777777" w:rsidR="00AE08AB" w:rsidRDefault="00AA2D9E">
      <w:r>
        <w:t>God, as I sit with the voices you have carried, what I most need to tell You honestly is…</w:t>
      </w:r>
    </w:p>
    <w:p w14:paraId="0619910F" w14:textId="77777777" w:rsidR="00AE08AB" w:rsidRDefault="00AA2D9E">
      <w:pPr>
        <w:spacing w:after="60"/>
      </w:pPr>
      <w:r>
        <w:rPr>
          <w:color w:val="B9B9B9"/>
          <w:sz w:val="16"/>
        </w:rPr>
        <w:t>________________________________________________________</w:t>
      </w:r>
    </w:p>
    <w:p w14:paraId="1DDE9B82" w14:textId="77777777" w:rsidR="00AE08AB" w:rsidRDefault="00AA2D9E">
      <w:pPr>
        <w:spacing w:after="60"/>
      </w:pPr>
      <w:r>
        <w:rPr>
          <w:color w:val="B9B9B9"/>
          <w:sz w:val="16"/>
        </w:rPr>
        <w:t>________________________________________________________</w:t>
      </w:r>
    </w:p>
    <w:p w14:paraId="00008067" w14:textId="77777777" w:rsidR="00AE08AB" w:rsidRDefault="00AA2D9E">
      <w:pPr>
        <w:spacing w:after="60"/>
      </w:pPr>
      <w:r>
        <w:rPr>
          <w:color w:val="B9B9B9"/>
          <w:sz w:val="16"/>
        </w:rPr>
        <w:t>________________________________________________________</w:t>
      </w:r>
    </w:p>
    <w:p w14:paraId="2E4AAF68" w14:textId="77777777" w:rsidR="00AE08AB" w:rsidRDefault="00AA2D9E">
      <w:pPr>
        <w:spacing w:after="60"/>
      </w:pPr>
      <w:r>
        <w:rPr>
          <w:color w:val="B9B9B9"/>
          <w:sz w:val="16"/>
        </w:rPr>
        <w:lastRenderedPageBreak/>
        <w:t>________________________________________________________</w:t>
      </w:r>
    </w:p>
    <w:p w14:paraId="02380745" w14:textId="77777777" w:rsidR="00AE08AB" w:rsidRDefault="00AA2D9E">
      <w:pPr>
        <w:spacing w:after="60"/>
      </w:pPr>
      <w:r>
        <w:rPr>
          <w:color w:val="B9B9B9"/>
          <w:sz w:val="16"/>
        </w:rPr>
        <w:t>________________________________________________________</w:t>
      </w:r>
    </w:p>
    <w:p w14:paraId="3A7BA534" w14:textId="77777777" w:rsidR="00AE08AB" w:rsidRDefault="00AA2D9E">
      <w:pPr>
        <w:spacing w:after="60"/>
      </w:pPr>
      <w:r>
        <w:rPr>
          <w:color w:val="B9B9B9"/>
          <w:sz w:val="16"/>
        </w:rPr>
        <w:t>________________________________________________________</w:t>
      </w:r>
    </w:p>
    <w:p w14:paraId="347D8C24" w14:textId="77777777" w:rsidR="00AE08AB" w:rsidRDefault="00AA2D9E">
      <w:pPr>
        <w:spacing w:after="60"/>
      </w:pPr>
      <w:r>
        <w:rPr>
          <w:color w:val="B9B9B9"/>
          <w:sz w:val="16"/>
        </w:rPr>
        <w:t>________________________________________________________</w:t>
      </w:r>
    </w:p>
    <w:p w14:paraId="4F762029" w14:textId="77777777" w:rsidR="00AE08AB" w:rsidRDefault="00AA2D9E">
      <w:r>
        <w:br w:type="page"/>
      </w:r>
    </w:p>
    <w:p w14:paraId="01BCB1FF" w14:textId="77777777" w:rsidR="00AE08AB" w:rsidRDefault="00AA2D9E">
      <w:pPr>
        <w:pStyle w:val="Heading2"/>
      </w:pPr>
      <w:r>
        <w:lastRenderedPageBreak/>
        <w:t>DAY 3</w:t>
      </w:r>
    </w:p>
    <w:p w14:paraId="3F0522BB" w14:textId="77777777" w:rsidR="00AE08AB" w:rsidRDefault="00AA2D9E">
      <w:pPr>
        <w:pStyle w:val="Heading1"/>
      </w:pPr>
      <w:r>
        <w:t>God Knows Your Name</w:t>
      </w:r>
    </w:p>
    <w:p w14:paraId="43124863" w14:textId="77777777" w:rsidR="00AE08AB" w:rsidRDefault="00AA2D9E">
      <w:r>
        <w:rPr>
          <w:b/>
          <w:color w:val="B08D3A"/>
        </w:rPr>
        <w:t xml:space="preserve">SCRIPTURE ANCHOR  </w:t>
      </w:r>
      <w:r>
        <w:t>Isaiah 43:1</w:t>
      </w:r>
    </w:p>
    <w:p w14:paraId="2F6FD063" w14:textId="77777777" w:rsidR="00AE08AB" w:rsidRDefault="00AA2D9E">
      <w:pPr>
        <w:pStyle w:val="Heading2"/>
      </w:pPr>
      <w:r>
        <w:t>Pause</w:t>
      </w:r>
    </w:p>
    <w:p w14:paraId="6F9A384F" w14:textId="77777777" w:rsidR="00AE08AB" w:rsidRDefault="00AA2D9E">
      <w:r>
        <w:t>Take three slow breaths. Let your body become still. You do not have to solve anything before you pray.</w:t>
      </w:r>
    </w:p>
    <w:p w14:paraId="0A6F2072" w14:textId="77777777" w:rsidR="00AE08AB" w:rsidRDefault="00AA2D9E">
      <w:pPr>
        <w:pStyle w:val="Heading2"/>
      </w:pPr>
      <w:r>
        <w:t>Guided Prayer</w:t>
      </w:r>
    </w:p>
    <w:p w14:paraId="643C5EB3" w14:textId="77777777" w:rsidR="00AE08AB" w:rsidRDefault="00AA2D9E">
      <w:r>
        <w:t>Father, I bring You the reality of god knows your name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w:t>
      </w:r>
      <w:r>
        <w:t>ons remain unanswered. In Jesus' name, Amen.</w:t>
      </w:r>
    </w:p>
    <w:p w14:paraId="7B09D616" w14:textId="77777777" w:rsidR="00AE08AB" w:rsidRDefault="00AA2D9E">
      <w:pPr>
        <w:pStyle w:val="Heading2"/>
      </w:pPr>
      <w:r>
        <w:t>Release</w:t>
      </w:r>
    </w:p>
    <w:p w14:paraId="4366FAC2" w14:textId="77777777" w:rsidR="00AE08AB" w:rsidRDefault="00AA2D9E">
      <w:r>
        <w:t>Complete this sentence slowly: “Father, today I place into Your hands…”</w:t>
      </w:r>
    </w:p>
    <w:p w14:paraId="60AECC8D" w14:textId="77777777" w:rsidR="00AE08AB" w:rsidRDefault="00AA2D9E">
      <w:pPr>
        <w:spacing w:after="60"/>
      </w:pPr>
      <w:r>
        <w:rPr>
          <w:color w:val="B9B9B9"/>
          <w:sz w:val="16"/>
        </w:rPr>
        <w:t>________________________________________________________</w:t>
      </w:r>
    </w:p>
    <w:p w14:paraId="2CEA2287" w14:textId="77777777" w:rsidR="00AE08AB" w:rsidRDefault="00AA2D9E">
      <w:pPr>
        <w:spacing w:after="60"/>
      </w:pPr>
      <w:r>
        <w:rPr>
          <w:color w:val="B9B9B9"/>
          <w:sz w:val="16"/>
        </w:rPr>
        <w:t>________________________________________________________</w:t>
      </w:r>
    </w:p>
    <w:p w14:paraId="2D3B5EB3" w14:textId="77777777" w:rsidR="00AE08AB" w:rsidRDefault="00AA2D9E">
      <w:pPr>
        <w:pStyle w:val="Heading2"/>
      </w:pPr>
      <w:r>
        <w:t>Listen</w:t>
      </w:r>
    </w:p>
    <w:p w14:paraId="59ACC1B5" w14:textId="77777777" w:rsidR="00AE08AB" w:rsidRDefault="00AA2D9E">
      <w:r>
        <w:t>Remain quiet for a moment. What truth, Scripture, conviction, or gentle reminder is rising?</w:t>
      </w:r>
    </w:p>
    <w:p w14:paraId="53901DEF" w14:textId="77777777" w:rsidR="00AE08AB" w:rsidRDefault="00AA2D9E">
      <w:pPr>
        <w:spacing w:after="60"/>
      </w:pPr>
      <w:r>
        <w:rPr>
          <w:color w:val="B9B9B9"/>
          <w:sz w:val="16"/>
        </w:rPr>
        <w:t>________________________________________________________</w:t>
      </w:r>
    </w:p>
    <w:p w14:paraId="5AD94A37" w14:textId="77777777" w:rsidR="00AE08AB" w:rsidRDefault="00AA2D9E">
      <w:pPr>
        <w:spacing w:after="60"/>
      </w:pPr>
      <w:r>
        <w:rPr>
          <w:color w:val="B9B9B9"/>
          <w:sz w:val="16"/>
        </w:rPr>
        <w:t>________________________________________________________</w:t>
      </w:r>
    </w:p>
    <w:p w14:paraId="5D010B80" w14:textId="77777777" w:rsidR="00AE08AB" w:rsidRDefault="00AA2D9E">
      <w:pPr>
        <w:pStyle w:val="Heading2"/>
      </w:pPr>
      <w:r>
        <w:t>My Unfiltered Prayer</w:t>
      </w:r>
    </w:p>
    <w:p w14:paraId="0C232072" w14:textId="77777777" w:rsidR="00AE08AB" w:rsidRDefault="00AA2D9E">
      <w:r>
        <w:t>God, as I sit with god knows your name, what I most need to tell You honestly is…</w:t>
      </w:r>
    </w:p>
    <w:p w14:paraId="3AA05AF4" w14:textId="77777777" w:rsidR="00AE08AB" w:rsidRDefault="00AA2D9E">
      <w:pPr>
        <w:spacing w:after="60"/>
      </w:pPr>
      <w:r>
        <w:rPr>
          <w:color w:val="B9B9B9"/>
          <w:sz w:val="16"/>
        </w:rPr>
        <w:t>________________________________________________________</w:t>
      </w:r>
    </w:p>
    <w:p w14:paraId="34CE1C8E" w14:textId="77777777" w:rsidR="00AE08AB" w:rsidRDefault="00AA2D9E">
      <w:pPr>
        <w:spacing w:after="60"/>
      </w:pPr>
      <w:r>
        <w:rPr>
          <w:color w:val="B9B9B9"/>
          <w:sz w:val="16"/>
        </w:rPr>
        <w:t>________________________________________________________</w:t>
      </w:r>
    </w:p>
    <w:p w14:paraId="622A4C39" w14:textId="77777777" w:rsidR="00AE08AB" w:rsidRDefault="00AA2D9E">
      <w:pPr>
        <w:spacing w:after="60"/>
      </w:pPr>
      <w:r>
        <w:rPr>
          <w:color w:val="B9B9B9"/>
          <w:sz w:val="16"/>
        </w:rPr>
        <w:t>________________________________________________________</w:t>
      </w:r>
    </w:p>
    <w:p w14:paraId="0BBB2258" w14:textId="77777777" w:rsidR="00AE08AB" w:rsidRDefault="00AA2D9E">
      <w:pPr>
        <w:spacing w:after="60"/>
      </w:pPr>
      <w:r>
        <w:rPr>
          <w:color w:val="B9B9B9"/>
          <w:sz w:val="16"/>
        </w:rPr>
        <w:lastRenderedPageBreak/>
        <w:t>________________________________________________________</w:t>
      </w:r>
    </w:p>
    <w:p w14:paraId="25213235" w14:textId="77777777" w:rsidR="00AE08AB" w:rsidRDefault="00AA2D9E">
      <w:pPr>
        <w:spacing w:after="60"/>
      </w:pPr>
      <w:r>
        <w:rPr>
          <w:color w:val="B9B9B9"/>
          <w:sz w:val="16"/>
        </w:rPr>
        <w:t>________________________________________________________</w:t>
      </w:r>
    </w:p>
    <w:p w14:paraId="058FE37D" w14:textId="77777777" w:rsidR="00AE08AB" w:rsidRDefault="00AA2D9E">
      <w:pPr>
        <w:spacing w:after="60"/>
      </w:pPr>
      <w:r>
        <w:rPr>
          <w:color w:val="B9B9B9"/>
          <w:sz w:val="16"/>
        </w:rPr>
        <w:t>________________________________________________________</w:t>
      </w:r>
    </w:p>
    <w:p w14:paraId="7C16E9C7" w14:textId="77777777" w:rsidR="00AE08AB" w:rsidRDefault="00AA2D9E">
      <w:pPr>
        <w:spacing w:after="60"/>
      </w:pPr>
      <w:r>
        <w:rPr>
          <w:color w:val="B9B9B9"/>
          <w:sz w:val="16"/>
        </w:rPr>
        <w:t>________________________________________________________</w:t>
      </w:r>
    </w:p>
    <w:p w14:paraId="1613806A" w14:textId="77777777" w:rsidR="00AE08AB" w:rsidRDefault="00AA2D9E">
      <w:r>
        <w:br w:type="page"/>
      </w:r>
    </w:p>
    <w:p w14:paraId="05322593" w14:textId="77777777" w:rsidR="00AE08AB" w:rsidRDefault="00AA2D9E">
      <w:pPr>
        <w:pStyle w:val="Heading2"/>
      </w:pPr>
      <w:r>
        <w:lastRenderedPageBreak/>
        <w:t>DAY 4</w:t>
      </w:r>
    </w:p>
    <w:p w14:paraId="6FD81B51" w14:textId="77777777" w:rsidR="00AE08AB" w:rsidRDefault="00AA2D9E">
      <w:pPr>
        <w:pStyle w:val="Heading1"/>
      </w:pPr>
      <w:r>
        <w:t>Separating Identity From Circumstance</w:t>
      </w:r>
    </w:p>
    <w:p w14:paraId="509CE4FE" w14:textId="77777777" w:rsidR="00AE08AB" w:rsidRDefault="00AA2D9E">
      <w:r>
        <w:rPr>
          <w:b/>
          <w:color w:val="B08D3A"/>
        </w:rPr>
        <w:t xml:space="preserve">SCRIPTURE ANCHOR  </w:t>
      </w:r>
      <w:r>
        <w:t>2 Corinthians 5:17</w:t>
      </w:r>
    </w:p>
    <w:p w14:paraId="2E09B3C6" w14:textId="77777777" w:rsidR="00AE08AB" w:rsidRDefault="00AA2D9E">
      <w:pPr>
        <w:pStyle w:val="Heading2"/>
      </w:pPr>
      <w:r>
        <w:t>Pause</w:t>
      </w:r>
    </w:p>
    <w:p w14:paraId="4542820E" w14:textId="77777777" w:rsidR="00AE08AB" w:rsidRDefault="00AA2D9E">
      <w:r>
        <w:t>Take three slow breaths. Let your body become still. You do not have to solve anything before you pray.</w:t>
      </w:r>
    </w:p>
    <w:p w14:paraId="238425BC" w14:textId="77777777" w:rsidR="00AE08AB" w:rsidRDefault="00AA2D9E">
      <w:pPr>
        <w:pStyle w:val="Heading2"/>
      </w:pPr>
      <w:r>
        <w:t>Guided Prayer</w:t>
      </w:r>
    </w:p>
    <w:p w14:paraId="1FA85E30" w14:textId="77777777" w:rsidR="00AE08AB" w:rsidRDefault="00AA2D9E">
      <w:r>
        <w:t>Father, I bring You the reality of separating identity from circumstance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w:t>
      </w:r>
      <w:r>
        <w:t xml:space="preserve"> while some questions remain unanswered. In Jesus' name, Amen.</w:t>
      </w:r>
    </w:p>
    <w:p w14:paraId="19321674" w14:textId="77777777" w:rsidR="00AE08AB" w:rsidRDefault="00AA2D9E">
      <w:pPr>
        <w:pStyle w:val="Heading2"/>
      </w:pPr>
      <w:r>
        <w:t>Release</w:t>
      </w:r>
    </w:p>
    <w:p w14:paraId="319430C4" w14:textId="77777777" w:rsidR="00AE08AB" w:rsidRDefault="00AA2D9E">
      <w:r>
        <w:t>Complete this sentence slowly: “Father, today I place into Your hands…”</w:t>
      </w:r>
    </w:p>
    <w:p w14:paraId="1D1F93C4" w14:textId="77777777" w:rsidR="00AE08AB" w:rsidRDefault="00AA2D9E">
      <w:pPr>
        <w:spacing w:after="60"/>
      </w:pPr>
      <w:r>
        <w:rPr>
          <w:color w:val="B9B9B9"/>
          <w:sz w:val="16"/>
        </w:rPr>
        <w:t>________________________________________________________</w:t>
      </w:r>
    </w:p>
    <w:p w14:paraId="5F748165" w14:textId="77777777" w:rsidR="00AE08AB" w:rsidRDefault="00AA2D9E">
      <w:pPr>
        <w:spacing w:after="60"/>
      </w:pPr>
      <w:r>
        <w:rPr>
          <w:color w:val="B9B9B9"/>
          <w:sz w:val="16"/>
        </w:rPr>
        <w:t>________________________________________________________</w:t>
      </w:r>
    </w:p>
    <w:p w14:paraId="1394EC91" w14:textId="77777777" w:rsidR="00AE08AB" w:rsidRDefault="00AA2D9E">
      <w:pPr>
        <w:pStyle w:val="Heading2"/>
      </w:pPr>
      <w:r>
        <w:t>Listen</w:t>
      </w:r>
    </w:p>
    <w:p w14:paraId="5344273A" w14:textId="77777777" w:rsidR="00AE08AB" w:rsidRDefault="00AA2D9E">
      <w:r>
        <w:t>Remain quiet for a moment. What truth, Scripture, conviction, or gentle reminder is rising?</w:t>
      </w:r>
    </w:p>
    <w:p w14:paraId="78A1D0E1" w14:textId="77777777" w:rsidR="00AE08AB" w:rsidRDefault="00AA2D9E">
      <w:pPr>
        <w:spacing w:after="60"/>
      </w:pPr>
      <w:r>
        <w:rPr>
          <w:color w:val="B9B9B9"/>
          <w:sz w:val="16"/>
        </w:rPr>
        <w:t>________________________________________________________</w:t>
      </w:r>
    </w:p>
    <w:p w14:paraId="72D74EC2" w14:textId="77777777" w:rsidR="00AE08AB" w:rsidRDefault="00AA2D9E">
      <w:pPr>
        <w:spacing w:after="60"/>
      </w:pPr>
      <w:r>
        <w:rPr>
          <w:color w:val="B9B9B9"/>
          <w:sz w:val="16"/>
        </w:rPr>
        <w:t>________________________________________________________</w:t>
      </w:r>
    </w:p>
    <w:p w14:paraId="48F54E9B" w14:textId="77777777" w:rsidR="00AE08AB" w:rsidRDefault="00AA2D9E">
      <w:pPr>
        <w:pStyle w:val="Heading2"/>
      </w:pPr>
      <w:r>
        <w:t>My Unfiltered Prayer</w:t>
      </w:r>
    </w:p>
    <w:p w14:paraId="05D559F8" w14:textId="77777777" w:rsidR="00AE08AB" w:rsidRDefault="00AA2D9E">
      <w:r>
        <w:t>God, as I sit with separating identity from circumstance, what I most need to tell You honestly is…</w:t>
      </w:r>
    </w:p>
    <w:p w14:paraId="64E92169" w14:textId="77777777" w:rsidR="00AE08AB" w:rsidRDefault="00AA2D9E">
      <w:pPr>
        <w:spacing w:after="60"/>
      </w:pPr>
      <w:r>
        <w:rPr>
          <w:color w:val="B9B9B9"/>
          <w:sz w:val="16"/>
        </w:rPr>
        <w:t>________________________________________________________</w:t>
      </w:r>
    </w:p>
    <w:p w14:paraId="5EB39A53" w14:textId="77777777" w:rsidR="00AE08AB" w:rsidRDefault="00AA2D9E">
      <w:pPr>
        <w:spacing w:after="60"/>
      </w:pPr>
      <w:r>
        <w:rPr>
          <w:color w:val="B9B9B9"/>
          <w:sz w:val="16"/>
        </w:rPr>
        <w:t>________________________________________________________</w:t>
      </w:r>
    </w:p>
    <w:p w14:paraId="2B34528C" w14:textId="77777777" w:rsidR="00AE08AB" w:rsidRDefault="00AA2D9E">
      <w:pPr>
        <w:spacing w:after="60"/>
      </w:pPr>
      <w:r>
        <w:rPr>
          <w:color w:val="B9B9B9"/>
          <w:sz w:val="16"/>
        </w:rPr>
        <w:t>________________________________________________________</w:t>
      </w:r>
    </w:p>
    <w:p w14:paraId="114F8A05" w14:textId="77777777" w:rsidR="00AE08AB" w:rsidRDefault="00AA2D9E">
      <w:pPr>
        <w:spacing w:after="60"/>
      </w:pPr>
      <w:r>
        <w:rPr>
          <w:color w:val="B9B9B9"/>
          <w:sz w:val="16"/>
        </w:rPr>
        <w:lastRenderedPageBreak/>
        <w:t>________________________________________________________</w:t>
      </w:r>
    </w:p>
    <w:p w14:paraId="336EAE65" w14:textId="77777777" w:rsidR="00AE08AB" w:rsidRDefault="00AA2D9E">
      <w:pPr>
        <w:spacing w:after="60"/>
      </w:pPr>
      <w:r>
        <w:rPr>
          <w:color w:val="B9B9B9"/>
          <w:sz w:val="16"/>
        </w:rPr>
        <w:t>________________________________________________________</w:t>
      </w:r>
    </w:p>
    <w:p w14:paraId="38252498" w14:textId="77777777" w:rsidR="00AE08AB" w:rsidRDefault="00AA2D9E">
      <w:pPr>
        <w:spacing w:after="60"/>
      </w:pPr>
      <w:r>
        <w:rPr>
          <w:color w:val="B9B9B9"/>
          <w:sz w:val="16"/>
        </w:rPr>
        <w:t>________________________________________________________</w:t>
      </w:r>
    </w:p>
    <w:p w14:paraId="03F9B523" w14:textId="77777777" w:rsidR="00AE08AB" w:rsidRDefault="00AA2D9E">
      <w:pPr>
        <w:spacing w:after="60"/>
      </w:pPr>
      <w:r>
        <w:rPr>
          <w:color w:val="B9B9B9"/>
          <w:sz w:val="16"/>
        </w:rPr>
        <w:t>________________________________________________________</w:t>
      </w:r>
    </w:p>
    <w:p w14:paraId="1DA6B1FF" w14:textId="77777777" w:rsidR="00AE08AB" w:rsidRDefault="00AA2D9E">
      <w:r>
        <w:br w:type="page"/>
      </w:r>
    </w:p>
    <w:p w14:paraId="1F07328B" w14:textId="77777777" w:rsidR="00AE08AB" w:rsidRDefault="00AA2D9E">
      <w:pPr>
        <w:pStyle w:val="Heading2"/>
      </w:pPr>
      <w:r>
        <w:lastRenderedPageBreak/>
        <w:t>DAY 5</w:t>
      </w:r>
    </w:p>
    <w:p w14:paraId="722ACD18" w14:textId="77777777" w:rsidR="00AE08AB" w:rsidRDefault="00AA2D9E">
      <w:pPr>
        <w:pStyle w:val="Heading1"/>
      </w:pPr>
      <w:r>
        <w:t>When Expectations Become Loud</w:t>
      </w:r>
    </w:p>
    <w:p w14:paraId="6F0B004F" w14:textId="77777777" w:rsidR="00AE08AB" w:rsidRDefault="00AA2D9E">
      <w:r>
        <w:rPr>
          <w:b/>
          <w:color w:val="B08D3A"/>
        </w:rPr>
        <w:t xml:space="preserve">SCRIPTURE ANCHOR  </w:t>
      </w:r>
      <w:r>
        <w:t>Galatians 1:10</w:t>
      </w:r>
    </w:p>
    <w:p w14:paraId="1417DACD" w14:textId="77777777" w:rsidR="00AE08AB" w:rsidRDefault="00AA2D9E">
      <w:pPr>
        <w:pStyle w:val="Heading2"/>
      </w:pPr>
      <w:r>
        <w:t>Pause</w:t>
      </w:r>
    </w:p>
    <w:p w14:paraId="7231A6F0" w14:textId="77777777" w:rsidR="00AE08AB" w:rsidRDefault="00AA2D9E">
      <w:r>
        <w:t>Take three slow breaths. Let your body become still. You do not have to solve anything before you pray.</w:t>
      </w:r>
    </w:p>
    <w:p w14:paraId="75DE356D" w14:textId="77777777" w:rsidR="00AE08AB" w:rsidRDefault="00AA2D9E">
      <w:pPr>
        <w:pStyle w:val="Heading2"/>
      </w:pPr>
      <w:r>
        <w:t>Guided Prayer</w:t>
      </w:r>
    </w:p>
    <w:p w14:paraId="68B49AB2" w14:textId="77777777" w:rsidR="00AE08AB" w:rsidRDefault="00AA2D9E">
      <w:r>
        <w:t>Father, I bring You the reality of when expectations become loud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w:t>
      </w:r>
      <w:r>
        <w:t>ome questions remain unanswered. In Jesus' name, Amen.</w:t>
      </w:r>
    </w:p>
    <w:p w14:paraId="739F817E" w14:textId="77777777" w:rsidR="00AE08AB" w:rsidRDefault="00AA2D9E">
      <w:pPr>
        <w:pStyle w:val="Heading2"/>
      </w:pPr>
      <w:r>
        <w:t>Release</w:t>
      </w:r>
    </w:p>
    <w:p w14:paraId="4937AF04" w14:textId="77777777" w:rsidR="00AE08AB" w:rsidRDefault="00AA2D9E">
      <w:r>
        <w:t>Complete this sentence slowly: “Father, today I place into Your hands…”</w:t>
      </w:r>
    </w:p>
    <w:p w14:paraId="78420A2F" w14:textId="77777777" w:rsidR="00AE08AB" w:rsidRDefault="00AA2D9E">
      <w:pPr>
        <w:spacing w:after="60"/>
      </w:pPr>
      <w:r>
        <w:rPr>
          <w:color w:val="B9B9B9"/>
          <w:sz w:val="16"/>
        </w:rPr>
        <w:t>________________________________________________________</w:t>
      </w:r>
    </w:p>
    <w:p w14:paraId="188DB632" w14:textId="77777777" w:rsidR="00AE08AB" w:rsidRDefault="00AA2D9E">
      <w:pPr>
        <w:spacing w:after="60"/>
      </w:pPr>
      <w:r>
        <w:rPr>
          <w:color w:val="B9B9B9"/>
          <w:sz w:val="16"/>
        </w:rPr>
        <w:t>________________________________________________________</w:t>
      </w:r>
    </w:p>
    <w:p w14:paraId="0F935F3A" w14:textId="77777777" w:rsidR="00AE08AB" w:rsidRDefault="00AA2D9E">
      <w:pPr>
        <w:pStyle w:val="Heading2"/>
      </w:pPr>
      <w:r>
        <w:t>Listen</w:t>
      </w:r>
    </w:p>
    <w:p w14:paraId="23B8FD5A" w14:textId="77777777" w:rsidR="00AE08AB" w:rsidRDefault="00AA2D9E">
      <w:r>
        <w:t>Remain quiet for a moment. What truth, Scripture, conviction, or gentle reminder is rising?</w:t>
      </w:r>
    </w:p>
    <w:p w14:paraId="0ADC31E7" w14:textId="77777777" w:rsidR="00AE08AB" w:rsidRDefault="00AA2D9E">
      <w:pPr>
        <w:spacing w:after="60"/>
      </w:pPr>
      <w:r>
        <w:rPr>
          <w:color w:val="B9B9B9"/>
          <w:sz w:val="16"/>
        </w:rPr>
        <w:t>________________________________________________________</w:t>
      </w:r>
    </w:p>
    <w:p w14:paraId="3C7313FB" w14:textId="77777777" w:rsidR="00AE08AB" w:rsidRDefault="00AA2D9E">
      <w:pPr>
        <w:spacing w:after="60"/>
      </w:pPr>
      <w:r>
        <w:rPr>
          <w:color w:val="B9B9B9"/>
          <w:sz w:val="16"/>
        </w:rPr>
        <w:t>________________________________________________________</w:t>
      </w:r>
    </w:p>
    <w:p w14:paraId="25D24C57" w14:textId="77777777" w:rsidR="00AE08AB" w:rsidRDefault="00AA2D9E">
      <w:pPr>
        <w:pStyle w:val="Heading2"/>
      </w:pPr>
      <w:r>
        <w:t>My Unfiltered Prayer</w:t>
      </w:r>
    </w:p>
    <w:p w14:paraId="0FC77C60" w14:textId="77777777" w:rsidR="00AE08AB" w:rsidRDefault="00AA2D9E">
      <w:r>
        <w:t>God, as I sit with when expectations become loud, what I most need to tell You honestly is…</w:t>
      </w:r>
    </w:p>
    <w:p w14:paraId="72FB2F63" w14:textId="77777777" w:rsidR="00AE08AB" w:rsidRDefault="00AA2D9E">
      <w:pPr>
        <w:spacing w:after="60"/>
      </w:pPr>
      <w:r>
        <w:rPr>
          <w:color w:val="B9B9B9"/>
          <w:sz w:val="16"/>
        </w:rPr>
        <w:t>________________________________________________________</w:t>
      </w:r>
    </w:p>
    <w:p w14:paraId="2955D1DE" w14:textId="77777777" w:rsidR="00AE08AB" w:rsidRDefault="00AA2D9E">
      <w:pPr>
        <w:spacing w:after="60"/>
      </w:pPr>
      <w:r>
        <w:rPr>
          <w:color w:val="B9B9B9"/>
          <w:sz w:val="16"/>
        </w:rPr>
        <w:t>________________________________________________________</w:t>
      </w:r>
    </w:p>
    <w:p w14:paraId="5C60F083" w14:textId="77777777" w:rsidR="00AE08AB" w:rsidRDefault="00AA2D9E">
      <w:pPr>
        <w:spacing w:after="60"/>
      </w:pPr>
      <w:r>
        <w:rPr>
          <w:color w:val="B9B9B9"/>
          <w:sz w:val="16"/>
        </w:rPr>
        <w:t>________________________________________________________</w:t>
      </w:r>
    </w:p>
    <w:p w14:paraId="0DF7BAA5" w14:textId="77777777" w:rsidR="00AE08AB" w:rsidRDefault="00AA2D9E">
      <w:pPr>
        <w:spacing w:after="60"/>
      </w:pPr>
      <w:r>
        <w:rPr>
          <w:color w:val="B9B9B9"/>
          <w:sz w:val="16"/>
        </w:rPr>
        <w:lastRenderedPageBreak/>
        <w:t>________________________________________________________</w:t>
      </w:r>
    </w:p>
    <w:p w14:paraId="73BFF260" w14:textId="77777777" w:rsidR="00AE08AB" w:rsidRDefault="00AA2D9E">
      <w:pPr>
        <w:spacing w:after="60"/>
      </w:pPr>
      <w:r>
        <w:rPr>
          <w:color w:val="B9B9B9"/>
          <w:sz w:val="16"/>
        </w:rPr>
        <w:t>________________________________________________________</w:t>
      </w:r>
    </w:p>
    <w:p w14:paraId="25C2540C" w14:textId="77777777" w:rsidR="00AE08AB" w:rsidRDefault="00AA2D9E">
      <w:pPr>
        <w:spacing w:after="60"/>
      </w:pPr>
      <w:r>
        <w:rPr>
          <w:color w:val="B9B9B9"/>
          <w:sz w:val="16"/>
        </w:rPr>
        <w:t>________________________________________________________</w:t>
      </w:r>
    </w:p>
    <w:p w14:paraId="2B1F1DE9" w14:textId="77777777" w:rsidR="00AE08AB" w:rsidRDefault="00AA2D9E">
      <w:pPr>
        <w:spacing w:after="60"/>
      </w:pPr>
      <w:r>
        <w:rPr>
          <w:color w:val="B9B9B9"/>
          <w:sz w:val="16"/>
        </w:rPr>
        <w:t>________________________________________________________</w:t>
      </w:r>
    </w:p>
    <w:p w14:paraId="63CB4D68" w14:textId="77777777" w:rsidR="00AE08AB" w:rsidRDefault="00AA2D9E">
      <w:r>
        <w:br w:type="page"/>
      </w:r>
    </w:p>
    <w:p w14:paraId="09657FDA" w14:textId="77777777" w:rsidR="00AE08AB" w:rsidRDefault="00AA2D9E">
      <w:pPr>
        <w:pStyle w:val="Heading2"/>
      </w:pPr>
      <w:r>
        <w:lastRenderedPageBreak/>
        <w:t>DAY 6</w:t>
      </w:r>
    </w:p>
    <w:p w14:paraId="15E68558" w14:textId="77777777" w:rsidR="00AE08AB" w:rsidRDefault="00AA2D9E">
      <w:pPr>
        <w:pStyle w:val="Heading1"/>
      </w:pPr>
      <w:r>
        <w:t>The Voice of Fear</w:t>
      </w:r>
    </w:p>
    <w:p w14:paraId="47964ED2" w14:textId="77777777" w:rsidR="00AE08AB" w:rsidRDefault="00AA2D9E">
      <w:r>
        <w:rPr>
          <w:b/>
          <w:color w:val="B08D3A"/>
        </w:rPr>
        <w:t xml:space="preserve">SCRIPTURE ANCHOR  </w:t>
      </w:r>
      <w:r>
        <w:t>2 Timothy 1:7</w:t>
      </w:r>
    </w:p>
    <w:p w14:paraId="6C5A9D90" w14:textId="77777777" w:rsidR="00AE08AB" w:rsidRDefault="00AA2D9E">
      <w:pPr>
        <w:pStyle w:val="Heading2"/>
      </w:pPr>
      <w:r>
        <w:t>Pause</w:t>
      </w:r>
    </w:p>
    <w:p w14:paraId="6B5B7DE5" w14:textId="77777777" w:rsidR="00AE08AB" w:rsidRDefault="00AA2D9E">
      <w:r>
        <w:t>Take three slow breaths. Let your body become still. You do not have to solve anything before you pray.</w:t>
      </w:r>
    </w:p>
    <w:p w14:paraId="2FF99947" w14:textId="77777777" w:rsidR="00AE08AB" w:rsidRDefault="00AA2D9E">
      <w:pPr>
        <w:pStyle w:val="Heading2"/>
      </w:pPr>
      <w:r>
        <w:t>Guided Prayer</w:t>
      </w:r>
    </w:p>
    <w:p w14:paraId="1579FF9A" w14:textId="77777777" w:rsidR="00AE08AB" w:rsidRDefault="00AA2D9E">
      <w:r>
        <w:t>Father, I bring You the reality of the voice of fear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w:t>
      </w:r>
      <w:r>
        <w:t>s remain unanswered. In Jesus' name, Amen.</w:t>
      </w:r>
    </w:p>
    <w:p w14:paraId="044F8360" w14:textId="77777777" w:rsidR="00AE08AB" w:rsidRDefault="00AA2D9E">
      <w:pPr>
        <w:pStyle w:val="Heading2"/>
      </w:pPr>
      <w:r>
        <w:t>Release</w:t>
      </w:r>
    </w:p>
    <w:p w14:paraId="796FB7D6" w14:textId="77777777" w:rsidR="00AE08AB" w:rsidRDefault="00AA2D9E">
      <w:r>
        <w:t>Complete this sentence slowly: “Father, today I place into Your hands…”</w:t>
      </w:r>
    </w:p>
    <w:p w14:paraId="4DEC9543" w14:textId="77777777" w:rsidR="00AE08AB" w:rsidRDefault="00AA2D9E">
      <w:pPr>
        <w:spacing w:after="60"/>
      </w:pPr>
      <w:r>
        <w:rPr>
          <w:color w:val="B9B9B9"/>
          <w:sz w:val="16"/>
        </w:rPr>
        <w:t>________________________________________________________</w:t>
      </w:r>
    </w:p>
    <w:p w14:paraId="08270362" w14:textId="77777777" w:rsidR="00AE08AB" w:rsidRDefault="00AA2D9E">
      <w:pPr>
        <w:spacing w:after="60"/>
      </w:pPr>
      <w:r>
        <w:rPr>
          <w:color w:val="B9B9B9"/>
          <w:sz w:val="16"/>
        </w:rPr>
        <w:t>________________________________________________________</w:t>
      </w:r>
    </w:p>
    <w:p w14:paraId="5BB98A7C" w14:textId="77777777" w:rsidR="00AE08AB" w:rsidRDefault="00AA2D9E">
      <w:pPr>
        <w:pStyle w:val="Heading2"/>
      </w:pPr>
      <w:r>
        <w:t>Listen</w:t>
      </w:r>
    </w:p>
    <w:p w14:paraId="7802A69D" w14:textId="77777777" w:rsidR="00AE08AB" w:rsidRDefault="00AA2D9E">
      <w:r>
        <w:t>Remain quiet for a moment. What truth, Scripture, conviction, or gentle reminder is rising?</w:t>
      </w:r>
    </w:p>
    <w:p w14:paraId="18BEC0A3" w14:textId="77777777" w:rsidR="00AE08AB" w:rsidRDefault="00AA2D9E">
      <w:pPr>
        <w:spacing w:after="60"/>
      </w:pPr>
      <w:r>
        <w:rPr>
          <w:color w:val="B9B9B9"/>
          <w:sz w:val="16"/>
        </w:rPr>
        <w:t>________________________________________________________</w:t>
      </w:r>
    </w:p>
    <w:p w14:paraId="68F0DA65" w14:textId="77777777" w:rsidR="00AE08AB" w:rsidRDefault="00AA2D9E">
      <w:pPr>
        <w:spacing w:after="60"/>
      </w:pPr>
      <w:r>
        <w:rPr>
          <w:color w:val="B9B9B9"/>
          <w:sz w:val="16"/>
        </w:rPr>
        <w:t>________________________________________________________</w:t>
      </w:r>
    </w:p>
    <w:p w14:paraId="7AF742D5" w14:textId="77777777" w:rsidR="00AE08AB" w:rsidRDefault="00AA2D9E">
      <w:pPr>
        <w:pStyle w:val="Heading2"/>
      </w:pPr>
      <w:r>
        <w:t>My Unfiltered Prayer</w:t>
      </w:r>
    </w:p>
    <w:p w14:paraId="7ACBE607" w14:textId="77777777" w:rsidR="00AE08AB" w:rsidRDefault="00AA2D9E">
      <w:r>
        <w:t>God, as I sit with the voice of fear, what I most need to tell You honestly is…</w:t>
      </w:r>
    </w:p>
    <w:p w14:paraId="7B449619" w14:textId="77777777" w:rsidR="00AE08AB" w:rsidRDefault="00AA2D9E">
      <w:pPr>
        <w:spacing w:after="60"/>
      </w:pPr>
      <w:r>
        <w:rPr>
          <w:color w:val="B9B9B9"/>
          <w:sz w:val="16"/>
        </w:rPr>
        <w:t>________________________________________________________</w:t>
      </w:r>
    </w:p>
    <w:p w14:paraId="113F2B28" w14:textId="77777777" w:rsidR="00AE08AB" w:rsidRDefault="00AA2D9E">
      <w:pPr>
        <w:spacing w:after="60"/>
      </w:pPr>
      <w:r>
        <w:rPr>
          <w:color w:val="B9B9B9"/>
          <w:sz w:val="16"/>
        </w:rPr>
        <w:t>________________________________________________________</w:t>
      </w:r>
    </w:p>
    <w:p w14:paraId="3F674A90" w14:textId="77777777" w:rsidR="00AE08AB" w:rsidRDefault="00AA2D9E">
      <w:pPr>
        <w:spacing w:after="60"/>
      </w:pPr>
      <w:r>
        <w:rPr>
          <w:color w:val="B9B9B9"/>
          <w:sz w:val="16"/>
        </w:rPr>
        <w:t>________________________________________________________</w:t>
      </w:r>
    </w:p>
    <w:p w14:paraId="78A45684" w14:textId="77777777" w:rsidR="00AE08AB" w:rsidRDefault="00AA2D9E">
      <w:pPr>
        <w:spacing w:after="60"/>
      </w:pPr>
      <w:r>
        <w:rPr>
          <w:color w:val="B9B9B9"/>
          <w:sz w:val="16"/>
        </w:rPr>
        <w:t>________________________________________________________</w:t>
      </w:r>
    </w:p>
    <w:p w14:paraId="53980ED9" w14:textId="77777777" w:rsidR="00AE08AB" w:rsidRDefault="00AA2D9E">
      <w:pPr>
        <w:spacing w:after="60"/>
      </w:pPr>
      <w:r>
        <w:rPr>
          <w:color w:val="B9B9B9"/>
          <w:sz w:val="16"/>
        </w:rPr>
        <w:t>________________________________________________________</w:t>
      </w:r>
    </w:p>
    <w:p w14:paraId="0B7E6F48" w14:textId="77777777" w:rsidR="00AE08AB" w:rsidRDefault="00AA2D9E">
      <w:pPr>
        <w:spacing w:after="60"/>
      </w:pPr>
      <w:r>
        <w:rPr>
          <w:color w:val="B9B9B9"/>
          <w:sz w:val="16"/>
        </w:rPr>
        <w:lastRenderedPageBreak/>
        <w:t>________________________________________________________</w:t>
      </w:r>
    </w:p>
    <w:p w14:paraId="0C7FC579" w14:textId="77777777" w:rsidR="00AE08AB" w:rsidRDefault="00AA2D9E">
      <w:pPr>
        <w:spacing w:after="60"/>
      </w:pPr>
      <w:r>
        <w:rPr>
          <w:color w:val="B9B9B9"/>
          <w:sz w:val="16"/>
        </w:rPr>
        <w:t>________________________________________________________</w:t>
      </w:r>
    </w:p>
    <w:p w14:paraId="1CC75BCC" w14:textId="77777777" w:rsidR="00AE08AB" w:rsidRDefault="00AA2D9E">
      <w:r>
        <w:br w:type="page"/>
      </w:r>
    </w:p>
    <w:p w14:paraId="2719545D" w14:textId="77777777" w:rsidR="00AE08AB" w:rsidRDefault="00AA2D9E">
      <w:pPr>
        <w:pStyle w:val="Heading2"/>
      </w:pPr>
      <w:r>
        <w:lastRenderedPageBreak/>
        <w:t>DAY 7</w:t>
      </w:r>
    </w:p>
    <w:p w14:paraId="11C6308E" w14:textId="77777777" w:rsidR="00AE08AB" w:rsidRDefault="00AA2D9E">
      <w:pPr>
        <w:pStyle w:val="Heading1"/>
      </w:pPr>
      <w:r>
        <w:t>The Voice of Truth</w:t>
      </w:r>
    </w:p>
    <w:p w14:paraId="7B4176F9" w14:textId="77777777" w:rsidR="00AE08AB" w:rsidRDefault="00AA2D9E">
      <w:r>
        <w:rPr>
          <w:b/>
          <w:color w:val="B08D3A"/>
        </w:rPr>
        <w:t xml:space="preserve">SCRIPTURE ANCHOR  </w:t>
      </w:r>
      <w:r>
        <w:t>John 8:32</w:t>
      </w:r>
    </w:p>
    <w:p w14:paraId="197E21ED" w14:textId="77777777" w:rsidR="00AE08AB" w:rsidRDefault="00AA2D9E">
      <w:pPr>
        <w:pStyle w:val="Heading2"/>
      </w:pPr>
      <w:r>
        <w:t>Pause</w:t>
      </w:r>
    </w:p>
    <w:p w14:paraId="16E83121" w14:textId="77777777" w:rsidR="00AE08AB" w:rsidRDefault="00AA2D9E">
      <w:r>
        <w:t>Take three slow breaths. Let your body become still. You do not have to solve anything before you pray.</w:t>
      </w:r>
    </w:p>
    <w:p w14:paraId="64B18305" w14:textId="77777777" w:rsidR="00AE08AB" w:rsidRDefault="00AA2D9E">
      <w:pPr>
        <w:pStyle w:val="Heading2"/>
      </w:pPr>
      <w:r>
        <w:t>Guided Prayer</w:t>
      </w:r>
    </w:p>
    <w:p w14:paraId="08FC5453" w14:textId="77777777" w:rsidR="00AE08AB" w:rsidRDefault="00AA2D9E">
      <w:r>
        <w:t>Father, I bring You the reality of the voice of truth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w:t>
      </w:r>
      <w:r>
        <w:t>ns remain unanswered. In Jesus' name, Amen.</w:t>
      </w:r>
    </w:p>
    <w:p w14:paraId="533BB125" w14:textId="77777777" w:rsidR="00AE08AB" w:rsidRDefault="00AA2D9E">
      <w:pPr>
        <w:pStyle w:val="Heading2"/>
      </w:pPr>
      <w:r>
        <w:t>Release</w:t>
      </w:r>
    </w:p>
    <w:p w14:paraId="3407ACBD" w14:textId="77777777" w:rsidR="00AE08AB" w:rsidRDefault="00AA2D9E">
      <w:r>
        <w:t>Complete this sentence slowly: “Father, today I place into Your hands…”</w:t>
      </w:r>
    </w:p>
    <w:p w14:paraId="257A8F66" w14:textId="77777777" w:rsidR="00AE08AB" w:rsidRDefault="00AA2D9E">
      <w:pPr>
        <w:spacing w:after="60"/>
      </w:pPr>
      <w:r>
        <w:rPr>
          <w:color w:val="B9B9B9"/>
          <w:sz w:val="16"/>
        </w:rPr>
        <w:t>________________________________________________________</w:t>
      </w:r>
    </w:p>
    <w:p w14:paraId="69DC137E" w14:textId="77777777" w:rsidR="00AE08AB" w:rsidRDefault="00AA2D9E">
      <w:pPr>
        <w:spacing w:after="60"/>
      </w:pPr>
      <w:r>
        <w:rPr>
          <w:color w:val="B9B9B9"/>
          <w:sz w:val="16"/>
        </w:rPr>
        <w:t>________________________________________________________</w:t>
      </w:r>
    </w:p>
    <w:p w14:paraId="3AE4C801" w14:textId="77777777" w:rsidR="00AE08AB" w:rsidRDefault="00AA2D9E">
      <w:pPr>
        <w:pStyle w:val="Heading2"/>
      </w:pPr>
      <w:r>
        <w:t>Listen</w:t>
      </w:r>
    </w:p>
    <w:p w14:paraId="75D9922C" w14:textId="77777777" w:rsidR="00AE08AB" w:rsidRDefault="00AA2D9E">
      <w:r>
        <w:t>Remain quiet for a moment. What truth, Scripture, conviction, or gentle reminder is rising?</w:t>
      </w:r>
    </w:p>
    <w:p w14:paraId="36C98A96" w14:textId="77777777" w:rsidR="00AE08AB" w:rsidRDefault="00AA2D9E">
      <w:pPr>
        <w:spacing w:after="60"/>
      </w:pPr>
      <w:r>
        <w:rPr>
          <w:color w:val="B9B9B9"/>
          <w:sz w:val="16"/>
        </w:rPr>
        <w:t>________________________________________________________</w:t>
      </w:r>
    </w:p>
    <w:p w14:paraId="6CD665D8" w14:textId="77777777" w:rsidR="00AE08AB" w:rsidRDefault="00AA2D9E">
      <w:pPr>
        <w:spacing w:after="60"/>
      </w:pPr>
      <w:r>
        <w:rPr>
          <w:color w:val="B9B9B9"/>
          <w:sz w:val="16"/>
        </w:rPr>
        <w:t>________________________________________________________</w:t>
      </w:r>
    </w:p>
    <w:p w14:paraId="780E0900" w14:textId="77777777" w:rsidR="00AE08AB" w:rsidRDefault="00AA2D9E">
      <w:pPr>
        <w:pStyle w:val="Heading2"/>
      </w:pPr>
      <w:r>
        <w:t>My Unfiltered Prayer</w:t>
      </w:r>
    </w:p>
    <w:p w14:paraId="4D7C36D1" w14:textId="77777777" w:rsidR="00AE08AB" w:rsidRDefault="00AA2D9E">
      <w:r>
        <w:t>God, as I sit with the voice of truth, what I most need to tell You honestly is…</w:t>
      </w:r>
    </w:p>
    <w:p w14:paraId="314FC678" w14:textId="77777777" w:rsidR="00AE08AB" w:rsidRDefault="00AA2D9E">
      <w:pPr>
        <w:spacing w:after="60"/>
      </w:pPr>
      <w:r>
        <w:rPr>
          <w:color w:val="B9B9B9"/>
          <w:sz w:val="16"/>
        </w:rPr>
        <w:t>________________________________________________________</w:t>
      </w:r>
    </w:p>
    <w:p w14:paraId="5C7DBB90" w14:textId="77777777" w:rsidR="00AE08AB" w:rsidRDefault="00AA2D9E">
      <w:pPr>
        <w:spacing w:after="60"/>
      </w:pPr>
      <w:r>
        <w:rPr>
          <w:color w:val="B9B9B9"/>
          <w:sz w:val="16"/>
        </w:rPr>
        <w:t>________________________________________________________</w:t>
      </w:r>
    </w:p>
    <w:p w14:paraId="5E917893" w14:textId="77777777" w:rsidR="00AE08AB" w:rsidRDefault="00AA2D9E">
      <w:pPr>
        <w:spacing w:after="60"/>
      </w:pPr>
      <w:r>
        <w:rPr>
          <w:color w:val="B9B9B9"/>
          <w:sz w:val="16"/>
        </w:rPr>
        <w:t>________________________________________________________</w:t>
      </w:r>
    </w:p>
    <w:p w14:paraId="0DCB8383" w14:textId="77777777" w:rsidR="00AE08AB" w:rsidRDefault="00AA2D9E">
      <w:pPr>
        <w:spacing w:after="60"/>
      </w:pPr>
      <w:r>
        <w:rPr>
          <w:color w:val="B9B9B9"/>
          <w:sz w:val="16"/>
        </w:rPr>
        <w:t>________________________________________________________</w:t>
      </w:r>
    </w:p>
    <w:p w14:paraId="5380DF7A" w14:textId="77777777" w:rsidR="00AE08AB" w:rsidRDefault="00AA2D9E">
      <w:pPr>
        <w:spacing w:after="60"/>
      </w:pPr>
      <w:r>
        <w:rPr>
          <w:color w:val="B9B9B9"/>
          <w:sz w:val="16"/>
        </w:rPr>
        <w:t>________________________________________________________</w:t>
      </w:r>
    </w:p>
    <w:p w14:paraId="120A2F94" w14:textId="77777777" w:rsidR="00AE08AB" w:rsidRDefault="00AA2D9E">
      <w:pPr>
        <w:spacing w:after="60"/>
      </w:pPr>
      <w:r>
        <w:rPr>
          <w:color w:val="B9B9B9"/>
          <w:sz w:val="16"/>
        </w:rPr>
        <w:lastRenderedPageBreak/>
        <w:t>________________________________________________________</w:t>
      </w:r>
    </w:p>
    <w:p w14:paraId="2BCFF597" w14:textId="77777777" w:rsidR="00AE08AB" w:rsidRDefault="00AA2D9E">
      <w:pPr>
        <w:spacing w:after="60"/>
      </w:pPr>
      <w:r>
        <w:rPr>
          <w:color w:val="B9B9B9"/>
          <w:sz w:val="16"/>
        </w:rPr>
        <w:t>________________________________________________________</w:t>
      </w:r>
    </w:p>
    <w:p w14:paraId="640D7DDE" w14:textId="77777777" w:rsidR="00AE08AB" w:rsidRDefault="00AA2D9E">
      <w:pPr>
        <w:pStyle w:val="Heading1"/>
      </w:pPr>
      <w:r>
        <w:t>Sacred Pause</w:t>
      </w:r>
    </w:p>
    <w:p w14:paraId="74A28995" w14:textId="77777777" w:rsidR="00AE08AB" w:rsidRDefault="00AA2D9E">
      <w:pPr>
        <w:pStyle w:val="Heading3"/>
      </w:pPr>
      <w:r>
        <w:t>What happened within me this week?</w:t>
      </w:r>
    </w:p>
    <w:p w14:paraId="1A851477" w14:textId="77777777" w:rsidR="00AE08AB" w:rsidRDefault="00AA2D9E">
      <w:pPr>
        <w:spacing w:after="60"/>
      </w:pPr>
      <w:r>
        <w:rPr>
          <w:color w:val="B9B9B9"/>
          <w:sz w:val="16"/>
        </w:rPr>
        <w:t>________________________________________________________</w:t>
      </w:r>
    </w:p>
    <w:p w14:paraId="7E6ECC1A" w14:textId="77777777" w:rsidR="00AE08AB" w:rsidRDefault="00AA2D9E">
      <w:pPr>
        <w:pStyle w:val="Heading3"/>
      </w:pPr>
      <w:r>
        <w:t>What emotion appeared most often?</w:t>
      </w:r>
    </w:p>
    <w:p w14:paraId="7B990E75" w14:textId="77777777" w:rsidR="00AE08AB" w:rsidRDefault="00AA2D9E">
      <w:pPr>
        <w:spacing w:after="60"/>
      </w:pPr>
      <w:r>
        <w:rPr>
          <w:color w:val="B9B9B9"/>
          <w:sz w:val="16"/>
        </w:rPr>
        <w:t>________________________________________________________</w:t>
      </w:r>
    </w:p>
    <w:p w14:paraId="39CC9903" w14:textId="77777777" w:rsidR="00AE08AB" w:rsidRDefault="00AA2D9E">
      <w:pPr>
        <w:pStyle w:val="Heading3"/>
      </w:pPr>
      <w:r>
        <w:t>Where did I recognize God's grace?</w:t>
      </w:r>
    </w:p>
    <w:p w14:paraId="7916E154" w14:textId="77777777" w:rsidR="00AE08AB" w:rsidRDefault="00AA2D9E">
      <w:pPr>
        <w:spacing w:after="60"/>
      </w:pPr>
      <w:r>
        <w:rPr>
          <w:color w:val="B9B9B9"/>
          <w:sz w:val="16"/>
        </w:rPr>
        <w:t>________________________________________________________</w:t>
      </w:r>
    </w:p>
    <w:p w14:paraId="7DCF3A2A" w14:textId="77777777" w:rsidR="00AE08AB" w:rsidRDefault="00AA2D9E">
      <w:pPr>
        <w:pStyle w:val="Heading3"/>
      </w:pPr>
      <w:r>
        <w:t>What do I refuse to carry into another week?</w:t>
      </w:r>
    </w:p>
    <w:p w14:paraId="11F757C5" w14:textId="77777777" w:rsidR="00AE08AB" w:rsidRDefault="00AA2D9E">
      <w:pPr>
        <w:spacing w:after="60"/>
      </w:pPr>
      <w:r>
        <w:rPr>
          <w:color w:val="B9B9B9"/>
          <w:sz w:val="16"/>
        </w:rPr>
        <w:t>________________________________________________________</w:t>
      </w:r>
    </w:p>
    <w:p w14:paraId="58EED371" w14:textId="77777777" w:rsidR="00AE08AB" w:rsidRDefault="00AA2D9E">
      <w:pPr>
        <w:pStyle w:val="Heading3"/>
      </w:pPr>
      <w:r>
        <w:t>What do I need to receive from God now?</w:t>
      </w:r>
    </w:p>
    <w:p w14:paraId="5D327CB3" w14:textId="77777777" w:rsidR="00AE08AB" w:rsidRDefault="00AA2D9E">
      <w:pPr>
        <w:spacing w:after="60"/>
      </w:pPr>
      <w:r>
        <w:rPr>
          <w:color w:val="B9B9B9"/>
          <w:sz w:val="16"/>
        </w:rPr>
        <w:t>________________________________________________________</w:t>
      </w:r>
    </w:p>
    <w:p w14:paraId="74E6D962" w14:textId="77777777" w:rsidR="00AE08AB" w:rsidRDefault="00AA2D9E">
      <w:r>
        <w:br w:type="page"/>
      </w:r>
    </w:p>
    <w:p w14:paraId="572E7631" w14:textId="77777777" w:rsidR="00AE08AB" w:rsidRDefault="00AA2D9E">
      <w:pPr>
        <w:pStyle w:val="Heading2"/>
      </w:pPr>
      <w:r>
        <w:lastRenderedPageBreak/>
        <w:t>DAY 8</w:t>
      </w:r>
    </w:p>
    <w:p w14:paraId="2C791DBA" w14:textId="77777777" w:rsidR="00AE08AB" w:rsidRDefault="00AA2D9E">
      <w:pPr>
        <w:pStyle w:val="Heading1"/>
      </w:pPr>
      <w:r>
        <w:t>Learning to Listen Again</w:t>
      </w:r>
    </w:p>
    <w:p w14:paraId="3D763FF0" w14:textId="77777777" w:rsidR="00AE08AB" w:rsidRDefault="00AA2D9E">
      <w:r>
        <w:rPr>
          <w:b/>
          <w:color w:val="B08D3A"/>
        </w:rPr>
        <w:t xml:space="preserve">SCRIPTURE ANCHOR  </w:t>
      </w:r>
      <w:r>
        <w:t>John 10:27</w:t>
      </w:r>
    </w:p>
    <w:p w14:paraId="7C7FAC15" w14:textId="77777777" w:rsidR="00AE08AB" w:rsidRDefault="00AA2D9E">
      <w:pPr>
        <w:pStyle w:val="Heading2"/>
      </w:pPr>
      <w:r>
        <w:t>Pause</w:t>
      </w:r>
    </w:p>
    <w:p w14:paraId="48F98FEC" w14:textId="77777777" w:rsidR="00AE08AB" w:rsidRDefault="00AA2D9E">
      <w:r>
        <w:t>Take three slow breaths. Let your body become still. You do not have to solve anything before you pray.</w:t>
      </w:r>
    </w:p>
    <w:p w14:paraId="291338F6" w14:textId="77777777" w:rsidR="00AE08AB" w:rsidRDefault="00AA2D9E">
      <w:pPr>
        <w:pStyle w:val="Heading2"/>
      </w:pPr>
      <w:r>
        <w:t>Guided Prayer</w:t>
      </w:r>
    </w:p>
    <w:p w14:paraId="617D023E" w14:textId="77777777" w:rsidR="00AE08AB" w:rsidRDefault="00AA2D9E">
      <w:r>
        <w:t>Father, I bring You the reality of learning to listen again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w:t>
      </w:r>
      <w:r>
        <w:t>uestions remain unanswered. In Jesus' name, Amen.</w:t>
      </w:r>
    </w:p>
    <w:p w14:paraId="13CBEC4D" w14:textId="77777777" w:rsidR="00AE08AB" w:rsidRDefault="00AA2D9E">
      <w:pPr>
        <w:pStyle w:val="Heading2"/>
      </w:pPr>
      <w:r>
        <w:t>Release</w:t>
      </w:r>
    </w:p>
    <w:p w14:paraId="11350F68" w14:textId="77777777" w:rsidR="00AE08AB" w:rsidRDefault="00AA2D9E">
      <w:r>
        <w:t>Complete this sentence slowly: “Father, today I place into Your hands…”</w:t>
      </w:r>
    </w:p>
    <w:p w14:paraId="3B9CBC8F" w14:textId="77777777" w:rsidR="00AE08AB" w:rsidRDefault="00AA2D9E">
      <w:pPr>
        <w:spacing w:after="60"/>
      </w:pPr>
      <w:r>
        <w:rPr>
          <w:color w:val="B9B9B9"/>
          <w:sz w:val="16"/>
        </w:rPr>
        <w:t>________________________________________________________</w:t>
      </w:r>
    </w:p>
    <w:p w14:paraId="06FA8123" w14:textId="77777777" w:rsidR="00AE08AB" w:rsidRDefault="00AA2D9E">
      <w:pPr>
        <w:spacing w:after="60"/>
      </w:pPr>
      <w:r>
        <w:rPr>
          <w:color w:val="B9B9B9"/>
          <w:sz w:val="16"/>
        </w:rPr>
        <w:t>________________________________________________________</w:t>
      </w:r>
    </w:p>
    <w:p w14:paraId="5338BE42" w14:textId="77777777" w:rsidR="00AE08AB" w:rsidRDefault="00AA2D9E">
      <w:pPr>
        <w:pStyle w:val="Heading2"/>
      </w:pPr>
      <w:r>
        <w:t>Listen</w:t>
      </w:r>
    </w:p>
    <w:p w14:paraId="42E7B9B3" w14:textId="77777777" w:rsidR="00AE08AB" w:rsidRDefault="00AA2D9E">
      <w:r>
        <w:t>Remain quiet for a moment. What truth, Scripture, conviction, or gentle reminder is rising?</w:t>
      </w:r>
    </w:p>
    <w:p w14:paraId="4ECBEC0E" w14:textId="77777777" w:rsidR="00AE08AB" w:rsidRDefault="00AA2D9E">
      <w:pPr>
        <w:spacing w:after="60"/>
      </w:pPr>
      <w:r>
        <w:rPr>
          <w:color w:val="B9B9B9"/>
          <w:sz w:val="16"/>
        </w:rPr>
        <w:t>________________________________________________________</w:t>
      </w:r>
    </w:p>
    <w:p w14:paraId="002BC1BC" w14:textId="77777777" w:rsidR="00AE08AB" w:rsidRDefault="00AA2D9E">
      <w:pPr>
        <w:spacing w:after="60"/>
      </w:pPr>
      <w:r>
        <w:rPr>
          <w:color w:val="B9B9B9"/>
          <w:sz w:val="16"/>
        </w:rPr>
        <w:t>________________________________________________________</w:t>
      </w:r>
    </w:p>
    <w:p w14:paraId="29B40B4F" w14:textId="77777777" w:rsidR="00AE08AB" w:rsidRDefault="00AA2D9E">
      <w:pPr>
        <w:pStyle w:val="Heading2"/>
      </w:pPr>
      <w:r>
        <w:t>My Unfiltered Prayer</w:t>
      </w:r>
    </w:p>
    <w:p w14:paraId="7B22B083" w14:textId="77777777" w:rsidR="00AE08AB" w:rsidRDefault="00AA2D9E">
      <w:r>
        <w:t>God, as I sit with learning to listen again, what I most need to tell You honestly is…</w:t>
      </w:r>
    </w:p>
    <w:p w14:paraId="7CDA7F82" w14:textId="77777777" w:rsidR="00AE08AB" w:rsidRDefault="00AA2D9E">
      <w:pPr>
        <w:spacing w:after="60"/>
      </w:pPr>
      <w:r>
        <w:rPr>
          <w:color w:val="B9B9B9"/>
          <w:sz w:val="16"/>
        </w:rPr>
        <w:t>________________________________________________________</w:t>
      </w:r>
    </w:p>
    <w:p w14:paraId="655A8A0C" w14:textId="77777777" w:rsidR="00AE08AB" w:rsidRDefault="00AA2D9E">
      <w:pPr>
        <w:spacing w:after="60"/>
      </w:pPr>
      <w:r>
        <w:rPr>
          <w:color w:val="B9B9B9"/>
          <w:sz w:val="16"/>
        </w:rPr>
        <w:t>________________________________________________________</w:t>
      </w:r>
    </w:p>
    <w:p w14:paraId="5D6ED6E2" w14:textId="77777777" w:rsidR="00AE08AB" w:rsidRDefault="00AA2D9E">
      <w:pPr>
        <w:spacing w:after="60"/>
      </w:pPr>
      <w:r>
        <w:rPr>
          <w:color w:val="B9B9B9"/>
          <w:sz w:val="16"/>
        </w:rPr>
        <w:t>________________________________________________________</w:t>
      </w:r>
    </w:p>
    <w:p w14:paraId="003684DB" w14:textId="77777777" w:rsidR="00AE08AB" w:rsidRDefault="00AA2D9E">
      <w:pPr>
        <w:spacing w:after="60"/>
      </w:pPr>
      <w:r>
        <w:rPr>
          <w:color w:val="B9B9B9"/>
          <w:sz w:val="16"/>
        </w:rPr>
        <w:lastRenderedPageBreak/>
        <w:t>________________________________________________________</w:t>
      </w:r>
    </w:p>
    <w:p w14:paraId="4693767D" w14:textId="77777777" w:rsidR="00AE08AB" w:rsidRDefault="00AA2D9E">
      <w:pPr>
        <w:spacing w:after="60"/>
      </w:pPr>
      <w:r>
        <w:rPr>
          <w:color w:val="B9B9B9"/>
          <w:sz w:val="16"/>
        </w:rPr>
        <w:t>________________________________________________________</w:t>
      </w:r>
    </w:p>
    <w:p w14:paraId="22356458" w14:textId="77777777" w:rsidR="00AE08AB" w:rsidRDefault="00AA2D9E">
      <w:pPr>
        <w:spacing w:after="60"/>
      </w:pPr>
      <w:r>
        <w:rPr>
          <w:color w:val="B9B9B9"/>
          <w:sz w:val="16"/>
        </w:rPr>
        <w:t>________________________________________________________</w:t>
      </w:r>
    </w:p>
    <w:p w14:paraId="7557380A" w14:textId="77777777" w:rsidR="00AE08AB" w:rsidRDefault="00AA2D9E">
      <w:pPr>
        <w:spacing w:after="60"/>
      </w:pPr>
      <w:r>
        <w:rPr>
          <w:color w:val="B9B9B9"/>
          <w:sz w:val="16"/>
        </w:rPr>
        <w:t>________________________________________________________</w:t>
      </w:r>
    </w:p>
    <w:p w14:paraId="2E0DE10D" w14:textId="77777777" w:rsidR="00AE08AB" w:rsidRDefault="00AA2D9E">
      <w:r>
        <w:br w:type="page"/>
      </w:r>
    </w:p>
    <w:p w14:paraId="657F8EA8" w14:textId="77777777" w:rsidR="00AE08AB" w:rsidRDefault="00AA2D9E">
      <w:pPr>
        <w:pStyle w:val="Heading2"/>
      </w:pPr>
      <w:r>
        <w:lastRenderedPageBreak/>
        <w:t>DAY 9</w:t>
      </w:r>
    </w:p>
    <w:p w14:paraId="6990A230" w14:textId="77777777" w:rsidR="00AE08AB" w:rsidRDefault="00AA2D9E">
      <w:pPr>
        <w:pStyle w:val="Heading1"/>
      </w:pPr>
      <w:r>
        <w:t>Silence Creates Space</w:t>
      </w:r>
    </w:p>
    <w:p w14:paraId="6CAAFF80" w14:textId="77777777" w:rsidR="00AE08AB" w:rsidRDefault="00AA2D9E">
      <w:r>
        <w:rPr>
          <w:b/>
          <w:color w:val="B08D3A"/>
        </w:rPr>
        <w:t xml:space="preserve">SCRIPTURE ANCHOR  </w:t>
      </w:r>
      <w:r>
        <w:t>Psalm 46:10</w:t>
      </w:r>
    </w:p>
    <w:p w14:paraId="7718B933" w14:textId="77777777" w:rsidR="00AE08AB" w:rsidRDefault="00AA2D9E">
      <w:pPr>
        <w:pStyle w:val="Heading2"/>
      </w:pPr>
      <w:r>
        <w:t>Pause</w:t>
      </w:r>
    </w:p>
    <w:p w14:paraId="0A85C25B" w14:textId="77777777" w:rsidR="00AE08AB" w:rsidRDefault="00AA2D9E">
      <w:r>
        <w:t>Take three slow breaths. Let your body become still. You do not have to solve anything before you pray.</w:t>
      </w:r>
    </w:p>
    <w:p w14:paraId="487DD508" w14:textId="77777777" w:rsidR="00AE08AB" w:rsidRDefault="00AA2D9E">
      <w:pPr>
        <w:pStyle w:val="Heading2"/>
      </w:pPr>
      <w:r>
        <w:t>Guided Prayer</w:t>
      </w:r>
    </w:p>
    <w:p w14:paraId="1E6261AF" w14:textId="77777777" w:rsidR="00AE08AB" w:rsidRDefault="00AA2D9E">
      <w:r>
        <w:t>Father, I bring You the reality of silence creates space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3F4A3EE1" w14:textId="77777777" w:rsidR="00AE08AB" w:rsidRDefault="00AA2D9E">
      <w:pPr>
        <w:pStyle w:val="Heading2"/>
      </w:pPr>
      <w:r>
        <w:t>Release</w:t>
      </w:r>
    </w:p>
    <w:p w14:paraId="1E5B2272" w14:textId="77777777" w:rsidR="00AE08AB" w:rsidRDefault="00AA2D9E">
      <w:r>
        <w:t>Complete this sentence slowly: “Father, today I place into Your hands…”</w:t>
      </w:r>
    </w:p>
    <w:p w14:paraId="294527B0" w14:textId="77777777" w:rsidR="00AE08AB" w:rsidRDefault="00AA2D9E">
      <w:pPr>
        <w:spacing w:after="60"/>
      </w:pPr>
      <w:r>
        <w:rPr>
          <w:color w:val="B9B9B9"/>
          <w:sz w:val="16"/>
        </w:rPr>
        <w:t>________________________________________________________</w:t>
      </w:r>
    </w:p>
    <w:p w14:paraId="5D104E39" w14:textId="77777777" w:rsidR="00AE08AB" w:rsidRDefault="00AA2D9E">
      <w:pPr>
        <w:spacing w:after="60"/>
      </w:pPr>
      <w:r>
        <w:rPr>
          <w:color w:val="B9B9B9"/>
          <w:sz w:val="16"/>
        </w:rPr>
        <w:t>________________________________________________________</w:t>
      </w:r>
    </w:p>
    <w:p w14:paraId="5595BEE4" w14:textId="77777777" w:rsidR="00AE08AB" w:rsidRDefault="00AA2D9E">
      <w:pPr>
        <w:pStyle w:val="Heading2"/>
      </w:pPr>
      <w:r>
        <w:t>Listen</w:t>
      </w:r>
    </w:p>
    <w:p w14:paraId="6CC91707" w14:textId="77777777" w:rsidR="00AE08AB" w:rsidRDefault="00AA2D9E">
      <w:r>
        <w:t>Remain quiet for a moment. What truth, Scripture, conviction, or gentle reminder is rising?</w:t>
      </w:r>
    </w:p>
    <w:p w14:paraId="79855E73" w14:textId="77777777" w:rsidR="00AE08AB" w:rsidRDefault="00AA2D9E">
      <w:pPr>
        <w:spacing w:after="60"/>
      </w:pPr>
      <w:r>
        <w:rPr>
          <w:color w:val="B9B9B9"/>
          <w:sz w:val="16"/>
        </w:rPr>
        <w:t>________________________________________________________</w:t>
      </w:r>
    </w:p>
    <w:p w14:paraId="0C856C2C" w14:textId="77777777" w:rsidR="00AE08AB" w:rsidRDefault="00AA2D9E">
      <w:pPr>
        <w:spacing w:after="60"/>
      </w:pPr>
      <w:r>
        <w:rPr>
          <w:color w:val="B9B9B9"/>
          <w:sz w:val="16"/>
        </w:rPr>
        <w:t>________________________________________________________</w:t>
      </w:r>
    </w:p>
    <w:p w14:paraId="75939A57" w14:textId="77777777" w:rsidR="00AE08AB" w:rsidRDefault="00AA2D9E">
      <w:pPr>
        <w:pStyle w:val="Heading2"/>
      </w:pPr>
      <w:r>
        <w:t>My Unfiltered Prayer</w:t>
      </w:r>
    </w:p>
    <w:p w14:paraId="3A94EAF3" w14:textId="77777777" w:rsidR="00AE08AB" w:rsidRDefault="00AA2D9E">
      <w:r>
        <w:t>God, as I sit with silence creates space, what I most need to tell You honestly is…</w:t>
      </w:r>
    </w:p>
    <w:p w14:paraId="7E06431E" w14:textId="77777777" w:rsidR="00AE08AB" w:rsidRDefault="00AA2D9E">
      <w:pPr>
        <w:spacing w:after="60"/>
      </w:pPr>
      <w:r>
        <w:rPr>
          <w:color w:val="B9B9B9"/>
          <w:sz w:val="16"/>
        </w:rPr>
        <w:t>________________________________________________________</w:t>
      </w:r>
    </w:p>
    <w:p w14:paraId="5149C3BE" w14:textId="77777777" w:rsidR="00AE08AB" w:rsidRDefault="00AA2D9E">
      <w:pPr>
        <w:spacing w:after="60"/>
      </w:pPr>
      <w:r>
        <w:rPr>
          <w:color w:val="B9B9B9"/>
          <w:sz w:val="16"/>
        </w:rPr>
        <w:t>________________________________________________________</w:t>
      </w:r>
    </w:p>
    <w:p w14:paraId="15E734F4" w14:textId="77777777" w:rsidR="00AE08AB" w:rsidRDefault="00AA2D9E">
      <w:pPr>
        <w:spacing w:after="60"/>
      </w:pPr>
      <w:r>
        <w:rPr>
          <w:color w:val="B9B9B9"/>
          <w:sz w:val="16"/>
        </w:rPr>
        <w:t>________________________________________________________</w:t>
      </w:r>
    </w:p>
    <w:p w14:paraId="61E741D1" w14:textId="77777777" w:rsidR="00AE08AB" w:rsidRDefault="00AA2D9E">
      <w:pPr>
        <w:spacing w:after="60"/>
      </w:pPr>
      <w:r>
        <w:rPr>
          <w:color w:val="B9B9B9"/>
          <w:sz w:val="16"/>
        </w:rPr>
        <w:lastRenderedPageBreak/>
        <w:t>________________________________________________________</w:t>
      </w:r>
    </w:p>
    <w:p w14:paraId="7FD4CC35" w14:textId="77777777" w:rsidR="00AE08AB" w:rsidRDefault="00AA2D9E">
      <w:pPr>
        <w:spacing w:after="60"/>
      </w:pPr>
      <w:r>
        <w:rPr>
          <w:color w:val="B9B9B9"/>
          <w:sz w:val="16"/>
        </w:rPr>
        <w:t>________________________________________________________</w:t>
      </w:r>
    </w:p>
    <w:p w14:paraId="21AB12EE" w14:textId="77777777" w:rsidR="00AE08AB" w:rsidRDefault="00AA2D9E">
      <w:pPr>
        <w:spacing w:after="60"/>
      </w:pPr>
      <w:r>
        <w:rPr>
          <w:color w:val="B9B9B9"/>
          <w:sz w:val="16"/>
        </w:rPr>
        <w:t>________________________________________________________</w:t>
      </w:r>
    </w:p>
    <w:p w14:paraId="3B01E9BC" w14:textId="77777777" w:rsidR="00AE08AB" w:rsidRDefault="00AA2D9E">
      <w:pPr>
        <w:spacing w:after="60"/>
      </w:pPr>
      <w:r>
        <w:rPr>
          <w:color w:val="B9B9B9"/>
          <w:sz w:val="16"/>
        </w:rPr>
        <w:t>________________________________________________________</w:t>
      </w:r>
    </w:p>
    <w:p w14:paraId="5370B0C1" w14:textId="77777777" w:rsidR="00AE08AB" w:rsidRDefault="00AA2D9E">
      <w:r>
        <w:br w:type="page"/>
      </w:r>
    </w:p>
    <w:p w14:paraId="2539C5B0" w14:textId="77777777" w:rsidR="00AE08AB" w:rsidRDefault="00AA2D9E">
      <w:pPr>
        <w:pStyle w:val="Heading2"/>
      </w:pPr>
      <w:r>
        <w:lastRenderedPageBreak/>
        <w:t>DAY 10</w:t>
      </w:r>
    </w:p>
    <w:p w14:paraId="3461C828" w14:textId="77777777" w:rsidR="00AE08AB" w:rsidRDefault="00AA2D9E">
      <w:pPr>
        <w:pStyle w:val="Heading1"/>
      </w:pPr>
      <w:r>
        <w:t>Your Values Matter</w:t>
      </w:r>
    </w:p>
    <w:p w14:paraId="26486A7E" w14:textId="77777777" w:rsidR="00AE08AB" w:rsidRDefault="00AA2D9E">
      <w:r>
        <w:rPr>
          <w:b/>
          <w:color w:val="B08D3A"/>
        </w:rPr>
        <w:t xml:space="preserve">SCRIPTURE ANCHOR  </w:t>
      </w:r>
      <w:r>
        <w:t>Micah 6:8</w:t>
      </w:r>
    </w:p>
    <w:p w14:paraId="432A33F2" w14:textId="77777777" w:rsidR="00AE08AB" w:rsidRDefault="00AA2D9E">
      <w:pPr>
        <w:pStyle w:val="Heading2"/>
      </w:pPr>
      <w:r>
        <w:t>Pause</w:t>
      </w:r>
    </w:p>
    <w:p w14:paraId="4517B264" w14:textId="77777777" w:rsidR="00AE08AB" w:rsidRDefault="00AA2D9E">
      <w:r>
        <w:t>Take three slow breaths. Let your body become still. You do not have to solve anything before you pray.</w:t>
      </w:r>
    </w:p>
    <w:p w14:paraId="39237A40" w14:textId="77777777" w:rsidR="00AE08AB" w:rsidRDefault="00AA2D9E">
      <w:pPr>
        <w:pStyle w:val="Heading2"/>
      </w:pPr>
      <w:r>
        <w:t>Guided Prayer</w:t>
      </w:r>
    </w:p>
    <w:p w14:paraId="2115AD83" w14:textId="77777777" w:rsidR="00AE08AB" w:rsidRDefault="00AA2D9E">
      <w:r>
        <w:t>Father, I bring You the reality of your values matter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w:t>
      </w:r>
      <w:r>
        <w:t>ns remain unanswered. In Jesus' name, Amen.</w:t>
      </w:r>
    </w:p>
    <w:p w14:paraId="57AE4046" w14:textId="77777777" w:rsidR="00AE08AB" w:rsidRDefault="00AA2D9E">
      <w:pPr>
        <w:pStyle w:val="Heading2"/>
      </w:pPr>
      <w:r>
        <w:t>Release</w:t>
      </w:r>
    </w:p>
    <w:p w14:paraId="52E4946C" w14:textId="77777777" w:rsidR="00AE08AB" w:rsidRDefault="00AA2D9E">
      <w:r>
        <w:t>Complete this sentence slowly: “Father, today I place into Your hands…”</w:t>
      </w:r>
    </w:p>
    <w:p w14:paraId="261EC8A8" w14:textId="77777777" w:rsidR="00AE08AB" w:rsidRDefault="00AA2D9E">
      <w:pPr>
        <w:spacing w:after="60"/>
      </w:pPr>
      <w:r>
        <w:rPr>
          <w:color w:val="B9B9B9"/>
          <w:sz w:val="16"/>
        </w:rPr>
        <w:t>________________________________________________________</w:t>
      </w:r>
    </w:p>
    <w:p w14:paraId="06048B35" w14:textId="77777777" w:rsidR="00AE08AB" w:rsidRDefault="00AA2D9E">
      <w:pPr>
        <w:spacing w:after="60"/>
      </w:pPr>
      <w:r>
        <w:rPr>
          <w:color w:val="B9B9B9"/>
          <w:sz w:val="16"/>
        </w:rPr>
        <w:t>________________________________________________________</w:t>
      </w:r>
    </w:p>
    <w:p w14:paraId="775D303D" w14:textId="77777777" w:rsidR="00AE08AB" w:rsidRDefault="00AA2D9E">
      <w:pPr>
        <w:pStyle w:val="Heading2"/>
      </w:pPr>
      <w:r>
        <w:t>Listen</w:t>
      </w:r>
    </w:p>
    <w:p w14:paraId="4D109902" w14:textId="77777777" w:rsidR="00AE08AB" w:rsidRDefault="00AA2D9E">
      <w:r>
        <w:t>Remain quiet for a moment. What truth, Scripture, conviction, or gentle reminder is rising?</w:t>
      </w:r>
    </w:p>
    <w:p w14:paraId="10CABD84" w14:textId="77777777" w:rsidR="00AE08AB" w:rsidRDefault="00AA2D9E">
      <w:pPr>
        <w:spacing w:after="60"/>
      </w:pPr>
      <w:r>
        <w:rPr>
          <w:color w:val="B9B9B9"/>
          <w:sz w:val="16"/>
        </w:rPr>
        <w:t>________________________________________________________</w:t>
      </w:r>
    </w:p>
    <w:p w14:paraId="4CD537FC" w14:textId="77777777" w:rsidR="00AE08AB" w:rsidRDefault="00AA2D9E">
      <w:pPr>
        <w:spacing w:after="60"/>
      </w:pPr>
      <w:r>
        <w:rPr>
          <w:color w:val="B9B9B9"/>
          <w:sz w:val="16"/>
        </w:rPr>
        <w:t>________________________________________________________</w:t>
      </w:r>
    </w:p>
    <w:p w14:paraId="2AD19FE1" w14:textId="77777777" w:rsidR="00AE08AB" w:rsidRDefault="00AA2D9E">
      <w:pPr>
        <w:pStyle w:val="Heading2"/>
      </w:pPr>
      <w:r>
        <w:t>My Unfiltered Prayer</w:t>
      </w:r>
    </w:p>
    <w:p w14:paraId="46EF52B4" w14:textId="77777777" w:rsidR="00AE08AB" w:rsidRDefault="00AA2D9E">
      <w:r>
        <w:t>God, as I sit with your values matter, what I most need to tell You honestly is…</w:t>
      </w:r>
    </w:p>
    <w:p w14:paraId="6644A6AB" w14:textId="77777777" w:rsidR="00AE08AB" w:rsidRDefault="00AA2D9E">
      <w:pPr>
        <w:spacing w:after="60"/>
      </w:pPr>
      <w:r>
        <w:rPr>
          <w:color w:val="B9B9B9"/>
          <w:sz w:val="16"/>
        </w:rPr>
        <w:t>________________________________________________________</w:t>
      </w:r>
    </w:p>
    <w:p w14:paraId="72BAE1CF" w14:textId="77777777" w:rsidR="00AE08AB" w:rsidRDefault="00AA2D9E">
      <w:pPr>
        <w:spacing w:after="60"/>
      </w:pPr>
      <w:r>
        <w:rPr>
          <w:color w:val="B9B9B9"/>
          <w:sz w:val="16"/>
        </w:rPr>
        <w:t>________________________________________________________</w:t>
      </w:r>
    </w:p>
    <w:p w14:paraId="0675AD6D" w14:textId="77777777" w:rsidR="00AE08AB" w:rsidRDefault="00AA2D9E">
      <w:pPr>
        <w:spacing w:after="60"/>
      </w:pPr>
      <w:r>
        <w:rPr>
          <w:color w:val="B9B9B9"/>
          <w:sz w:val="16"/>
        </w:rPr>
        <w:t>________________________________________________________</w:t>
      </w:r>
    </w:p>
    <w:p w14:paraId="6B8ADF60" w14:textId="77777777" w:rsidR="00AE08AB" w:rsidRDefault="00AA2D9E">
      <w:pPr>
        <w:spacing w:after="60"/>
      </w:pPr>
      <w:r>
        <w:rPr>
          <w:color w:val="B9B9B9"/>
          <w:sz w:val="16"/>
        </w:rPr>
        <w:t>________________________________________________________</w:t>
      </w:r>
    </w:p>
    <w:p w14:paraId="49A8493B" w14:textId="77777777" w:rsidR="00AE08AB" w:rsidRDefault="00AA2D9E">
      <w:pPr>
        <w:spacing w:after="60"/>
      </w:pPr>
      <w:r>
        <w:rPr>
          <w:color w:val="B9B9B9"/>
          <w:sz w:val="16"/>
        </w:rPr>
        <w:lastRenderedPageBreak/>
        <w:t>________________________________________________________</w:t>
      </w:r>
    </w:p>
    <w:p w14:paraId="580E30E0" w14:textId="77777777" w:rsidR="00AE08AB" w:rsidRDefault="00AA2D9E">
      <w:pPr>
        <w:spacing w:after="60"/>
      </w:pPr>
      <w:r>
        <w:rPr>
          <w:color w:val="B9B9B9"/>
          <w:sz w:val="16"/>
        </w:rPr>
        <w:t>________________________________________________________</w:t>
      </w:r>
    </w:p>
    <w:p w14:paraId="3375F66A" w14:textId="77777777" w:rsidR="00AE08AB" w:rsidRDefault="00AA2D9E">
      <w:pPr>
        <w:spacing w:after="60"/>
      </w:pPr>
      <w:r>
        <w:rPr>
          <w:color w:val="B9B9B9"/>
          <w:sz w:val="16"/>
        </w:rPr>
        <w:t>________________________________________________________</w:t>
      </w:r>
    </w:p>
    <w:p w14:paraId="4F7B0FB5" w14:textId="77777777" w:rsidR="00AE08AB" w:rsidRDefault="00AA2D9E">
      <w:r>
        <w:br w:type="page"/>
      </w:r>
    </w:p>
    <w:p w14:paraId="3F166C5E" w14:textId="77777777" w:rsidR="00AE08AB" w:rsidRDefault="00AA2D9E">
      <w:pPr>
        <w:pStyle w:val="Heading2"/>
      </w:pPr>
      <w:r>
        <w:lastRenderedPageBreak/>
        <w:t>DAY 11</w:t>
      </w:r>
    </w:p>
    <w:p w14:paraId="5A483547" w14:textId="77777777" w:rsidR="00AE08AB" w:rsidRDefault="00AA2D9E">
      <w:pPr>
        <w:pStyle w:val="Heading1"/>
      </w:pPr>
      <w:r>
        <w:t>Comparison Steals Clarity</w:t>
      </w:r>
    </w:p>
    <w:p w14:paraId="1F30CA8C" w14:textId="77777777" w:rsidR="00AE08AB" w:rsidRDefault="00AA2D9E">
      <w:r>
        <w:rPr>
          <w:b/>
          <w:color w:val="B08D3A"/>
        </w:rPr>
        <w:t xml:space="preserve">SCRIPTURE ANCHOR  </w:t>
      </w:r>
      <w:r>
        <w:t>2 Corinthians 10:12</w:t>
      </w:r>
    </w:p>
    <w:p w14:paraId="2DD729F6" w14:textId="77777777" w:rsidR="00AE08AB" w:rsidRDefault="00AA2D9E">
      <w:pPr>
        <w:pStyle w:val="Heading2"/>
      </w:pPr>
      <w:r>
        <w:t>Pause</w:t>
      </w:r>
    </w:p>
    <w:p w14:paraId="327198B0" w14:textId="77777777" w:rsidR="00AE08AB" w:rsidRDefault="00AA2D9E">
      <w:r>
        <w:t>Take three slow breaths. Let your body become still. You do not have to solve anything before you pray.</w:t>
      </w:r>
    </w:p>
    <w:p w14:paraId="4AFB5501" w14:textId="77777777" w:rsidR="00AE08AB" w:rsidRDefault="00AA2D9E">
      <w:pPr>
        <w:pStyle w:val="Heading2"/>
      </w:pPr>
      <w:r>
        <w:t>Guided Prayer</w:t>
      </w:r>
    </w:p>
    <w:p w14:paraId="26F8E2A1" w14:textId="77777777" w:rsidR="00AE08AB" w:rsidRDefault="00AA2D9E">
      <w:r>
        <w:t xml:space="preserve">Father, I bring You the reality of comparison steals clarity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w:t>
      </w:r>
      <w:r>
        <w:t>questions remain unanswered. In Jesus' name, Amen.</w:t>
      </w:r>
    </w:p>
    <w:p w14:paraId="351AF71B" w14:textId="77777777" w:rsidR="00AE08AB" w:rsidRDefault="00AA2D9E">
      <w:pPr>
        <w:pStyle w:val="Heading2"/>
      </w:pPr>
      <w:r>
        <w:t>Release</w:t>
      </w:r>
    </w:p>
    <w:p w14:paraId="66869E9F" w14:textId="77777777" w:rsidR="00AE08AB" w:rsidRDefault="00AA2D9E">
      <w:r>
        <w:t>Complete this sentence slowly: “Father, today I place into Your hands…”</w:t>
      </w:r>
    </w:p>
    <w:p w14:paraId="55803578" w14:textId="77777777" w:rsidR="00AE08AB" w:rsidRDefault="00AA2D9E">
      <w:pPr>
        <w:spacing w:after="60"/>
      </w:pPr>
      <w:r>
        <w:rPr>
          <w:color w:val="B9B9B9"/>
          <w:sz w:val="16"/>
        </w:rPr>
        <w:t>________________________________________________________</w:t>
      </w:r>
    </w:p>
    <w:p w14:paraId="3290122A" w14:textId="77777777" w:rsidR="00AE08AB" w:rsidRDefault="00AA2D9E">
      <w:pPr>
        <w:spacing w:after="60"/>
      </w:pPr>
      <w:r>
        <w:rPr>
          <w:color w:val="B9B9B9"/>
          <w:sz w:val="16"/>
        </w:rPr>
        <w:t>________________________________________________________</w:t>
      </w:r>
    </w:p>
    <w:p w14:paraId="5C15995E" w14:textId="77777777" w:rsidR="00AE08AB" w:rsidRDefault="00AA2D9E">
      <w:pPr>
        <w:pStyle w:val="Heading2"/>
      </w:pPr>
      <w:r>
        <w:t>Listen</w:t>
      </w:r>
    </w:p>
    <w:p w14:paraId="43A98942" w14:textId="77777777" w:rsidR="00AE08AB" w:rsidRDefault="00AA2D9E">
      <w:r>
        <w:t>Remain quiet for a moment. What truth, Scripture, conviction, or gentle reminder is rising?</w:t>
      </w:r>
    </w:p>
    <w:p w14:paraId="5A038836" w14:textId="77777777" w:rsidR="00AE08AB" w:rsidRDefault="00AA2D9E">
      <w:pPr>
        <w:spacing w:after="60"/>
      </w:pPr>
      <w:r>
        <w:rPr>
          <w:color w:val="B9B9B9"/>
          <w:sz w:val="16"/>
        </w:rPr>
        <w:t>________________________________________________________</w:t>
      </w:r>
    </w:p>
    <w:p w14:paraId="548D5449" w14:textId="77777777" w:rsidR="00AE08AB" w:rsidRDefault="00AA2D9E">
      <w:pPr>
        <w:spacing w:after="60"/>
      </w:pPr>
      <w:r>
        <w:rPr>
          <w:color w:val="B9B9B9"/>
          <w:sz w:val="16"/>
        </w:rPr>
        <w:t>________________________________________________________</w:t>
      </w:r>
    </w:p>
    <w:p w14:paraId="4CE75819" w14:textId="77777777" w:rsidR="00AE08AB" w:rsidRDefault="00AA2D9E">
      <w:pPr>
        <w:pStyle w:val="Heading2"/>
      </w:pPr>
      <w:r>
        <w:t>My Unfiltered Prayer</w:t>
      </w:r>
    </w:p>
    <w:p w14:paraId="622BA048" w14:textId="77777777" w:rsidR="00AE08AB" w:rsidRDefault="00AA2D9E">
      <w:r>
        <w:t>God, as I sit with comparison steals clarity, what I most need to tell You honestly is…</w:t>
      </w:r>
    </w:p>
    <w:p w14:paraId="3EB0C4E5" w14:textId="77777777" w:rsidR="00AE08AB" w:rsidRDefault="00AA2D9E">
      <w:pPr>
        <w:spacing w:after="60"/>
      </w:pPr>
      <w:r>
        <w:rPr>
          <w:color w:val="B9B9B9"/>
          <w:sz w:val="16"/>
        </w:rPr>
        <w:t>________________________________________________________</w:t>
      </w:r>
    </w:p>
    <w:p w14:paraId="1E7E5DC2" w14:textId="77777777" w:rsidR="00AE08AB" w:rsidRDefault="00AA2D9E">
      <w:pPr>
        <w:spacing w:after="60"/>
      </w:pPr>
      <w:r>
        <w:rPr>
          <w:color w:val="B9B9B9"/>
          <w:sz w:val="16"/>
        </w:rPr>
        <w:t>________________________________________________________</w:t>
      </w:r>
    </w:p>
    <w:p w14:paraId="70DFA9C6" w14:textId="77777777" w:rsidR="00AE08AB" w:rsidRDefault="00AA2D9E">
      <w:pPr>
        <w:spacing w:after="60"/>
      </w:pPr>
      <w:r>
        <w:rPr>
          <w:color w:val="B9B9B9"/>
          <w:sz w:val="16"/>
        </w:rPr>
        <w:t>________________________________________________________</w:t>
      </w:r>
    </w:p>
    <w:p w14:paraId="4F810A03" w14:textId="77777777" w:rsidR="00AE08AB" w:rsidRDefault="00AA2D9E">
      <w:pPr>
        <w:spacing w:after="60"/>
      </w:pPr>
      <w:r>
        <w:rPr>
          <w:color w:val="B9B9B9"/>
          <w:sz w:val="16"/>
        </w:rPr>
        <w:lastRenderedPageBreak/>
        <w:t>________________________________________________________</w:t>
      </w:r>
    </w:p>
    <w:p w14:paraId="246A0350" w14:textId="77777777" w:rsidR="00AE08AB" w:rsidRDefault="00AA2D9E">
      <w:pPr>
        <w:spacing w:after="60"/>
      </w:pPr>
      <w:r>
        <w:rPr>
          <w:color w:val="B9B9B9"/>
          <w:sz w:val="16"/>
        </w:rPr>
        <w:t>________________________________________________________</w:t>
      </w:r>
    </w:p>
    <w:p w14:paraId="120DCEF6" w14:textId="77777777" w:rsidR="00AE08AB" w:rsidRDefault="00AA2D9E">
      <w:pPr>
        <w:spacing w:after="60"/>
      </w:pPr>
      <w:r>
        <w:rPr>
          <w:color w:val="B9B9B9"/>
          <w:sz w:val="16"/>
        </w:rPr>
        <w:t>________________________________________________________</w:t>
      </w:r>
    </w:p>
    <w:p w14:paraId="36C95E01" w14:textId="77777777" w:rsidR="00AE08AB" w:rsidRDefault="00AA2D9E">
      <w:pPr>
        <w:spacing w:after="60"/>
      </w:pPr>
      <w:r>
        <w:rPr>
          <w:color w:val="B9B9B9"/>
          <w:sz w:val="16"/>
        </w:rPr>
        <w:t>________________________________________________________</w:t>
      </w:r>
    </w:p>
    <w:p w14:paraId="66280D66" w14:textId="77777777" w:rsidR="00AE08AB" w:rsidRDefault="00AA2D9E">
      <w:r>
        <w:br w:type="page"/>
      </w:r>
    </w:p>
    <w:p w14:paraId="2996F55F" w14:textId="77777777" w:rsidR="00AE08AB" w:rsidRDefault="00AA2D9E">
      <w:pPr>
        <w:pStyle w:val="Heading2"/>
      </w:pPr>
      <w:r>
        <w:lastRenderedPageBreak/>
        <w:t>DAY 12</w:t>
      </w:r>
    </w:p>
    <w:p w14:paraId="1F5005E5" w14:textId="77777777" w:rsidR="00AE08AB" w:rsidRDefault="00AA2D9E">
      <w:pPr>
        <w:pStyle w:val="Heading1"/>
      </w:pPr>
      <w:r>
        <w:t>You Are More Than Your Role</w:t>
      </w:r>
    </w:p>
    <w:p w14:paraId="5BFEE780" w14:textId="77777777" w:rsidR="00AE08AB" w:rsidRDefault="00AA2D9E">
      <w:r>
        <w:rPr>
          <w:b/>
          <w:color w:val="B08D3A"/>
        </w:rPr>
        <w:t xml:space="preserve">SCRIPTURE ANCHOR  </w:t>
      </w:r>
      <w:r>
        <w:t>Colossians 3:3</w:t>
      </w:r>
    </w:p>
    <w:p w14:paraId="5D03F403" w14:textId="77777777" w:rsidR="00AE08AB" w:rsidRDefault="00AA2D9E">
      <w:pPr>
        <w:pStyle w:val="Heading2"/>
      </w:pPr>
      <w:r>
        <w:t>Pause</w:t>
      </w:r>
    </w:p>
    <w:p w14:paraId="7BB5011C" w14:textId="77777777" w:rsidR="00AE08AB" w:rsidRDefault="00AA2D9E">
      <w:r>
        <w:t>Take three slow breaths. Let your body become still. You do not have to solve anything before you pray.</w:t>
      </w:r>
    </w:p>
    <w:p w14:paraId="69F89032" w14:textId="77777777" w:rsidR="00AE08AB" w:rsidRDefault="00AA2D9E">
      <w:pPr>
        <w:pStyle w:val="Heading2"/>
      </w:pPr>
      <w:r>
        <w:t>Guided Prayer</w:t>
      </w:r>
    </w:p>
    <w:p w14:paraId="7FC0C645" w14:textId="77777777" w:rsidR="00AE08AB" w:rsidRDefault="00AA2D9E">
      <w:r>
        <w:t>Father, I bring You the reality of you are more than your role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21834BCA" w14:textId="77777777" w:rsidR="00AE08AB" w:rsidRDefault="00AA2D9E">
      <w:pPr>
        <w:pStyle w:val="Heading2"/>
      </w:pPr>
      <w:r>
        <w:t>Release</w:t>
      </w:r>
    </w:p>
    <w:p w14:paraId="44FF4EA3" w14:textId="77777777" w:rsidR="00AE08AB" w:rsidRDefault="00AA2D9E">
      <w:r>
        <w:t>Complete this sentence slowly: “Father, today I place into Your hands…”</w:t>
      </w:r>
    </w:p>
    <w:p w14:paraId="11789D48" w14:textId="77777777" w:rsidR="00AE08AB" w:rsidRDefault="00AA2D9E">
      <w:pPr>
        <w:spacing w:after="60"/>
      </w:pPr>
      <w:r>
        <w:rPr>
          <w:color w:val="B9B9B9"/>
          <w:sz w:val="16"/>
        </w:rPr>
        <w:t>________________________________________________________</w:t>
      </w:r>
    </w:p>
    <w:p w14:paraId="5B36935E" w14:textId="77777777" w:rsidR="00AE08AB" w:rsidRDefault="00AA2D9E">
      <w:pPr>
        <w:spacing w:after="60"/>
      </w:pPr>
      <w:r>
        <w:rPr>
          <w:color w:val="B9B9B9"/>
          <w:sz w:val="16"/>
        </w:rPr>
        <w:t>________________________________________________________</w:t>
      </w:r>
    </w:p>
    <w:p w14:paraId="57C07089" w14:textId="77777777" w:rsidR="00AE08AB" w:rsidRDefault="00AA2D9E">
      <w:pPr>
        <w:pStyle w:val="Heading2"/>
      </w:pPr>
      <w:r>
        <w:t>Listen</w:t>
      </w:r>
    </w:p>
    <w:p w14:paraId="0CAA2D7C" w14:textId="77777777" w:rsidR="00AE08AB" w:rsidRDefault="00AA2D9E">
      <w:r>
        <w:t>Remain quiet for a moment. What truth, Scripture, conviction, or gentle reminder is rising?</w:t>
      </w:r>
    </w:p>
    <w:p w14:paraId="779FAF3B" w14:textId="77777777" w:rsidR="00AE08AB" w:rsidRDefault="00AA2D9E">
      <w:pPr>
        <w:spacing w:after="60"/>
      </w:pPr>
      <w:r>
        <w:rPr>
          <w:color w:val="B9B9B9"/>
          <w:sz w:val="16"/>
        </w:rPr>
        <w:t>________________________________________________________</w:t>
      </w:r>
    </w:p>
    <w:p w14:paraId="44126BAF" w14:textId="77777777" w:rsidR="00AE08AB" w:rsidRDefault="00AA2D9E">
      <w:pPr>
        <w:spacing w:after="60"/>
      </w:pPr>
      <w:r>
        <w:rPr>
          <w:color w:val="B9B9B9"/>
          <w:sz w:val="16"/>
        </w:rPr>
        <w:t>________________________________________________________</w:t>
      </w:r>
    </w:p>
    <w:p w14:paraId="11B9FF27" w14:textId="77777777" w:rsidR="00AE08AB" w:rsidRDefault="00AA2D9E">
      <w:pPr>
        <w:pStyle w:val="Heading2"/>
      </w:pPr>
      <w:r>
        <w:t>My Unfiltered Prayer</w:t>
      </w:r>
    </w:p>
    <w:p w14:paraId="277E4832" w14:textId="77777777" w:rsidR="00AE08AB" w:rsidRDefault="00AA2D9E">
      <w:r>
        <w:t>God, as I sit with you are more than your role, what I most need to tell You honestly is…</w:t>
      </w:r>
    </w:p>
    <w:p w14:paraId="32A47584" w14:textId="77777777" w:rsidR="00AE08AB" w:rsidRDefault="00AA2D9E">
      <w:pPr>
        <w:spacing w:after="60"/>
      </w:pPr>
      <w:r>
        <w:rPr>
          <w:color w:val="B9B9B9"/>
          <w:sz w:val="16"/>
        </w:rPr>
        <w:t>________________________________________________________</w:t>
      </w:r>
    </w:p>
    <w:p w14:paraId="6A3D0A23" w14:textId="77777777" w:rsidR="00AE08AB" w:rsidRDefault="00AA2D9E">
      <w:pPr>
        <w:spacing w:after="60"/>
      </w:pPr>
      <w:r>
        <w:rPr>
          <w:color w:val="B9B9B9"/>
          <w:sz w:val="16"/>
        </w:rPr>
        <w:t>________________________________________________________</w:t>
      </w:r>
    </w:p>
    <w:p w14:paraId="42BAE1F7" w14:textId="77777777" w:rsidR="00AE08AB" w:rsidRDefault="00AA2D9E">
      <w:pPr>
        <w:spacing w:after="60"/>
      </w:pPr>
      <w:r>
        <w:rPr>
          <w:color w:val="B9B9B9"/>
          <w:sz w:val="16"/>
        </w:rPr>
        <w:t>________________________________________________________</w:t>
      </w:r>
    </w:p>
    <w:p w14:paraId="167BA73C" w14:textId="77777777" w:rsidR="00AE08AB" w:rsidRDefault="00AA2D9E">
      <w:pPr>
        <w:spacing w:after="60"/>
      </w:pPr>
      <w:r>
        <w:rPr>
          <w:color w:val="B9B9B9"/>
          <w:sz w:val="16"/>
        </w:rPr>
        <w:lastRenderedPageBreak/>
        <w:t>________________________________________________________</w:t>
      </w:r>
    </w:p>
    <w:p w14:paraId="20CB6EDB" w14:textId="77777777" w:rsidR="00AE08AB" w:rsidRDefault="00AA2D9E">
      <w:pPr>
        <w:spacing w:after="60"/>
      </w:pPr>
      <w:r>
        <w:rPr>
          <w:color w:val="B9B9B9"/>
          <w:sz w:val="16"/>
        </w:rPr>
        <w:t>________________________________________________________</w:t>
      </w:r>
    </w:p>
    <w:p w14:paraId="37689B08" w14:textId="77777777" w:rsidR="00AE08AB" w:rsidRDefault="00AA2D9E">
      <w:pPr>
        <w:spacing w:after="60"/>
      </w:pPr>
      <w:r>
        <w:rPr>
          <w:color w:val="B9B9B9"/>
          <w:sz w:val="16"/>
        </w:rPr>
        <w:t>________________________________________________________</w:t>
      </w:r>
    </w:p>
    <w:p w14:paraId="431042B8" w14:textId="77777777" w:rsidR="00AE08AB" w:rsidRDefault="00AA2D9E">
      <w:pPr>
        <w:spacing w:after="60"/>
      </w:pPr>
      <w:r>
        <w:rPr>
          <w:color w:val="B9B9B9"/>
          <w:sz w:val="16"/>
        </w:rPr>
        <w:t>________________________________________________________</w:t>
      </w:r>
    </w:p>
    <w:p w14:paraId="61DC6B40" w14:textId="77777777" w:rsidR="00AE08AB" w:rsidRDefault="00AA2D9E">
      <w:r>
        <w:br w:type="page"/>
      </w:r>
    </w:p>
    <w:p w14:paraId="600B715B" w14:textId="77777777" w:rsidR="00AE08AB" w:rsidRDefault="00AA2D9E">
      <w:pPr>
        <w:pStyle w:val="Heading2"/>
      </w:pPr>
      <w:r>
        <w:lastRenderedPageBreak/>
        <w:t>DAY 13</w:t>
      </w:r>
    </w:p>
    <w:p w14:paraId="32089A9C" w14:textId="77777777" w:rsidR="00AE08AB" w:rsidRDefault="00AA2D9E">
      <w:pPr>
        <w:pStyle w:val="Heading1"/>
      </w:pPr>
      <w:r>
        <w:t>Fatherhood and Identity</w:t>
      </w:r>
    </w:p>
    <w:p w14:paraId="0F201164" w14:textId="77777777" w:rsidR="00AE08AB" w:rsidRDefault="00AA2D9E">
      <w:r>
        <w:rPr>
          <w:b/>
          <w:color w:val="B08D3A"/>
        </w:rPr>
        <w:t xml:space="preserve">SCRIPTURE ANCHOR  </w:t>
      </w:r>
      <w:r>
        <w:t>Psalm 127:3</w:t>
      </w:r>
    </w:p>
    <w:p w14:paraId="5C47DE14" w14:textId="77777777" w:rsidR="00AE08AB" w:rsidRDefault="00AA2D9E">
      <w:pPr>
        <w:pStyle w:val="Heading2"/>
      </w:pPr>
      <w:r>
        <w:t>Pause</w:t>
      </w:r>
    </w:p>
    <w:p w14:paraId="4C1F7A4F" w14:textId="77777777" w:rsidR="00AE08AB" w:rsidRDefault="00AA2D9E">
      <w:r>
        <w:t>Take three slow breaths. Let your body become still. You do not have to solve anything before you pray.</w:t>
      </w:r>
    </w:p>
    <w:p w14:paraId="6EA408C1" w14:textId="77777777" w:rsidR="00AE08AB" w:rsidRDefault="00AA2D9E">
      <w:pPr>
        <w:pStyle w:val="Heading2"/>
      </w:pPr>
      <w:r>
        <w:t>Guided Prayer</w:t>
      </w:r>
    </w:p>
    <w:p w14:paraId="25F0CF13" w14:textId="77777777" w:rsidR="00AE08AB" w:rsidRDefault="00AA2D9E">
      <w:r>
        <w:t>Father, I bring You the reality of fatherhood and identity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w:t>
      </w:r>
      <w:r>
        <w:t>estions remain unanswered. In Jesus' name, Amen.</w:t>
      </w:r>
    </w:p>
    <w:p w14:paraId="2244C23A" w14:textId="77777777" w:rsidR="00AE08AB" w:rsidRDefault="00AA2D9E">
      <w:pPr>
        <w:pStyle w:val="Heading2"/>
      </w:pPr>
      <w:r>
        <w:t>Release</w:t>
      </w:r>
    </w:p>
    <w:p w14:paraId="42DBF8FF" w14:textId="77777777" w:rsidR="00AE08AB" w:rsidRDefault="00AA2D9E">
      <w:r>
        <w:t>Complete this sentence slowly: “Father, today I place into Your hands…”</w:t>
      </w:r>
    </w:p>
    <w:p w14:paraId="0BEC24E2" w14:textId="77777777" w:rsidR="00AE08AB" w:rsidRDefault="00AA2D9E">
      <w:pPr>
        <w:spacing w:after="60"/>
      </w:pPr>
      <w:r>
        <w:rPr>
          <w:color w:val="B9B9B9"/>
          <w:sz w:val="16"/>
        </w:rPr>
        <w:t>________________________________________________________</w:t>
      </w:r>
    </w:p>
    <w:p w14:paraId="7D4FA832" w14:textId="77777777" w:rsidR="00AE08AB" w:rsidRDefault="00AA2D9E">
      <w:pPr>
        <w:spacing w:after="60"/>
      </w:pPr>
      <w:r>
        <w:rPr>
          <w:color w:val="B9B9B9"/>
          <w:sz w:val="16"/>
        </w:rPr>
        <w:t>________________________________________________________</w:t>
      </w:r>
    </w:p>
    <w:p w14:paraId="73F48BE9" w14:textId="77777777" w:rsidR="00AE08AB" w:rsidRDefault="00AA2D9E">
      <w:pPr>
        <w:pStyle w:val="Heading2"/>
      </w:pPr>
      <w:r>
        <w:t>Listen</w:t>
      </w:r>
    </w:p>
    <w:p w14:paraId="07A84C54" w14:textId="77777777" w:rsidR="00AE08AB" w:rsidRDefault="00AA2D9E">
      <w:r>
        <w:t>Remain quiet for a moment. What truth, Scripture, conviction, or gentle reminder is rising?</w:t>
      </w:r>
    </w:p>
    <w:p w14:paraId="5E84EE88" w14:textId="77777777" w:rsidR="00AE08AB" w:rsidRDefault="00AA2D9E">
      <w:pPr>
        <w:spacing w:after="60"/>
      </w:pPr>
      <w:r>
        <w:rPr>
          <w:color w:val="B9B9B9"/>
          <w:sz w:val="16"/>
        </w:rPr>
        <w:t>________________________________________________________</w:t>
      </w:r>
    </w:p>
    <w:p w14:paraId="2CBFC434" w14:textId="77777777" w:rsidR="00AE08AB" w:rsidRDefault="00AA2D9E">
      <w:pPr>
        <w:spacing w:after="60"/>
      </w:pPr>
      <w:r>
        <w:rPr>
          <w:color w:val="B9B9B9"/>
          <w:sz w:val="16"/>
        </w:rPr>
        <w:t>________________________________________________________</w:t>
      </w:r>
    </w:p>
    <w:p w14:paraId="53D6CED7" w14:textId="77777777" w:rsidR="00AE08AB" w:rsidRDefault="00AA2D9E">
      <w:pPr>
        <w:pStyle w:val="Heading2"/>
      </w:pPr>
      <w:r>
        <w:t>My Unfiltered Prayer</w:t>
      </w:r>
    </w:p>
    <w:p w14:paraId="72C9E0AC" w14:textId="77777777" w:rsidR="00AE08AB" w:rsidRDefault="00AA2D9E">
      <w:r>
        <w:t>God, as I sit with fatherhood and identity, what I most need to tell You honestly is…</w:t>
      </w:r>
    </w:p>
    <w:p w14:paraId="45BD2D21" w14:textId="77777777" w:rsidR="00AE08AB" w:rsidRDefault="00AA2D9E">
      <w:pPr>
        <w:spacing w:after="60"/>
      </w:pPr>
      <w:r>
        <w:rPr>
          <w:color w:val="B9B9B9"/>
          <w:sz w:val="16"/>
        </w:rPr>
        <w:t>________________________________________________________</w:t>
      </w:r>
    </w:p>
    <w:p w14:paraId="05793491" w14:textId="77777777" w:rsidR="00AE08AB" w:rsidRDefault="00AA2D9E">
      <w:pPr>
        <w:spacing w:after="60"/>
      </w:pPr>
      <w:r>
        <w:rPr>
          <w:color w:val="B9B9B9"/>
          <w:sz w:val="16"/>
        </w:rPr>
        <w:t>________________________________________________________</w:t>
      </w:r>
    </w:p>
    <w:p w14:paraId="15E24F88" w14:textId="77777777" w:rsidR="00AE08AB" w:rsidRDefault="00AA2D9E">
      <w:pPr>
        <w:spacing w:after="60"/>
      </w:pPr>
      <w:r>
        <w:rPr>
          <w:color w:val="B9B9B9"/>
          <w:sz w:val="16"/>
        </w:rPr>
        <w:t>________________________________________________________</w:t>
      </w:r>
    </w:p>
    <w:p w14:paraId="2611D85E" w14:textId="77777777" w:rsidR="00AE08AB" w:rsidRDefault="00AA2D9E">
      <w:pPr>
        <w:spacing w:after="60"/>
      </w:pPr>
      <w:r>
        <w:rPr>
          <w:color w:val="B9B9B9"/>
          <w:sz w:val="16"/>
        </w:rPr>
        <w:lastRenderedPageBreak/>
        <w:t>________________________________________________________</w:t>
      </w:r>
    </w:p>
    <w:p w14:paraId="15A65E53" w14:textId="77777777" w:rsidR="00AE08AB" w:rsidRDefault="00AA2D9E">
      <w:pPr>
        <w:spacing w:after="60"/>
      </w:pPr>
      <w:r>
        <w:rPr>
          <w:color w:val="B9B9B9"/>
          <w:sz w:val="16"/>
        </w:rPr>
        <w:t>________________________________________________________</w:t>
      </w:r>
    </w:p>
    <w:p w14:paraId="2A7D5744" w14:textId="77777777" w:rsidR="00AE08AB" w:rsidRDefault="00AA2D9E">
      <w:pPr>
        <w:spacing w:after="60"/>
      </w:pPr>
      <w:r>
        <w:rPr>
          <w:color w:val="B9B9B9"/>
          <w:sz w:val="16"/>
        </w:rPr>
        <w:t>________________________________________________________</w:t>
      </w:r>
    </w:p>
    <w:p w14:paraId="25899FA0" w14:textId="77777777" w:rsidR="00AE08AB" w:rsidRDefault="00AA2D9E">
      <w:pPr>
        <w:spacing w:after="60"/>
      </w:pPr>
      <w:r>
        <w:rPr>
          <w:color w:val="B9B9B9"/>
          <w:sz w:val="16"/>
        </w:rPr>
        <w:t>________________________________________________________</w:t>
      </w:r>
    </w:p>
    <w:p w14:paraId="2BBD8163" w14:textId="77777777" w:rsidR="00AE08AB" w:rsidRDefault="00AA2D9E">
      <w:r>
        <w:br w:type="page"/>
      </w:r>
    </w:p>
    <w:p w14:paraId="201978A7" w14:textId="77777777" w:rsidR="00AE08AB" w:rsidRDefault="00AA2D9E">
      <w:pPr>
        <w:pStyle w:val="Heading2"/>
      </w:pPr>
      <w:r>
        <w:lastRenderedPageBreak/>
        <w:t>DAY 14</w:t>
      </w:r>
    </w:p>
    <w:p w14:paraId="0C364F4D" w14:textId="77777777" w:rsidR="00AE08AB" w:rsidRDefault="00AA2D9E">
      <w:pPr>
        <w:pStyle w:val="Heading1"/>
      </w:pPr>
      <w:r>
        <w:t>Boundaries Protect Identity</w:t>
      </w:r>
    </w:p>
    <w:p w14:paraId="1A8CEC08" w14:textId="77777777" w:rsidR="00AE08AB" w:rsidRDefault="00AA2D9E">
      <w:r>
        <w:rPr>
          <w:b/>
          <w:color w:val="B08D3A"/>
        </w:rPr>
        <w:t xml:space="preserve">SCRIPTURE ANCHOR  </w:t>
      </w:r>
      <w:r>
        <w:t>Proverbs 4:23</w:t>
      </w:r>
    </w:p>
    <w:p w14:paraId="2B47A515" w14:textId="77777777" w:rsidR="00AE08AB" w:rsidRDefault="00AA2D9E">
      <w:pPr>
        <w:pStyle w:val="Heading2"/>
      </w:pPr>
      <w:r>
        <w:t>Pause</w:t>
      </w:r>
    </w:p>
    <w:p w14:paraId="7694D69D" w14:textId="77777777" w:rsidR="00AE08AB" w:rsidRDefault="00AA2D9E">
      <w:r>
        <w:t>Take three slow breaths. Let your body become still. You do not have to solve anything before you pray.</w:t>
      </w:r>
    </w:p>
    <w:p w14:paraId="46FA49E2" w14:textId="77777777" w:rsidR="00AE08AB" w:rsidRDefault="00AA2D9E">
      <w:pPr>
        <w:pStyle w:val="Heading2"/>
      </w:pPr>
      <w:r>
        <w:t>Guided Prayer</w:t>
      </w:r>
    </w:p>
    <w:p w14:paraId="0AF13EE4" w14:textId="77777777" w:rsidR="00AE08AB" w:rsidRDefault="00AA2D9E">
      <w:r>
        <w:t>Father, I bring You the reality of boundaries protect identity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640677DC" w14:textId="77777777" w:rsidR="00AE08AB" w:rsidRDefault="00AA2D9E">
      <w:pPr>
        <w:pStyle w:val="Heading2"/>
      </w:pPr>
      <w:r>
        <w:t>Release</w:t>
      </w:r>
    </w:p>
    <w:p w14:paraId="67311440" w14:textId="77777777" w:rsidR="00AE08AB" w:rsidRDefault="00AA2D9E">
      <w:r>
        <w:t>Complete this sentence slowly: “Father, today I place into Your hands…”</w:t>
      </w:r>
    </w:p>
    <w:p w14:paraId="60E2D994" w14:textId="77777777" w:rsidR="00AE08AB" w:rsidRDefault="00AA2D9E">
      <w:pPr>
        <w:spacing w:after="60"/>
      </w:pPr>
      <w:r>
        <w:rPr>
          <w:color w:val="B9B9B9"/>
          <w:sz w:val="16"/>
        </w:rPr>
        <w:t>________________________________________________________</w:t>
      </w:r>
    </w:p>
    <w:p w14:paraId="79C1E60B" w14:textId="77777777" w:rsidR="00AE08AB" w:rsidRDefault="00AA2D9E">
      <w:pPr>
        <w:spacing w:after="60"/>
      </w:pPr>
      <w:r>
        <w:rPr>
          <w:color w:val="B9B9B9"/>
          <w:sz w:val="16"/>
        </w:rPr>
        <w:t>________________________________________________________</w:t>
      </w:r>
    </w:p>
    <w:p w14:paraId="1EA327B0" w14:textId="77777777" w:rsidR="00AE08AB" w:rsidRDefault="00AA2D9E">
      <w:pPr>
        <w:pStyle w:val="Heading2"/>
      </w:pPr>
      <w:r>
        <w:t>Listen</w:t>
      </w:r>
    </w:p>
    <w:p w14:paraId="74364FCB" w14:textId="77777777" w:rsidR="00AE08AB" w:rsidRDefault="00AA2D9E">
      <w:r>
        <w:t>Remain quiet for a moment. What truth, Scripture, conviction, or gentle reminder is rising?</w:t>
      </w:r>
    </w:p>
    <w:p w14:paraId="62A01C2D" w14:textId="77777777" w:rsidR="00AE08AB" w:rsidRDefault="00AA2D9E">
      <w:pPr>
        <w:spacing w:after="60"/>
      </w:pPr>
      <w:r>
        <w:rPr>
          <w:color w:val="B9B9B9"/>
          <w:sz w:val="16"/>
        </w:rPr>
        <w:t>________________________________________________________</w:t>
      </w:r>
    </w:p>
    <w:p w14:paraId="3365C6E3" w14:textId="77777777" w:rsidR="00AE08AB" w:rsidRDefault="00AA2D9E">
      <w:pPr>
        <w:spacing w:after="60"/>
      </w:pPr>
      <w:r>
        <w:rPr>
          <w:color w:val="B9B9B9"/>
          <w:sz w:val="16"/>
        </w:rPr>
        <w:t>________________________________________________________</w:t>
      </w:r>
    </w:p>
    <w:p w14:paraId="628BB274" w14:textId="77777777" w:rsidR="00AE08AB" w:rsidRDefault="00AA2D9E">
      <w:pPr>
        <w:pStyle w:val="Heading2"/>
      </w:pPr>
      <w:r>
        <w:t>My Unfiltered Prayer</w:t>
      </w:r>
    </w:p>
    <w:p w14:paraId="2449EAA1" w14:textId="77777777" w:rsidR="00AE08AB" w:rsidRDefault="00AA2D9E">
      <w:r>
        <w:t>God, as I sit with boundaries protect identity, what I most need to tell You honestly is…</w:t>
      </w:r>
    </w:p>
    <w:p w14:paraId="42BAD7D6" w14:textId="77777777" w:rsidR="00AE08AB" w:rsidRDefault="00AA2D9E">
      <w:pPr>
        <w:spacing w:after="60"/>
      </w:pPr>
      <w:r>
        <w:rPr>
          <w:color w:val="B9B9B9"/>
          <w:sz w:val="16"/>
        </w:rPr>
        <w:t>________________________________________________________</w:t>
      </w:r>
    </w:p>
    <w:p w14:paraId="14F7132C" w14:textId="77777777" w:rsidR="00AE08AB" w:rsidRDefault="00AA2D9E">
      <w:pPr>
        <w:spacing w:after="60"/>
      </w:pPr>
      <w:r>
        <w:rPr>
          <w:color w:val="B9B9B9"/>
          <w:sz w:val="16"/>
        </w:rPr>
        <w:t>________________________________________________________</w:t>
      </w:r>
    </w:p>
    <w:p w14:paraId="65A73E12" w14:textId="77777777" w:rsidR="00AE08AB" w:rsidRDefault="00AA2D9E">
      <w:pPr>
        <w:spacing w:after="60"/>
      </w:pPr>
      <w:r>
        <w:rPr>
          <w:color w:val="B9B9B9"/>
          <w:sz w:val="16"/>
        </w:rPr>
        <w:t>________________________________________________________</w:t>
      </w:r>
    </w:p>
    <w:p w14:paraId="5C05367E" w14:textId="77777777" w:rsidR="00AE08AB" w:rsidRDefault="00AA2D9E">
      <w:pPr>
        <w:spacing w:after="60"/>
      </w:pPr>
      <w:r>
        <w:rPr>
          <w:color w:val="B9B9B9"/>
          <w:sz w:val="16"/>
        </w:rPr>
        <w:lastRenderedPageBreak/>
        <w:t>________________________________________________________</w:t>
      </w:r>
    </w:p>
    <w:p w14:paraId="4F086693" w14:textId="77777777" w:rsidR="00AE08AB" w:rsidRDefault="00AA2D9E">
      <w:pPr>
        <w:spacing w:after="60"/>
      </w:pPr>
      <w:r>
        <w:rPr>
          <w:color w:val="B9B9B9"/>
          <w:sz w:val="16"/>
        </w:rPr>
        <w:t>________________________________________________________</w:t>
      </w:r>
    </w:p>
    <w:p w14:paraId="1053F756" w14:textId="77777777" w:rsidR="00AE08AB" w:rsidRDefault="00AA2D9E">
      <w:pPr>
        <w:spacing w:after="60"/>
      </w:pPr>
      <w:r>
        <w:rPr>
          <w:color w:val="B9B9B9"/>
          <w:sz w:val="16"/>
        </w:rPr>
        <w:t>________________________________________________________</w:t>
      </w:r>
    </w:p>
    <w:p w14:paraId="0044613B" w14:textId="77777777" w:rsidR="00AE08AB" w:rsidRDefault="00AA2D9E">
      <w:pPr>
        <w:spacing w:after="60"/>
      </w:pPr>
      <w:r>
        <w:rPr>
          <w:color w:val="B9B9B9"/>
          <w:sz w:val="16"/>
        </w:rPr>
        <w:t>________________________________________________________</w:t>
      </w:r>
    </w:p>
    <w:p w14:paraId="5A52D6BE" w14:textId="77777777" w:rsidR="00AE08AB" w:rsidRDefault="00AA2D9E">
      <w:pPr>
        <w:pStyle w:val="Heading1"/>
      </w:pPr>
      <w:r>
        <w:t>Sacred Pause</w:t>
      </w:r>
    </w:p>
    <w:p w14:paraId="37052DB6" w14:textId="77777777" w:rsidR="00AE08AB" w:rsidRDefault="00AA2D9E">
      <w:pPr>
        <w:pStyle w:val="Heading3"/>
      </w:pPr>
      <w:r>
        <w:t>What happened within me this week?</w:t>
      </w:r>
    </w:p>
    <w:p w14:paraId="5CB77C8D" w14:textId="77777777" w:rsidR="00AE08AB" w:rsidRDefault="00AA2D9E">
      <w:pPr>
        <w:spacing w:after="60"/>
      </w:pPr>
      <w:r>
        <w:rPr>
          <w:color w:val="B9B9B9"/>
          <w:sz w:val="16"/>
        </w:rPr>
        <w:t>________________________________________________________</w:t>
      </w:r>
    </w:p>
    <w:p w14:paraId="06321A79" w14:textId="77777777" w:rsidR="00AE08AB" w:rsidRDefault="00AA2D9E">
      <w:pPr>
        <w:pStyle w:val="Heading3"/>
      </w:pPr>
      <w:r>
        <w:t>What emotion appeared most often?</w:t>
      </w:r>
    </w:p>
    <w:p w14:paraId="4B2E40FD" w14:textId="77777777" w:rsidR="00AE08AB" w:rsidRDefault="00AA2D9E">
      <w:pPr>
        <w:spacing w:after="60"/>
      </w:pPr>
      <w:r>
        <w:rPr>
          <w:color w:val="B9B9B9"/>
          <w:sz w:val="16"/>
        </w:rPr>
        <w:t>________________________________________________________</w:t>
      </w:r>
    </w:p>
    <w:p w14:paraId="48800A1E" w14:textId="77777777" w:rsidR="00AE08AB" w:rsidRDefault="00AA2D9E">
      <w:pPr>
        <w:pStyle w:val="Heading3"/>
      </w:pPr>
      <w:r>
        <w:t>Where did I recognize God's grace?</w:t>
      </w:r>
    </w:p>
    <w:p w14:paraId="7311036D" w14:textId="77777777" w:rsidR="00AE08AB" w:rsidRDefault="00AA2D9E">
      <w:pPr>
        <w:spacing w:after="60"/>
      </w:pPr>
      <w:r>
        <w:rPr>
          <w:color w:val="B9B9B9"/>
          <w:sz w:val="16"/>
        </w:rPr>
        <w:t>________________________________________________________</w:t>
      </w:r>
    </w:p>
    <w:p w14:paraId="6EBD6754" w14:textId="77777777" w:rsidR="00AE08AB" w:rsidRDefault="00AA2D9E">
      <w:pPr>
        <w:pStyle w:val="Heading3"/>
      </w:pPr>
      <w:r>
        <w:t>What do I refuse to carry into another week?</w:t>
      </w:r>
    </w:p>
    <w:p w14:paraId="7331EFBB" w14:textId="77777777" w:rsidR="00AE08AB" w:rsidRDefault="00AA2D9E">
      <w:pPr>
        <w:spacing w:after="60"/>
      </w:pPr>
      <w:r>
        <w:rPr>
          <w:color w:val="B9B9B9"/>
          <w:sz w:val="16"/>
        </w:rPr>
        <w:t>________________________________________________________</w:t>
      </w:r>
    </w:p>
    <w:p w14:paraId="5DC6E0A1" w14:textId="77777777" w:rsidR="00AE08AB" w:rsidRDefault="00AA2D9E">
      <w:pPr>
        <w:pStyle w:val="Heading3"/>
      </w:pPr>
      <w:r>
        <w:t>What do I need to receive from God now?</w:t>
      </w:r>
    </w:p>
    <w:p w14:paraId="31A45888" w14:textId="77777777" w:rsidR="00AE08AB" w:rsidRDefault="00AA2D9E">
      <w:pPr>
        <w:spacing w:after="60"/>
      </w:pPr>
      <w:r>
        <w:rPr>
          <w:color w:val="B9B9B9"/>
          <w:sz w:val="16"/>
        </w:rPr>
        <w:t>________________________________________________________</w:t>
      </w:r>
    </w:p>
    <w:p w14:paraId="08E51D4C" w14:textId="77777777" w:rsidR="00AE08AB" w:rsidRDefault="00AA2D9E">
      <w:r>
        <w:br w:type="page"/>
      </w:r>
    </w:p>
    <w:p w14:paraId="58A18F73" w14:textId="77777777" w:rsidR="00AE08AB" w:rsidRDefault="00AA2D9E">
      <w:pPr>
        <w:pStyle w:val="Heading2"/>
      </w:pPr>
      <w:r>
        <w:lastRenderedPageBreak/>
        <w:t>DAY 15</w:t>
      </w:r>
    </w:p>
    <w:p w14:paraId="49091A60" w14:textId="77777777" w:rsidR="00AE08AB" w:rsidRDefault="00AA2D9E">
      <w:pPr>
        <w:pStyle w:val="Heading1"/>
      </w:pPr>
      <w:r>
        <w:t>The Courage to Say No</w:t>
      </w:r>
    </w:p>
    <w:p w14:paraId="7D45A86B" w14:textId="77777777" w:rsidR="00AE08AB" w:rsidRDefault="00AA2D9E">
      <w:r>
        <w:rPr>
          <w:b/>
          <w:color w:val="B08D3A"/>
        </w:rPr>
        <w:t xml:space="preserve">SCRIPTURE ANCHOR  </w:t>
      </w:r>
      <w:r>
        <w:t>Matthew 5:37</w:t>
      </w:r>
    </w:p>
    <w:p w14:paraId="745AFF03" w14:textId="77777777" w:rsidR="00AE08AB" w:rsidRDefault="00AA2D9E">
      <w:pPr>
        <w:pStyle w:val="Heading2"/>
      </w:pPr>
      <w:r>
        <w:t>Pause</w:t>
      </w:r>
    </w:p>
    <w:p w14:paraId="61F616E4" w14:textId="77777777" w:rsidR="00AE08AB" w:rsidRDefault="00AA2D9E">
      <w:r>
        <w:t>Take three slow breaths. Let your body become still. You do not have to solve anything before you pray.</w:t>
      </w:r>
    </w:p>
    <w:p w14:paraId="38D90BF6" w14:textId="77777777" w:rsidR="00AE08AB" w:rsidRDefault="00AA2D9E">
      <w:pPr>
        <w:pStyle w:val="Heading2"/>
      </w:pPr>
      <w:r>
        <w:t>Guided Prayer</w:t>
      </w:r>
    </w:p>
    <w:p w14:paraId="79AC9BC1" w14:textId="77777777" w:rsidR="00AE08AB" w:rsidRDefault="00AA2D9E">
      <w:r>
        <w:t>Father, I bring You the reality of the courage to say no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6DE02E93" w14:textId="77777777" w:rsidR="00AE08AB" w:rsidRDefault="00AA2D9E">
      <w:pPr>
        <w:pStyle w:val="Heading2"/>
      </w:pPr>
      <w:r>
        <w:t>Release</w:t>
      </w:r>
    </w:p>
    <w:p w14:paraId="4C67BA28" w14:textId="77777777" w:rsidR="00AE08AB" w:rsidRDefault="00AA2D9E">
      <w:r>
        <w:t>Complete this sentence slowly: “Father, today I place into Your hands…”</w:t>
      </w:r>
    </w:p>
    <w:p w14:paraId="425D7B01" w14:textId="77777777" w:rsidR="00AE08AB" w:rsidRDefault="00AA2D9E">
      <w:pPr>
        <w:spacing w:after="60"/>
      </w:pPr>
      <w:r>
        <w:rPr>
          <w:color w:val="B9B9B9"/>
          <w:sz w:val="16"/>
        </w:rPr>
        <w:t>________________________________________________________</w:t>
      </w:r>
    </w:p>
    <w:p w14:paraId="1744B37A" w14:textId="77777777" w:rsidR="00AE08AB" w:rsidRDefault="00AA2D9E">
      <w:pPr>
        <w:spacing w:after="60"/>
      </w:pPr>
      <w:r>
        <w:rPr>
          <w:color w:val="B9B9B9"/>
          <w:sz w:val="16"/>
        </w:rPr>
        <w:t>________________________________________________________</w:t>
      </w:r>
    </w:p>
    <w:p w14:paraId="41A60831" w14:textId="77777777" w:rsidR="00AE08AB" w:rsidRDefault="00AA2D9E">
      <w:pPr>
        <w:pStyle w:val="Heading2"/>
      </w:pPr>
      <w:r>
        <w:t>Listen</w:t>
      </w:r>
    </w:p>
    <w:p w14:paraId="19951479" w14:textId="77777777" w:rsidR="00AE08AB" w:rsidRDefault="00AA2D9E">
      <w:r>
        <w:t>Remain quiet for a moment. What truth, Scripture, conviction, or gentle reminder is rising?</w:t>
      </w:r>
    </w:p>
    <w:p w14:paraId="073F232D" w14:textId="77777777" w:rsidR="00AE08AB" w:rsidRDefault="00AA2D9E">
      <w:pPr>
        <w:spacing w:after="60"/>
      </w:pPr>
      <w:r>
        <w:rPr>
          <w:color w:val="B9B9B9"/>
          <w:sz w:val="16"/>
        </w:rPr>
        <w:t>________________________________________________________</w:t>
      </w:r>
    </w:p>
    <w:p w14:paraId="1C353830" w14:textId="77777777" w:rsidR="00AE08AB" w:rsidRDefault="00AA2D9E">
      <w:pPr>
        <w:spacing w:after="60"/>
      </w:pPr>
      <w:r>
        <w:rPr>
          <w:color w:val="B9B9B9"/>
          <w:sz w:val="16"/>
        </w:rPr>
        <w:t>________________________________________________________</w:t>
      </w:r>
    </w:p>
    <w:p w14:paraId="40B93DD0" w14:textId="77777777" w:rsidR="00AE08AB" w:rsidRDefault="00AA2D9E">
      <w:pPr>
        <w:pStyle w:val="Heading2"/>
      </w:pPr>
      <w:r>
        <w:t>My Unfiltered Prayer</w:t>
      </w:r>
    </w:p>
    <w:p w14:paraId="1D852D21" w14:textId="77777777" w:rsidR="00AE08AB" w:rsidRDefault="00AA2D9E">
      <w:r>
        <w:t>God, as I sit with the courage to say no, what I most need to tell You honestly is…</w:t>
      </w:r>
    </w:p>
    <w:p w14:paraId="1921194B" w14:textId="77777777" w:rsidR="00AE08AB" w:rsidRDefault="00AA2D9E">
      <w:pPr>
        <w:spacing w:after="60"/>
      </w:pPr>
      <w:r>
        <w:rPr>
          <w:color w:val="B9B9B9"/>
          <w:sz w:val="16"/>
        </w:rPr>
        <w:t>________________________________________________________</w:t>
      </w:r>
    </w:p>
    <w:p w14:paraId="25D3FE9B" w14:textId="77777777" w:rsidR="00AE08AB" w:rsidRDefault="00AA2D9E">
      <w:pPr>
        <w:spacing w:after="60"/>
      </w:pPr>
      <w:r>
        <w:rPr>
          <w:color w:val="B9B9B9"/>
          <w:sz w:val="16"/>
        </w:rPr>
        <w:t>________________________________________________________</w:t>
      </w:r>
    </w:p>
    <w:p w14:paraId="50DB482A" w14:textId="77777777" w:rsidR="00AE08AB" w:rsidRDefault="00AA2D9E">
      <w:pPr>
        <w:spacing w:after="60"/>
      </w:pPr>
      <w:r>
        <w:rPr>
          <w:color w:val="B9B9B9"/>
          <w:sz w:val="16"/>
        </w:rPr>
        <w:t>________________________________________________________</w:t>
      </w:r>
    </w:p>
    <w:p w14:paraId="076C5485" w14:textId="77777777" w:rsidR="00AE08AB" w:rsidRDefault="00AA2D9E">
      <w:pPr>
        <w:spacing w:after="60"/>
      </w:pPr>
      <w:r>
        <w:rPr>
          <w:color w:val="B9B9B9"/>
          <w:sz w:val="16"/>
        </w:rPr>
        <w:lastRenderedPageBreak/>
        <w:t>________________________________________________________</w:t>
      </w:r>
    </w:p>
    <w:p w14:paraId="61F31CF3" w14:textId="77777777" w:rsidR="00AE08AB" w:rsidRDefault="00AA2D9E">
      <w:pPr>
        <w:spacing w:after="60"/>
      </w:pPr>
      <w:r>
        <w:rPr>
          <w:color w:val="B9B9B9"/>
          <w:sz w:val="16"/>
        </w:rPr>
        <w:t>________________________________________________________</w:t>
      </w:r>
    </w:p>
    <w:p w14:paraId="46AA7DAE" w14:textId="77777777" w:rsidR="00AE08AB" w:rsidRDefault="00AA2D9E">
      <w:pPr>
        <w:spacing w:after="60"/>
      </w:pPr>
      <w:r>
        <w:rPr>
          <w:color w:val="B9B9B9"/>
          <w:sz w:val="16"/>
        </w:rPr>
        <w:t>________________________________________________________</w:t>
      </w:r>
    </w:p>
    <w:p w14:paraId="15A4492A" w14:textId="77777777" w:rsidR="00AE08AB" w:rsidRDefault="00AA2D9E">
      <w:pPr>
        <w:spacing w:after="60"/>
      </w:pPr>
      <w:r>
        <w:rPr>
          <w:color w:val="B9B9B9"/>
          <w:sz w:val="16"/>
        </w:rPr>
        <w:t>________________________________________________________</w:t>
      </w:r>
    </w:p>
    <w:p w14:paraId="5A9798A3" w14:textId="77777777" w:rsidR="00AE08AB" w:rsidRDefault="00AA2D9E">
      <w:r>
        <w:br w:type="page"/>
      </w:r>
    </w:p>
    <w:p w14:paraId="04C790E4" w14:textId="77777777" w:rsidR="00AE08AB" w:rsidRDefault="00AA2D9E">
      <w:pPr>
        <w:pStyle w:val="Heading2"/>
      </w:pPr>
      <w:r>
        <w:lastRenderedPageBreak/>
        <w:t>DAY 16</w:t>
      </w:r>
    </w:p>
    <w:p w14:paraId="770E2EFA" w14:textId="77777777" w:rsidR="00AE08AB" w:rsidRDefault="00AA2D9E">
      <w:pPr>
        <w:pStyle w:val="Heading1"/>
      </w:pPr>
      <w:r>
        <w:t>Discernment Over Approval</w:t>
      </w:r>
    </w:p>
    <w:p w14:paraId="762D16D7" w14:textId="77777777" w:rsidR="00AE08AB" w:rsidRDefault="00AA2D9E">
      <w:r>
        <w:rPr>
          <w:b/>
          <w:color w:val="B08D3A"/>
        </w:rPr>
        <w:t xml:space="preserve">SCRIPTURE ANCHOR  </w:t>
      </w:r>
      <w:r>
        <w:t>James 1:5</w:t>
      </w:r>
    </w:p>
    <w:p w14:paraId="3AD23735" w14:textId="77777777" w:rsidR="00AE08AB" w:rsidRDefault="00AA2D9E">
      <w:pPr>
        <w:pStyle w:val="Heading2"/>
      </w:pPr>
      <w:r>
        <w:t>Pause</w:t>
      </w:r>
    </w:p>
    <w:p w14:paraId="2D9CC4E5" w14:textId="77777777" w:rsidR="00AE08AB" w:rsidRDefault="00AA2D9E">
      <w:r>
        <w:t>Take three slow breaths. Let your body become still. You do not have to solve anything before you pray.</w:t>
      </w:r>
    </w:p>
    <w:p w14:paraId="723A5A75" w14:textId="77777777" w:rsidR="00AE08AB" w:rsidRDefault="00AA2D9E">
      <w:pPr>
        <w:pStyle w:val="Heading2"/>
      </w:pPr>
      <w:r>
        <w:t>Guided Prayer</w:t>
      </w:r>
    </w:p>
    <w:p w14:paraId="43AD2F78" w14:textId="77777777" w:rsidR="00AE08AB" w:rsidRDefault="00AA2D9E">
      <w:r>
        <w:t xml:space="preserve">Father, I bring You the reality of discernment over approval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w:t>
      </w:r>
      <w:r>
        <w:t>questions remain unanswered. In Jesus' name, Amen.</w:t>
      </w:r>
    </w:p>
    <w:p w14:paraId="6602D6E6" w14:textId="77777777" w:rsidR="00AE08AB" w:rsidRDefault="00AA2D9E">
      <w:pPr>
        <w:pStyle w:val="Heading2"/>
      </w:pPr>
      <w:r>
        <w:t>Release</w:t>
      </w:r>
    </w:p>
    <w:p w14:paraId="15FB1A43" w14:textId="77777777" w:rsidR="00AE08AB" w:rsidRDefault="00AA2D9E">
      <w:r>
        <w:t>Complete this sentence slowly: “Father, today I place into Your hands…”</w:t>
      </w:r>
    </w:p>
    <w:p w14:paraId="5D2B349C" w14:textId="77777777" w:rsidR="00AE08AB" w:rsidRDefault="00AA2D9E">
      <w:pPr>
        <w:spacing w:after="60"/>
      </w:pPr>
      <w:r>
        <w:rPr>
          <w:color w:val="B9B9B9"/>
          <w:sz w:val="16"/>
        </w:rPr>
        <w:t>________________________________________________________</w:t>
      </w:r>
    </w:p>
    <w:p w14:paraId="5D8E2E52" w14:textId="77777777" w:rsidR="00AE08AB" w:rsidRDefault="00AA2D9E">
      <w:pPr>
        <w:spacing w:after="60"/>
      </w:pPr>
      <w:r>
        <w:rPr>
          <w:color w:val="B9B9B9"/>
          <w:sz w:val="16"/>
        </w:rPr>
        <w:t>________________________________________________________</w:t>
      </w:r>
    </w:p>
    <w:p w14:paraId="3293DDFA" w14:textId="77777777" w:rsidR="00AE08AB" w:rsidRDefault="00AA2D9E">
      <w:pPr>
        <w:pStyle w:val="Heading2"/>
      </w:pPr>
      <w:r>
        <w:t>Listen</w:t>
      </w:r>
    </w:p>
    <w:p w14:paraId="6DB77FA8" w14:textId="77777777" w:rsidR="00AE08AB" w:rsidRDefault="00AA2D9E">
      <w:r>
        <w:t>Remain quiet for a moment. What truth, Scripture, conviction, or gentle reminder is rising?</w:t>
      </w:r>
    </w:p>
    <w:p w14:paraId="33A946F2" w14:textId="77777777" w:rsidR="00AE08AB" w:rsidRDefault="00AA2D9E">
      <w:pPr>
        <w:spacing w:after="60"/>
      </w:pPr>
      <w:r>
        <w:rPr>
          <w:color w:val="B9B9B9"/>
          <w:sz w:val="16"/>
        </w:rPr>
        <w:t>________________________________________________________</w:t>
      </w:r>
    </w:p>
    <w:p w14:paraId="00136F96" w14:textId="77777777" w:rsidR="00AE08AB" w:rsidRDefault="00AA2D9E">
      <w:pPr>
        <w:spacing w:after="60"/>
      </w:pPr>
      <w:r>
        <w:rPr>
          <w:color w:val="B9B9B9"/>
          <w:sz w:val="16"/>
        </w:rPr>
        <w:t>________________________________________________________</w:t>
      </w:r>
    </w:p>
    <w:p w14:paraId="04AC6D6A" w14:textId="77777777" w:rsidR="00AE08AB" w:rsidRDefault="00AA2D9E">
      <w:pPr>
        <w:pStyle w:val="Heading2"/>
      </w:pPr>
      <w:r>
        <w:t>My Unfiltered Prayer</w:t>
      </w:r>
    </w:p>
    <w:p w14:paraId="65EE3D85" w14:textId="77777777" w:rsidR="00AE08AB" w:rsidRDefault="00AA2D9E">
      <w:r>
        <w:t>God, as I sit with discernment over approval, what I most need to tell You honestly is…</w:t>
      </w:r>
    </w:p>
    <w:p w14:paraId="7FBAFFC8" w14:textId="77777777" w:rsidR="00AE08AB" w:rsidRDefault="00AA2D9E">
      <w:pPr>
        <w:spacing w:after="60"/>
      </w:pPr>
      <w:r>
        <w:rPr>
          <w:color w:val="B9B9B9"/>
          <w:sz w:val="16"/>
        </w:rPr>
        <w:t>________________________________________________________</w:t>
      </w:r>
    </w:p>
    <w:p w14:paraId="43F39BEF" w14:textId="77777777" w:rsidR="00AE08AB" w:rsidRDefault="00AA2D9E">
      <w:pPr>
        <w:spacing w:after="60"/>
      </w:pPr>
      <w:r>
        <w:rPr>
          <w:color w:val="B9B9B9"/>
          <w:sz w:val="16"/>
        </w:rPr>
        <w:t>________________________________________________________</w:t>
      </w:r>
    </w:p>
    <w:p w14:paraId="73B1F876" w14:textId="77777777" w:rsidR="00AE08AB" w:rsidRDefault="00AA2D9E">
      <w:pPr>
        <w:spacing w:after="60"/>
      </w:pPr>
      <w:r>
        <w:rPr>
          <w:color w:val="B9B9B9"/>
          <w:sz w:val="16"/>
        </w:rPr>
        <w:t>________________________________________________________</w:t>
      </w:r>
    </w:p>
    <w:p w14:paraId="0D95C281" w14:textId="77777777" w:rsidR="00AE08AB" w:rsidRDefault="00AA2D9E">
      <w:pPr>
        <w:spacing w:after="60"/>
      </w:pPr>
      <w:r>
        <w:rPr>
          <w:color w:val="B9B9B9"/>
          <w:sz w:val="16"/>
        </w:rPr>
        <w:lastRenderedPageBreak/>
        <w:t>________________________________________________________</w:t>
      </w:r>
    </w:p>
    <w:p w14:paraId="45537740" w14:textId="77777777" w:rsidR="00AE08AB" w:rsidRDefault="00AA2D9E">
      <w:pPr>
        <w:spacing w:after="60"/>
      </w:pPr>
      <w:r>
        <w:rPr>
          <w:color w:val="B9B9B9"/>
          <w:sz w:val="16"/>
        </w:rPr>
        <w:t>________________________________________________________</w:t>
      </w:r>
    </w:p>
    <w:p w14:paraId="2E12A86B" w14:textId="77777777" w:rsidR="00AE08AB" w:rsidRDefault="00AA2D9E">
      <w:pPr>
        <w:spacing w:after="60"/>
      </w:pPr>
      <w:r>
        <w:rPr>
          <w:color w:val="B9B9B9"/>
          <w:sz w:val="16"/>
        </w:rPr>
        <w:t>________________________________________________________</w:t>
      </w:r>
    </w:p>
    <w:p w14:paraId="1CD3E65E" w14:textId="77777777" w:rsidR="00AE08AB" w:rsidRDefault="00AA2D9E">
      <w:pPr>
        <w:spacing w:after="60"/>
      </w:pPr>
      <w:r>
        <w:rPr>
          <w:color w:val="B9B9B9"/>
          <w:sz w:val="16"/>
        </w:rPr>
        <w:t>________________________________________________________</w:t>
      </w:r>
    </w:p>
    <w:p w14:paraId="0839614B" w14:textId="77777777" w:rsidR="00AE08AB" w:rsidRDefault="00AA2D9E">
      <w:r>
        <w:br w:type="page"/>
      </w:r>
    </w:p>
    <w:p w14:paraId="1C56361E" w14:textId="77777777" w:rsidR="00AE08AB" w:rsidRDefault="00AA2D9E">
      <w:pPr>
        <w:pStyle w:val="Heading2"/>
      </w:pPr>
      <w:r>
        <w:lastRenderedPageBreak/>
        <w:t>DAY 17</w:t>
      </w:r>
    </w:p>
    <w:p w14:paraId="3266D565" w14:textId="77777777" w:rsidR="00AE08AB" w:rsidRDefault="00AA2D9E">
      <w:pPr>
        <w:pStyle w:val="Heading1"/>
      </w:pPr>
      <w:r>
        <w:t>What Do You Truly Believe?</w:t>
      </w:r>
    </w:p>
    <w:p w14:paraId="2E155BE2" w14:textId="77777777" w:rsidR="00AE08AB" w:rsidRDefault="00AA2D9E">
      <w:r>
        <w:rPr>
          <w:b/>
          <w:color w:val="B08D3A"/>
        </w:rPr>
        <w:t xml:space="preserve">SCRIPTURE ANCHOR  </w:t>
      </w:r>
      <w:r>
        <w:t>Mark 9:24</w:t>
      </w:r>
    </w:p>
    <w:p w14:paraId="0472BEED" w14:textId="77777777" w:rsidR="00AE08AB" w:rsidRDefault="00AA2D9E">
      <w:pPr>
        <w:pStyle w:val="Heading2"/>
      </w:pPr>
      <w:r>
        <w:t>Pause</w:t>
      </w:r>
    </w:p>
    <w:p w14:paraId="41134B10" w14:textId="77777777" w:rsidR="00AE08AB" w:rsidRDefault="00AA2D9E">
      <w:r>
        <w:t>Take three slow breaths. Let your body become still. You do not have to solve anything before you pray.</w:t>
      </w:r>
    </w:p>
    <w:p w14:paraId="1C336ACC" w14:textId="77777777" w:rsidR="00AE08AB" w:rsidRDefault="00AA2D9E">
      <w:pPr>
        <w:pStyle w:val="Heading2"/>
      </w:pPr>
      <w:r>
        <w:t>Guided Prayer</w:t>
      </w:r>
    </w:p>
    <w:p w14:paraId="7B94E09C" w14:textId="77777777" w:rsidR="00AE08AB" w:rsidRDefault="00AA2D9E">
      <w:r>
        <w:t>Father, I bring You the reality of what do you truly believe?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1979ABF9" w14:textId="77777777" w:rsidR="00AE08AB" w:rsidRDefault="00AA2D9E">
      <w:pPr>
        <w:pStyle w:val="Heading2"/>
      </w:pPr>
      <w:r>
        <w:t>Release</w:t>
      </w:r>
    </w:p>
    <w:p w14:paraId="6BC72720" w14:textId="77777777" w:rsidR="00AE08AB" w:rsidRDefault="00AA2D9E">
      <w:r>
        <w:t>Complete this sentence slowly: “Father, today I place into Your hands…”</w:t>
      </w:r>
    </w:p>
    <w:p w14:paraId="5234F541" w14:textId="77777777" w:rsidR="00AE08AB" w:rsidRDefault="00AA2D9E">
      <w:pPr>
        <w:spacing w:after="60"/>
      </w:pPr>
      <w:r>
        <w:rPr>
          <w:color w:val="B9B9B9"/>
          <w:sz w:val="16"/>
        </w:rPr>
        <w:t>________________________________________________________</w:t>
      </w:r>
    </w:p>
    <w:p w14:paraId="54B1978D" w14:textId="77777777" w:rsidR="00AE08AB" w:rsidRDefault="00AA2D9E">
      <w:pPr>
        <w:spacing w:after="60"/>
      </w:pPr>
      <w:r>
        <w:rPr>
          <w:color w:val="B9B9B9"/>
          <w:sz w:val="16"/>
        </w:rPr>
        <w:t>________________________________________________________</w:t>
      </w:r>
    </w:p>
    <w:p w14:paraId="3C0FED5D" w14:textId="77777777" w:rsidR="00AE08AB" w:rsidRDefault="00AA2D9E">
      <w:pPr>
        <w:pStyle w:val="Heading2"/>
      </w:pPr>
      <w:r>
        <w:t>Listen</w:t>
      </w:r>
    </w:p>
    <w:p w14:paraId="4A11ED44" w14:textId="77777777" w:rsidR="00AE08AB" w:rsidRDefault="00AA2D9E">
      <w:r>
        <w:t>Remain quiet for a moment. What truth, Scripture, conviction, or gentle reminder is rising?</w:t>
      </w:r>
    </w:p>
    <w:p w14:paraId="2CC8136F" w14:textId="77777777" w:rsidR="00AE08AB" w:rsidRDefault="00AA2D9E">
      <w:pPr>
        <w:spacing w:after="60"/>
      </w:pPr>
      <w:r>
        <w:rPr>
          <w:color w:val="B9B9B9"/>
          <w:sz w:val="16"/>
        </w:rPr>
        <w:t>________________________________________________________</w:t>
      </w:r>
    </w:p>
    <w:p w14:paraId="129E58FA" w14:textId="77777777" w:rsidR="00AE08AB" w:rsidRDefault="00AA2D9E">
      <w:pPr>
        <w:spacing w:after="60"/>
      </w:pPr>
      <w:r>
        <w:rPr>
          <w:color w:val="B9B9B9"/>
          <w:sz w:val="16"/>
        </w:rPr>
        <w:t>________________________________________________________</w:t>
      </w:r>
    </w:p>
    <w:p w14:paraId="5FC82584" w14:textId="77777777" w:rsidR="00AE08AB" w:rsidRDefault="00AA2D9E">
      <w:pPr>
        <w:pStyle w:val="Heading2"/>
      </w:pPr>
      <w:r>
        <w:t>My Unfiltered Prayer</w:t>
      </w:r>
    </w:p>
    <w:p w14:paraId="1C5429B9" w14:textId="77777777" w:rsidR="00AE08AB" w:rsidRDefault="00AA2D9E">
      <w:r>
        <w:t>God, as I sit with what do you truly believe?, what I most need to tell You honestly is…</w:t>
      </w:r>
    </w:p>
    <w:p w14:paraId="63D15FD8" w14:textId="77777777" w:rsidR="00AE08AB" w:rsidRDefault="00AA2D9E">
      <w:pPr>
        <w:spacing w:after="60"/>
      </w:pPr>
      <w:r>
        <w:rPr>
          <w:color w:val="B9B9B9"/>
          <w:sz w:val="16"/>
        </w:rPr>
        <w:t>________________________________________________________</w:t>
      </w:r>
    </w:p>
    <w:p w14:paraId="7256BFCD" w14:textId="77777777" w:rsidR="00AE08AB" w:rsidRDefault="00AA2D9E">
      <w:pPr>
        <w:spacing w:after="60"/>
      </w:pPr>
      <w:r>
        <w:rPr>
          <w:color w:val="B9B9B9"/>
          <w:sz w:val="16"/>
        </w:rPr>
        <w:t>________________________________________________________</w:t>
      </w:r>
    </w:p>
    <w:p w14:paraId="05090F9E" w14:textId="77777777" w:rsidR="00AE08AB" w:rsidRDefault="00AA2D9E">
      <w:pPr>
        <w:spacing w:after="60"/>
      </w:pPr>
      <w:r>
        <w:rPr>
          <w:color w:val="B9B9B9"/>
          <w:sz w:val="16"/>
        </w:rPr>
        <w:t>________________________________________________________</w:t>
      </w:r>
    </w:p>
    <w:p w14:paraId="47A8C27E" w14:textId="77777777" w:rsidR="00AE08AB" w:rsidRDefault="00AA2D9E">
      <w:pPr>
        <w:spacing w:after="60"/>
      </w:pPr>
      <w:r>
        <w:rPr>
          <w:color w:val="B9B9B9"/>
          <w:sz w:val="16"/>
        </w:rPr>
        <w:lastRenderedPageBreak/>
        <w:t>________________________________________________________</w:t>
      </w:r>
    </w:p>
    <w:p w14:paraId="303A280D" w14:textId="77777777" w:rsidR="00AE08AB" w:rsidRDefault="00AA2D9E">
      <w:pPr>
        <w:spacing w:after="60"/>
      </w:pPr>
      <w:r>
        <w:rPr>
          <w:color w:val="B9B9B9"/>
          <w:sz w:val="16"/>
        </w:rPr>
        <w:t>________________________________________________________</w:t>
      </w:r>
    </w:p>
    <w:p w14:paraId="421F511D" w14:textId="77777777" w:rsidR="00AE08AB" w:rsidRDefault="00AA2D9E">
      <w:pPr>
        <w:spacing w:after="60"/>
      </w:pPr>
      <w:r>
        <w:rPr>
          <w:color w:val="B9B9B9"/>
          <w:sz w:val="16"/>
        </w:rPr>
        <w:t>________________________________________________________</w:t>
      </w:r>
    </w:p>
    <w:p w14:paraId="4677AFEF" w14:textId="77777777" w:rsidR="00AE08AB" w:rsidRDefault="00AA2D9E">
      <w:pPr>
        <w:spacing w:after="60"/>
      </w:pPr>
      <w:r>
        <w:rPr>
          <w:color w:val="B9B9B9"/>
          <w:sz w:val="16"/>
        </w:rPr>
        <w:t>________________________________________________________</w:t>
      </w:r>
    </w:p>
    <w:p w14:paraId="78A53AF6" w14:textId="77777777" w:rsidR="00AE08AB" w:rsidRDefault="00AA2D9E">
      <w:r>
        <w:br w:type="page"/>
      </w:r>
    </w:p>
    <w:p w14:paraId="75D3F915" w14:textId="77777777" w:rsidR="00AE08AB" w:rsidRDefault="00AA2D9E">
      <w:pPr>
        <w:pStyle w:val="Heading2"/>
      </w:pPr>
      <w:r>
        <w:lastRenderedPageBreak/>
        <w:t>DAY 18</w:t>
      </w:r>
    </w:p>
    <w:p w14:paraId="6007956F" w14:textId="77777777" w:rsidR="00AE08AB" w:rsidRDefault="00AA2D9E">
      <w:pPr>
        <w:pStyle w:val="Heading1"/>
      </w:pPr>
      <w:r>
        <w:t>Renewing Your Self-Talk</w:t>
      </w:r>
    </w:p>
    <w:p w14:paraId="1DFCB871" w14:textId="77777777" w:rsidR="00AE08AB" w:rsidRDefault="00AA2D9E">
      <w:r>
        <w:rPr>
          <w:b/>
          <w:color w:val="B08D3A"/>
        </w:rPr>
        <w:t xml:space="preserve">SCRIPTURE ANCHOR  </w:t>
      </w:r>
      <w:r>
        <w:t>Philippians 4:8</w:t>
      </w:r>
    </w:p>
    <w:p w14:paraId="033C76DC" w14:textId="77777777" w:rsidR="00AE08AB" w:rsidRDefault="00AA2D9E">
      <w:pPr>
        <w:pStyle w:val="Heading2"/>
      </w:pPr>
      <w:r>
        <w:t>Pause</w:t>
      </w:r>
    </w:p>
    <w:p w14:paraId="41A8850D" w14:textId="77777777" w:rsidR="00AE08AB" w:rsidRDefault="00AA2D9E">
      <w:r>
        <w:t>Take three slow breaths. Let your body become still. You do not have to solve anything before you pray.</w:t>
      </w:r>
    </w:p>
    <w:p w14:paraId="7905273A" w14:textId="77777777" w:rsidR="00AE08AB" w:rsidRDefault="00AA2D9E">
      <w:pPr>
        <w:pStyle w:val="Heading2"/>
      </w:pPr>
      <w:r>
        <w:t>Guided Prayer</w:t>
      </w:r>
    </w:p>
    <w:p w14:paraId="55BED54E" w14:textId="77777777" w:rsidR="00AE08AB" w:rsidRDefault="00AA2D9E">
      <w:r>
        <w:t>Father, I bring You the reality of renewing your self-talk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w:t>
      </w:r>
      <w:r>
        <w:t>estions remain unanswered. In Jesus' name, Amen.</w:t>
      </w:r>
    </w:p>
    <w:p w14:paraId="1509E748" w14:textId="77777777" w:rsidR="00AE08AB" w:rsidRDefault="00AA2D9E">
      <w:pPr>
        <w:pStyle w:val="Heading2"/>
      </w:pPr>
      <w:r>
        <w:t>Release</w:t>
      </w:r>
    </w:p>
    <w:p w14:paraId="37FA75BF" w14:textId="77777777" w:rsidR="00AE08AB" w:rsidRDefault="00AA2D9E">
      <w:r>
        <w:t>Complete this sentence slowly: “Father, today I place into Your hands…”</w:t>
      </w:r>
    </w:p>
    <w:p w14:paraId="1E83E9E5" w14:textId="77777777" w:rsidR="00AE08AB" w:rsidRDefault="00AA2D9E">
      <w:pPr>
        <w:spacing w:after="60"/>
      </w:pPr>
      <w:r>
        <w:rPr>
          <w:color w:val="B9B9B9"/>
          <w:sz w:val="16"/>
        </w:rPr>
        <w:t>________________________________________________________</w:t>
      </w:r>
    </w:p>
    <w:p w14:paraId="45B0B0EF" w14:textId="77777777" w:rsidR="00AE08AB" w:rsidRDefault="00AA2D9E">
      <w:pPr>
        <w:spacing w:after="60"/>
      </w:pPr>
      <w:r>
        <w:rPr>
          <w:color w:val="B9B9B9"/>
          <w:sz w:val="16"/>
        </w:rPr>
        <w:t>________________________________________________________</w:t>
      </w:r>
    </w:p>
    <w:p w14:paraId="2680AA40" w14:textId="77777777" w:rsidR="00AE08AB" w:rsidRDefault="00AA2D9E">
      <w:pPr>
        <w:pStyle w:val="Heading2"/>
      </w:pPr>
      <w:r>
        <w:t>Listen</w:t>
      </w:r>
    </w:p>
    <w:p w14:paraId="31102288" w14:textId="77777777" w:rsidR="00AE08AB" w:rsidRDefault="00AA2D9E">
      <w:r>
        <w:t>Remain quiet for a moment. What truth, Scripture, conviction, or gentle reminder is rising?</w:t>
      </w:r>
    </w:p>
    <w:p w14:paraId="5309879C" w14:textId="77777777" w:rsidR="00AE08AB" w:rsidRDefault="00AA2D9E">
      <w:pPr>
        <w:spacing w:after="60"/>
      </w:pPr>
      <w:r>
        <w:rPr>
          <w:color w:val="B9B9B9"/>
          <w:sz w:val="16"/>
        </w:rPr>
        <w:t>________________________________________________________</w:t>
      </w:r>
    </w:p>
    <w:p w14:paraId="2FA43B19" w14:textId="77777777" w:rsidR="00AE08AB" w:rsidRDefault="00AA2D9E">
      <w:pPr>
        <w:spacing w:after="60"/>
      </w:pPr>
      <w:r>
        <w:rPr>
          <w:color w:val="B9B9B9"/>
          <w:sz w:val="16"/>
        </w:rPr>
        <w:t>________________________________________________________</w:t>
      </w:r>
    </w:p>
    <w:p w14:paraId="4A7BF63D" w14:textId="77777777" w:rsidR="00AE08AB" w:rsidRDefault="00AA2D9E">
      <w:pPr>
        <w:pStyle w:val="Heading2"/>
      </w:pPr>
      <w:r>
        <w:t>My Unfiltered Prayer</w:t>
      </w:r>
    </w:p>
    <w:p w14:paraId="10A258EE" w14:textId="77777777" w:rsidR="00AE08AB" w:rsidRDefault="00AA2D9E">
      <w:r>
        <w:t>God, as I sit with renewing your self-talk, what I most need to tell You honestly is…</w:t>
      </w:r>
    </w:p>
    <w:p w14:paraId="3F3A62F9" w14:textId="77777777" w:rsidR="00AE08AB" w:rsidRDefault="00AA2D9E">
      <w:pPr>
        <w:spacing w:after="60"/>
      </w:pPr>
      <w:r>
        <w:rPr>
          <w:color w:val="B9B9B9"/>
          <w:sz w:val="16"/>
        </w:rPr>
        <w:t>________________________________________________________</w:t>
      </w:r>
    </w:p>
    <w:p w14:paraId="3DF3D35B" w14:textId="77777777" w:rsidR="00AE08AB" w:rsidRDefault="00AA2D9E">
      <w:pPr>
        <w:spacing w:after="60"/>
      </w:pPr>
      <w:r>
        <w:rPr>
          <w:color w:val="B9B9B9"/>
          <w:sz w:val="16"/>
        </w:rPr>
        <w:t>________________________________________________________</w:t>
      </w:r>
    </w:p>
    <w:p w14:paraId="4E002F49" w14:textId="77777777" w:rsidR="00AE08AB" w:rsidRDefault="00AA2D9E">
      <w:pPr>
        <w:spacing w:after="60"/>
      </w:pPr>
      <w:r>
        <w:rPr>
          <w:color w:val="B9B9B9"/>
          <w:sz w:val="16"/>
        </w:rPr>
        <w:t>________________________________________________________</w:t>
      </w:r>
    </w:p>
    <w:p w14:paraId="7822EC91" w14:textId="77777777" w:rsidR="00AE08AB" w:rsidRDefault="00AA2D9E">
      <w:pPr>
        <w:spacing w:after="60"/>
      </w:pPr>
      <w:r>
        <w:rPr>
          <w:color w:val="B9B9B9"/>
          <w:sz w:val="16"/>
        </w:rPr>
        <w:lastRenderedPageBreak/>
        <w:t>________________________________________________________</w:t>
      </w:r>
    </w:p>
    <w:p w14:paraId="6EDA69D7" w14:textId="77777777" w:rsidR="00AE08AB" w:rsidRDefault="00AA2D9E">
      <w:pPr>
        <w:spacing w:after="60"/>
      </w:pPr>
      <w:r>
        <w:rPr>
          <w:color w:val="B9B9B9"/>
          <w:sz w:val="16"/>
        </w:rPr>
        <w:t>________________________________________________________</w:t>
      </w:r>
    </w:p>
    <w:p w14:paraId="4C1B3DFD" w14:textId="77777777" w:rsidR="00AE08AB" w:rsidRDefault="00AA2D9E">
      <w:pPr>
        <w:spacing w:after="60"/>
      </w:pPr>
      <w:r>
        <w:rPr>
          <w:color w:val="B9B9B9"/>
          <w:sz w:val="16"/>
        </w:rPr>
        <w:t>________________________________________________________</w:t>
      </w:r>
    </w:p>
    <w:p w14:paraId="4C25E781" w14:textId="77777777" w:rsidR="00AE08AB" w:rsidRDefault="00AA2D9E">
      <w:pPr>
        <w:spacing w:after="60"/>
      </w:pPr>
      <w:r>
        <w:rPr>
          <w:color w:val="B9B9B9"/>
          <w:sz w:val="16"/>
        </w:rPr>
        <w:t>________________________________________________________</w:t>
      </w:r>
    </w:p>
    <w:p w14:paraId="652F1C79" w14:textId="77777777" w:rsidR="00AE08AB" w:rsidRDefault="00AA2D9E">
      <w:r>
        <w:br w:type="page"/>
      </w:r>
    </w:p>
    <w:p w14:paraId="5B643B47" w14:textId="77777777" w:rsidR="00AE08AB" w:rsidRDefault="00AA2D9E">
      <w:pPr>
        <w:pStyle w:val="Heading2"/>
      </w:pPr>
      <w:r>
        <w:lastRenderedPageBreak/>
        <w:t>DAY 19</w:t>
      </w:r>
    </w:p>
    <w:p w14:paraId="2F42ED28" w14:textId="77777777" w:rsidR="00AE08AB" w:rsidRDefault="00AA2D9E">
      <w:pPr>
        <w:pStyle w:val="Heading1"/>
      </w:pPr>
      <w:r>
        <w:t>Your Story Is Not Your Shame</w:t>
      </w:r>
    </w:p>
    <w:p w14:paraId="3590F39E" w14:textId="77777777" w:rsidR="00AE08AB" w:rsidRDefault="00AA2D9E">
      <w:r>
        <w:rPr>
          <w:b/>
          <w:color w:val="B08D3A"/>
        </w:rPr>
        <w:t xml:space="preserve">SCRIPTURE ANCHOR  </w:t>
      </w:r>
      <w:r>
        <w:t>Romans 8:1</w:t>
      </w:r>
    </w:p>
    <w:p w14:paraId="14DED74F" w14:textId="77777777" w:rsidR="00AE08AB" w:rsidRDefault="00AA2D9E">
      <w:pPr>
        <w:pStyle w:val="Heading2"/>
      </w:pPr>
      <w:r>
        <w:t>Pause</w:t>
      </w:r>
    </w:p>
    <w:p w14:paraId="43F69C2F" w14:textId="77777777" w:rsidR="00AE08AB" w:rsidRDefault="00AA2D9E">
      <w:r>
        <w:t>Take three slow breaths. Let your body become still. You do not have to solve anything before you pray.</w:t>
      </w:r>
    </w:p>
    <w:p w14:paraId="66D29089" w14:textId="77777777" w:rsidR="00AE08AB" w:rsidRDefault="00AA2D9E">
      <w:pPr>
        <w:pStyle w:val="Heading2"/>
      </w:pPr>
      <w:r>
        <w:t>Guided Prayer</w:t>
      </w:r>
    </w:p>
    <w:p w14:paraId="36FFD354" w14:textId="77777777" w:rsidR="00AE08AB" w:rsidRDefault="00AA2D9E">
      <w:r>
        <w:t>Father, I bring You the reality of your story is not your shame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w:t>
      </w:r>
      <w:r>
        <w:t>me questions remain unanswered. In Jesus' name, Amen.</w:t>
      </w:r>
    </w:p>
    <w:p w14:paraId="0F5B0526" w14:textId="77777777" w:rsidR="00AE08AB" w:rsidRDefault="00AA2D9E">
      <w:pPr>
        <w:pStyle w:val="Heading2"/>
      </w:pPr>
      <w:r>
        <w:t>Release</w:t>
      </w:r>
    </w:p>
    <w:p w14:paraId="31E14F28" w14:textId="77777777" w:rsidR="00AE08AB" w:rsidRDefault="00AA2D9E">
      <w:r>
        <w:t>Complete this sentence slowly: “Father, today I place into Your hands…”</w:t>
      </w:r>
    </w:p>
    <w:p w14:paraId="2BA68EE5" w14:textId="77777777" w:rsidR="00AE08AB" w:rsidRDefault="00AA2D9E">
      <w:pPr>
        <w:spacing w:after="60"/>
      </w:pPr>
      <w:r>
        <w:rPr>
          <w:color w:val="B9B9B9"/>
          <w:sz w:val="16"/>
        </w:rPr>
        <w:t>________________________________________________________</w:t>
      </w:r>
    </w:p>
    <w:p w14:paraId="2FC4A71B" w14:textId="77777777" w:rsidR="00AE08AB" w:rsidRDefault="00AA2D9E">
      <w:pPr>
        <w:spacing w:after="60"/>
      </w:pPr>
      <w:r>
        <w:rPr>
          <w:color w:val="B9B9B9"/>
          <w:sz w:val="16"/>
        </w:rPr>
        <w:t>________________________________________________________</w:t>
      </w:r>
    </w:p>
    <w:p w14:paraId="264B8E54" w14:textId="77777777" w:rsidR="00AE08AB" w:rsidRDefault="00AA2D9E">
      <w:pPr>
        <w:pStyle w:val="Heading2"/>
      </w:pPr>
      <w:r>
        <w:t>Listen</w:t>
      </w:r>
    </w:p>
    <w:p w14:paraId="3B9FE5FC" w14:textId="77777777" w:rsidR="00AE08AB" w:rsidRDefault="00AA2D9E">
      <w:r>
        <w:t>Remain quiet for a moment. What truth, Scripture, conviction, or gentle reminder is rising?</w:t>
      </w:r>
    </w:p>
    <w:p w14:paraId="0046DA9A" w14:textId="77777777" w:rsidR="00AE08AB" w:rsidRDefault="00AA2D9E">
      <w:pPr>
        <w:spacing w:after="60"/>
      </w:pPr>
      <w:r>
        <w:rPr>
          <w:color w:val="B9B9B9"/>
          <w:sz w:val="16"/>
        </w:rPr>
        <w:t>________________________________________________________</w:t>
      </w:r>
    </w:p>
    <w:p w14:paraId="393D088F" w14:textId="77777777" w:rsidR="00AE08AB" w:rsidRDefault="00AA2D9E">
      <w:pPr>
        <w:spacing w:after="60"/>
      </w:pPr>
      <w:r>
        <w:rPr>
          <w:color w:val="B9B9B9"/>
          <w:sz w:val="16"/>
        </w:rPr>
        <w:t>________________________________________________________</w:t>
      </w:r>
    </w:p>
    <w:p w14:paraId="757E1BC8" w14:textId="77777777" w:rsidR="00AE08AB" w:rsidRDefault="00AA2D9E">
      <w:pPr>
        <w:pStyle w:val="Heading2"/>
      </w:pPr>
      <w:r>
        <w:t>My Unfiltered Prayer</w:t>
      </w:r>
    </w:p>
    <w:p w14:paraId="01FCBAFA" w14:textId="77777777" w:rsidR="00AE08AB" w:rsidRDefault="00AA2D9E">
      <w:r>
        <w:t>God, as I sit with your story is not your shame, what I most need to tell You honestly is…</w:t>
      </w:r>
    </w:p>
    <w:p w14:paraId="579DAAE9" w14:textId="77777777" w:rsidR="00AE08AB" w:rsidRDefault="00AA2D9E">
      <w:pPr>
        <w:spacing w:after="60"/>
      </w:pPr>
      <w:r>
        <w:rPr>
          <w:color w:val="B9B9B9"/>
          <w:sz w:val="16"/>
        </w:rPr>
        <w:t>________________________________________________________</w:t>
      </w:r>
    </w:p>
    <w:p w14:paraId="56B29F49" w14:textId="77777777" w:rsidR="00AE08AB" w:rsidRDefault="00AA2D9E">
      <w:pPr>
        <w:spacing w:after="60"/>
      </w:pPr>
      <w:r>
        <w:rPr>
          <w:color w:val="B9B9B9"/>
          <w:sz w:val="16"/>
        </w:rPr>
        <w:t>________________________________________________________</w:t>
      </w:r>
    </w:p>
    <w:p w14:paraId="1D95A0EB" w14:textId="77777777" w:rsidR="00AE08AB" w:rsidRDefault="00AA2D9E">
      <w:pPr>
        <w:spacing w:after="60"/>
      </w:pPr>
      <w:r>
        <w:rPr>
          <w:color w:val="B9B9B9"/>
          <w:sz w:val="16"/>
        </w:rPr>
        <w:t>________________________________________________________</w:t>
      </w:r>
    </w:p>
    <w:p w14:paraId="104B1258" w14:textId="77777777" w:rsidR="00AE08AB" w:rsidRDefault="00AA2D9E">
      <w:pPr>
        <w:spacing w:after="60"/>
      </w:pPr>
      <w:r>
        <w:rPr>
          <w:color w:val="B9B9B9"/>
          <w:sz w:val="16"/>
        </w:rPr>
        <w:lastRenderedPageBreak/>
        <w:t>________________________________________________________</w:t>
      </w:r>
    </w:p>
    <w:p w14:paraId="2B0B6B93" w14:textId="77777777" w:rsidR="00AE08AB" w:rsidRDefault="00AA2D9E">
      <w:pPr>
        <w:spacing w:after="60"/>
      </w:pPr>
      <w:r>
        <w:rPr>
          <w:color w:val="B9B9B9"/>
          <w:sz w:val="16"/>
        </w:rPr>
        <w:t>________________________________________________________</w:t>
      </w:r>
    </w:p>
    <w:p w14:paraId="702AA351" w14:textId="77777777" w:rsidR="00AE08AB" w:rsidRDefault="00AA2D9E">
      <w:pPr>
        <w:spacing w:after="60"/>
      </w:pPr>
      <w:r>
        <w:rPr>
          <w:color w:val="B9B9B9"/>
          <w:sz w:val="16"/>
        </w:rPr>
        <w:t>________________________________________________________</w:t>
      </w:r>
    </w:p>
    <w:p w14:paraId="2EC84E1E" w14:textId="77777777" w:rsidR="00AE08AB" w:rsidRDefault="00AA2D9E">
      <w:pPr>
        <w:spacing w:after="60"/>
      </w:pPr>
      <w:r>
        <w:rPr>
          <w:color w:val="B9B9B9"/>
          <w:sz w:val="16"/>
        </w:rPr>
        <w:t>________________________________________________________</w:t>
      </w:r>
    </w:p>
    <w:p w14:paraId="556999C2" w14:textId="77777777" w:rsidR="00AE08AB" w:rsidRDefault="00AA2D9E">
      <w:r>
        <w:br w:type="page"/>
      </w:r>
    </w:p>
    <w:p w14:paraId="4F3C7E8B" w14:textId="77777777" w:rsidR="00AE08AB" w:rsidRDefault="00AA2D9E">
      <w:pPr>
        <w:pStyle w:val="Heading2"/>
      </w:pPr>
      <w:r>
        <w:lastRenderedPageBreak/>
        <w:t>DAY 20</w:t>
      </w:r>
    </w:p>
    <w:p w14:paraId="5ECF76E2" w14:textId="77777777" w:rsidR="00AE08AB" w:rsidRDefault="00AA2D9E">
      <w:pPr>
        <w:pStyle w:val="Heading1"/>
      </w:pPr>
      <w:r>
        <w:t>Hearing God in Stillness</w:t>
      </w:r>
    </w:p>
    <w:p w14:paraId="58109484" w14:textId="77777777" w:rsidR="00AE08AB" w:rsidRDefault="00AA2D9E">
      <w:r>
        <w:rPr>
          <w:b/>
          <w:color w:val="B08D3A"/>
        </w:rPr>
        <w:t xml:space="preserve">SCRIPTURE ANCHOR  </w:t>
      </w:r>
      <w:r>
        <w:t>1 Kings 19:12</w:t>
      </w:r>
    </w:p>
    <w:p w14:paraId="0F1E72AF" w14:textId="77777777" w:rsidR="00AE08AB" w:rsidRDefault="00AA2D9E">
      <w:pPr>
        <w:pStyle w:val="Heading2"/>
      </w:pPr>
      <w:r>
        <w:t>Pause</w:t>
      </w:r>
    </w:p>
    <w:p w14:paraId="1E22582D" w14:textId="77777777" w:rsidR="00AE08AB" w:rsidRDefault="00AA2D9E">
      <w:r>
        <w:t>Take three slow breaths. Let your body become still. You do not have to solve anything before you pray.</w:t>
      </w:r>
    </w:p>
    <w:p w14:paraId="269D7D75" w14:textId="77777777" w:rsidR="00AE08AB" w:rsidRDefault="00AA2D9E">
      <w:pPr>
        <w:pStyle w:val="Heading2"/>
      </w:pPr>
      <w:r>
        <w:t>Guided Prayer</w:t>
      </w:r>
    </w:p>
    <w:p w14:paraId="02E2B372" w14:textId="77777777" w:rsidR="00AE08AB" w:rsidRDefault="00AA2D9E">
      <w:r>
        <w:t>Father, I bring You the reality of hearing god in stillness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w:t>
      </w:r>
      <w:r>
        <w:t>uestions remain unanswered. In Jesus' name, Amen.</w:t>
      </w:r>
    </w:p>
    <w:p w14:paraId="4E0AC9E5" w14:textId="77777777" w:rsidR="00AE08AB" w:rsidRDefault="00AA2D9E">
      <w:pPr>
        <w:pStyle w:val="Heading2"/>
      </w:pPr>
      <w:r>
        <w:t>Release</w:t>
      </w:r>
    </w:p>
    <w:p w14:paraId="0EF039DA" w14:textId="77777777" w:rsidR="00AE08AB" w:rsidRDefault="00AA2D9E">
      <w:r>
        <w:t>Complete this sentence slowly: “Father, today I place into Your hands…”</w:t>
      </w:r>
    </w:p>
    <w:p w14:paraId="30E81AA4" w14:textId="77777777" w:rsidR="00AE08AB" w:rsidRDefault="00AA2D9E">
      <w:pPr>
        <w:spacing w:after="60"/>
      </w:pPr>
      <w:r>
        <w:rPr>
          <w:color w:val="B9B9B9"/>
          <w:sz w:val="16"/>
        </w:rPr>
        <w:t>________________________________________________________</w:t>
      </w:r>
    </w:p>
    <w:p w14:paraId="5352D321" w14:textId="77777777" w:rsidR="00AE08AB" w:rsidRDefault="00AA2D9E">
      <w:pPr>
        <w:spacing w:after="60"/>
      </w:pPr>
      <w:r>
        <w:rPr>
          <w:color w:val="B9B9B9"/>
          <w:sz w:val="16"/>
        </w:rPr>
        <w:t>________________________________________________________</w:t>
      </w:r>
    </w:p>
    <w:p w14:paraId="2B7A72C1" w14:textId="77777777" w:rsidR="00AE08AB" w:rsidRDefault="00AA2D9E">
      <w:pPr>
        <w:pStyle w:val="Heading2"/>
      </w:pPr>
      <w:r>
        <w:t>Listen</w:t>
      </w:r>
    </w:p>
    <w:p w14:paraId="139120D2" w14:textId="77777777" w:rsidR="00AE08AB" w:rsidRDefault="00AA2D9E">
      <w:r>
        <w:t>Remain quiet for a moment. What truth, Scripture, conviction, or gentle reminder is rising?</w:t>
      </w:r>
    </w:p>
    <w:p w14:paraId="41A4CF70" w14:textId="77777777" w:rsidR="00AE08AB" w:rsidRDefault="00AA2D9E">
      <w:pPr>
        <w:spacing w:after="60"/>
      </w:pPr>
      <w:r>
        <w:rPr>
          <w:color w:val="B9B9B9"/>
          <w:sz w:val="16"/>
        </w:rPr>
        <w:t>________________________________________________________</w:t>
      </w:r>
    </w:p>
    <w:p w14:paraId="6AB6C989" w14:textId="77777777" w:rsidR="00AE08AB" w:rsidRDefault="00AA2D9E">
      <w:pPr>
        <w:spacing w:after="60"/>
      </w:pPr>
      <w:r>
        <w:rPr>
          <w:color w:val="B9B9B9"/>
          <w:sz w:val="16"/>
        </w:rPr>
        <w:t>________________________________________________________</w:t>
      </w:r>
    </w:p>
    <w:p w14:paraId="015E8269" w14:textId="77777777" w:rsidR="00AE08AB" w:rsidRDefault="00AA2D9E">
      <w:pPr>
        <w:pStyle w:val="Heading2"/>
      </w:pPr>
      <w:r>
        <w:t>My Unfiltered Prayer</w:t>
      </w:r>
    </w:p>
    <w:p w14:paraId="21BDB05E" w14:textId="77777777" w:rsidR="00AE08AB" w:rsidRDefault="00AA2D9E">
      <w:r>
        <w:t>God, as I sit with hearing god in stillness, what I most need to tell You honestly is…</w:t>
      </w:r>
    </w:p>
    <w:p w14:paraId="0523BECD" w14:textId="77777777" w:rsidR="00AE08AB" w:rsidRDefault="00AA2D9E">
      <w:pPr>
        <w:spacing w:after="60"/>
      </w:pPr>
      <w:r>
        <w:rPr>
          <w:color w:val="B9B9B9"/>
          <w:sz w:val="16"/>
        </w:rPr>
        <w:t>________________________________________________________</w:t>
      </w:r>
    </w:p>
    <w:p w14:paraId="475B6360" w14:textId="77777777" w:rsidR="00AE08AB" w:rsidRDefault="00AA2D9E">
      <w:pPr>
        <w:spacing w:after="60"/>
      </w:pPr>
      <w:r>
        <w:rPr>
          <w:color w:val="B9B9B9"/>
          <w:sz w:val="16"/>
        </w:rPr>
        <w:t>________________________________________________________</w:t>
      </w:r>
    </w:p>
    <w:p w14:paraId="1800321B" w14:textId="77777777" w:rsidR="00AE08AB" w:rsidRDefault="00AA2D9E">
      <w:pPr>
        <w:spacing w:after="60"/>
      </w:pPr>
      <w:r>
        <w:rPr>
          <w:color w:val="B9B9B9"/>
          <w:sz w:val="16"/>
        </w:rPr>
        <w:t>________________________________________________________</w:t>
      </w:r>
    </w:p>
    <w:p w14:paraId="5A8EF7E5" w14:textId="77777777" w:rsidR="00AE08AB" w:rsidRDefault="00AA2D9E">
      <w:pPr>
        <w:spacing w:after="60"/>
      </w:pPr>
      <w:r>
        <w:rPr>
          <w:color w:val="B9B9B9"/>
          <w:sz w:val="16"/>
        </w:rPr>
        <w:lastRenderedPageBreak/>
        <w:t>________________________________________________________</w:t>
      </w:r>
    </w:p>
    <w:p w14:paraId="39C8EDF9" w14:textId="77777777" w:rsidR="00AE08AB" w:rsidRDefault="00AA2D9E">
      <w:pPr>
        <w:spacing w:after="60"/>
      </w:pPr>
      <w:r>
        <w:rPr>
          <w:color w:val="B9B9B9"/>
          <w:sz w:val="16"/>
        </w:rPr>
        <w:t>________________________________________________________</w:t>
      </w:r>
    </w:p>
    <w:p w14:paraId="6C5E44DE" w14:textId="77777777" w:rsidR="00AE08AB" w:rsidRDefault="00AA2D9E">
      <w:pPr>
        <w:spacing w:after="60"/>
      </w:pPr>
      <w:r>
        <w:rPr>
          <w:color w:val="B9B9B9"/>
          <w:sz w:val="16"/>
        </w:rPr>
        <w:t>________________________________________________________</w:t>
      </w:r>
    </w:p>
    <w:p w14:paraId="7784E990" w14:textId="77777777" w:rsidR="00AE08AB" w:rsidRDefault="00AA2D9E">
      <w:pPr>
        <w:spacing w:after="60"/>
      </w:pPr>
      <w:r>
        <w:rPr>
          <w:color w:val="B9B9B9"/>
          <w:sz w:val="16"/>
        </w:rPr>
        <w:t>________________________________________________________</w:t>
      </w:r>
    </w:p>
    <w:p w14:paraId="41012F53" w14:textId="77777777" w:rsidR="00AE08AB" w:rsidRDefault="00AA2D9E">
      <w:r>
        <w:br w:type="page"/>
      </w:r>
    </w:p>
    <w:p w14:paraId="65816049" w14:textId="77777777" w:rsidR="00AE08AB" w:rsidRDefault="00AA2D9E">
      <w:pPr>
        <w:pStyle w:val="Heading2"/>
      </w:pPr>
      <w:r>
        <w:lastRenderedPageBreak/>
        <w:t>DAY 21</w:t>
      </w:r>
    </w:p>
    <w:p w14:paraId="2F57C842" w14:textId="77777777" w:rsidR="00AE08AB" w:rsidRDefault="00AA2D9E">
      <w:pPr>
        <w:pStyle w:val="Heading1"/>
      </w:pPr>
      <w:r>
        <w:t>Authenticity Over Performance</w:t>
      </w:r>
    </w:p>
    <w:p w14:paraId="55AA497E" w14:textId="77777777" w:rsidR="00AE08AB" w:rsidRDefault="00AA2D9E">
      <w:r>
        <w:rPr>
          <w:b/>
          <w:color w:val="B08D3A"/>
        </w:rPr>
        <w:t xml:space="preserve">SCRIPTURE ANCHOR  </w:t>
      </w:r>
      <w:r>
        <w:t>Psalm 51:6</w:t>
      </w:r>
    </w:p>
    <w:p w14:paraId="00D2457D" w14:textId="77777777" w:rsidR="00AE08AB" w:rsidRDefault="00AA2D9E">
      <w:pPr>
        <w:pStyle w:val="Heading2"/>
      </w:pPr>
      <w:r>
        <w:t>Pause</w:t>
      </w:r>
    </w:p>
    <w:p w14:paraId="1DC0704E" w14:textId="77777777" w:rsidR="00AE08AB" w:rsidRDefault="00AA2D9E">
      <w:r>
        <w:t>Take three slow breaths. Let your body become still. You do not have to solve anything before you pray.</w:t>
      </w:r>
    </w:p>
    <w:p w14:paraId="7AA11409" w14:textId="77777777" w:rsidR="00AE08AB" w:rsidRDefault="00AA2D9E">
      <w:pPr>
        <w:pStyle w:val="Heading2"/>
      </w:pPr>
      <w:r>
        <w:t>Guided Prayer</w:t>
      </w:r>
    </w:p>
    <w:p w14:paraId="108A8F5A" w14:textId="77777777" w:rsidR="00AE08AB" w:rsidRDefault="00AA2D9E">
      <w:r>
        <w:t>Father, I bring You the reality of authenticity over performance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w:t>
      </w:r>
      <w:r>
        <w:t>ome questions remain unanswered. In Jesus' name, Amen.</w:t>
      </w:r>
    </w:p>
    <w:p w14:paraId="2EAA251F" w14:textId="77777777" w:rsidR="00AE08AB" w:rsidRDefault="00AA2D9E">
      <w:pPr>
        <w:pStyle w:val="Heading2"/>
      </w:pPr>
      <w:r>
        <w:t>Release</w:t>
      </w:r>
    </w:p>
    <w:p w14:paraId="505EDD4B" w14:textId="77777777" w:rsidR="00AE08AB" w:rsidRDefault="00AA2D9E">
      <w:r>
        <w:t>Complete this sentence slowly: “Father, today I place into Your hands…”</w:t>
      </w:r>
    </w:p>
    <w:p w14:paraId="625C6794" w14:textId="77777777" w:rsidR="00AE08AB" w:rsidRDefault="00AA2D9E">
      <w:pPr>
        <w:spacing w:after="60"/>
      </w:pPr>
      <w:r>
        <w:rPr>
          <w:color w:val="B9B9B9"/>
          <w:sz w:val="16"/>
        </w:rPr>
        <w:t>________________________________________________________</w:t>
      </w:r>
    </w:p>
    <w:p w14:paraId="0DFE70BC" w14:textId="77777777" w:rsidR="00AE08AB" w:rsidRDefault="00AA2D9E">
      <w:pPr>
        <w:spacing w:after="60"/>
      </w:pPr>
      <w:r>
        <w:rPr>
          <w:color w:val="B9B9B9"/>
          <w:sz w:val="16"/>
        </w:rPr>
        <w:t>________________________________________________________</w:t>
      </w:r>
    </w:p>
    <w:p w14:paraId="75379936" w14:textId="77777777" w:rsidR="00AE08AB" w:rsidRDefault="00AA2D9E">
      <w:pPr>
        <w:pStyle w:val="Heading2"/>
      </w:pPr>
      <w:r>
        <w:t>Listen</w:t>
      </w:r>
    </w:p>
    <w:p w14:paraId="70FDA04E" w14:textId="77777777" w:rsidR="00AE08AB" w:rsidRDefault="00AA2D9E">
      <w:r>
        <w:t>Remain quiet for a moment. What truth, Scripture, conviction, or gentle reminder is rising?</w:t>
      </w:r>
    </w:p>
    <w:p w14:paraId="4CFBBB8F" w14:textId="77777777" w:rsidR="00AE08AB" w:rsidRDefault="00AA2D9E">
      <w:pPr>
        <w:spacing w:after="60"/>
      </w:pPr>
      <w:r>
        <w:rPr>
          <w:color w:val="B9B9B9"/>
          <w:sz w:val="16"/>
        </w:rPr>
        <w:t>________________________________________________________</w:t>
      </w:r>
    </w:p>
    <w:p w14:paraId="70573417" w14:textId="77777777" w:rsidR="00AE08AB" w:rsidRDefault="00AA2D9E">
      <w:pPr>
        <w:spacing w:after="60"/>
      </w:pPr>
      <w:r>
        <w:rPr>
          <w:color w:val="B9B9B9"/>
          <w:sz w:val="16"/>
        </w:rPr>
        <w:t>________________________________________________________</w:t>
      </w:r>
    </w:p>
    <w:p w14:paraId="5C7639B6" w14:textId="77777777" w:rsidR="00AE08AB" w:rsidRDefault="00AA2D9E">
      <w:pPr>
        <w:pStyle w:val="Heading2"/>
      </w:pPr>
      <w:r>
        <w:t>My Unfiltered Prayer</w:t>
      </w:r>
    </w:p>
    <w:p w14:paraId="3E90CF90" w14:textId="77777777" w:rsidR="00AE08AB" w:rsidRDefault="00AA2D9E">
      <w:r>
        <w:t>God, as I sit with authenticity over performance, what I most need to tell You honestly is…</w:t>
      </w:r>
    </w:p>
    <w:p w14:paraId="547795FC" w14:textId="77777777" w:rsidR="00AE08AB" w:rsidRDefault="00AA2D9E">
      <w:pPr>
        <w:spacing w:after="60"/>
      </w:pPr>
      <w:r>
        <w:rPr>
          <w:color w:val="B9B9B9"/>
          <w:sz w:val="16"/>
        </w:rPr>
        <w:t>________________________________________________________</w:t>
      </w:r>
    </w:p>
    <w:p w14:paraId="0AC1DA1D" w14:textId="77777777" w:rsidR="00AE08AB" w:rsidRDefault="00AA2D9E">
      <w:pPr>
        <w:spacing w:after="60"/>
      </w:pPr>
      <w:r>
        <w:rPr>
          <w:color w:val="B9B9B9"/>
          <w:sz w:val="16"/>
        </w:rPr>
        <w:t>________________________________________________________</w:t>
      </w:r>
    </w:p>
    <w:p w14:paraId="49D93DC9" w14:textId="77777777" w:rsidR="00AE08AB" w:rsidRDefault="00AA2D9E">
      <w:pPr>
        <w:spacing w:after="60"/>
      </w:pPr>
      <w:r>
        <w:rPr>
          <w:color w:val="B9B9B9"/>
          <w:sz w:val="16"/>
        </w:rPr>
        <w:t>________________________________________________________</w:t>
      </w:r>
    </w:p>
    <w:p w14:paraId="2E242B27" w14:textId="77777777" w:rsidR="00AE08AB" w:rsidRDefault="00AA2D9E">
      <w:pPr>
        <w:spacing w:after="60"/>
      </w:pPr>
      <w:r>
        <w:rPr>
          <w:color w:val="B9B9B9"/>
          <w:sz w:val="16"/>
        </w:rPr>
        <w:lastRenderedPageBreak/>
        <w:t>________________________________________________________</w:t>
      </w:r>
    </w:p>
    <w:p w14:paraId="3C98368F" w14:textId="77777777" w:rsidR="00AE08AB" w:rsidRDefault="00AA2D9E">
      <w:pPr>
        <w:spacing w:after="60"/>
      </w:pPr>
      <w:r>
        <w:rPr>
          <w:color w:val="B9B9B9"/>
          <w:sz w:val="16"/>
        </w:rPr>
        <w:t>________________________________________________________</w:t>
      </w:r>
    </w:p>
    <w:p w14:paraId="3671D90D" w14:textId="77777777" w:rsidR="00AE08AB" w:rsidRDefault="00AA2D9E">
      <w:pPr>
        <w:spacing w:after="60"/>
      </w:pPr>
      <w:r>
        <w:rPr>
          <w:color w:val="B9B9B9"/>
          <w:sz w:val="16"/>
        </w:rPr>
        <w:t>________________________________________________________</w:t>
      </w:r>
    </w:p>
    <w:p w14:paraId="48A09E0A" w14:textId="77777777" w:rsidR="00AE08AB" w:rsidRDefault="00AA2D9E">
      <w:pPr>
        <w:spacing w:after="60"/>
      </w:pPr>
      <w:r>
        <w:rPr>
          <w:color w:val="B9B9B9"/>
          <w:sz w:val="16"/>
        </w:rPr>
        <w:t>________________________________________________________</w:t>
      </w:r>
    </w:p>
    <w:p w14:paraId="54DBC910" w14:textId="77777777" w:rsidR="00AE08AB" w:rsidRDefault="00AA2D9E">
      <w:pPr>
        <w:pStyle w:val="Heading1"/>
      </w:pPr>
      <w:r>
        <w:t>Sacred Pause</w:t>
      </w:r>
    </w:p>
    <w:p w14:paraId="0EBD4614" w14:textId="77777777" w:rsidR="00AE08AB" w:rsidRDefault="00AA2D9E">
      <w:pPr>
        <w:pStyle w:val="Heading3"/>
      </w:pPr>
      <w:r>
        <w:t>What happened within me this week?</w:t>
      </w:r>
    </w:p>
    <w:p w14:paraId="0E3629E3" w14:textId="77777777" w:rsidR="00AE08AB" w:rsidRDefault="00AA2D9E">
      <w:pPr>
        <w:spacing w:after="60"/>
      </w:pPr>
      <w:r>
        <w:rPr>
          <w:color w:val="B9B9B9"/>
          <w:sz w:val="16"/>
        </w:rPr>
        <w:t>________________________________________________________</w:t>
      </w:r>
    </w:p>
    <w:p w14:paraId="4EF19AEB" w14:textId="77777777" w:rsidR="00AE08AB" w:rsidRDefault="00AA2D9E">
      <w:pPr>
        <w:pStyle w:val="Heading3"/>
      </w:pPr>
      <w:r>
        <w:t>What emotion appeared most often?</w:t>
      </w:r>
    </w:p>
    <w:p w14:paraId="25D0FEB7" w14:textId="77777777" w:rsidR="00AE08AB" w:rsidRDefault="00AA2D9E">
      <w:pPr>
        <w:spacing w:after="60"/>
      </w:pPr>
      <w:r>
        <w:rPr>
          <w:color w:val="B9B9B9"/>
          <w:sz w:val="16"/>
        </w:rPr>
        <w:t>________________________________________________________</w:t>
      </w:r>
    </w:p>
    <w:p w14:paraId="5DC8880C" w14:textId="77777777" w:rsidR="00AE08AB" w:rsidRDefault="00AA2D9E">
      <w:pPr>
        <w:pStyle w:val="Heading3"/>
      </w:pPr>
      <w:r>
        <w:t>Where did I recognize God's grace?</w:t>
      </w:r>
    </w:p>
    <w:p w14:paraId="71181ED4" w14:textId="77777777" w:rsidR="00AE08AB" w:rsidRDefault="00AA2D9E">
      <w:pPr>
        <w:spacing w:after="60"/>
      </w:pPr>
      <w:r>
        <w:rPr>
          <w:color w:val="B9B9B9"/>
          <w:sz w:val="16"/>
        </w:rPr>
        <w:t>________________________________________________________</w:t>
      </w:r>
    </w:p>
    <w:p w14:paraId="4563AF7D" w14:textId="77777777" w:rsidR="00AE08AB" w:rsidRDefault="00AA2D9E">
      <w:pPr>
        <w:pStyle w:val="Heading3"/>
      </w:pPr>
      <w:r>
        <w:t>What do I refuse to carry into another week?</w:t>
      </w:r>
    </w:p>
    <w:p w14:paraId="1C502DA6" w14:textId="77777777" w:rsidR="00AE08AB" w:rsidRDefault="00AA2D9E">
      <w:pPr>
        <w:spacing w:after="60"/>
      </w:pPr>
      <w:r>
        <w:rPr>
          <w:color w:val="B9B9B9"/>
          <w:sz w:val="16"/>
        </w:rPr>
        <w:t>________________________________________________________</w:t>
      </w:r>
    </w:p>
    <w:p w14:paraId="4AF3E79C" w14:textId="77777777" w:rsidR="00AE08AB" w:rsidRDefault="00AA2D9E">
      <w:pPr>
        <w:pStyle w:val="Heading3"/>
      </w:pPr>
      <w:r>
        <w:t>What do I need to receive from God now?</w:t>
      </w:r>
    </w:p>
    <w:p w14:paraId="0A092F41" w14:textId="77777777" w:rsidR="00AE08AB" w:rsidRDefault="00AA2D9E">
      <w:pPr>
        <w:spacing w:after="60"/>
      </w:pPr>
      <w:r>
        <w:rPr>
          <w:color w:val="B9B9B9"/>
          <w:sz w:val="16"/>
        </w:rPr>
        <w:t>________________________________________________________</w:t>
      </w:r>
    </w:p>
    <w:p w14:paraId="1D669374" w14:textId="77777777" w:rsidR="00AE08AB" w:rsidRDefault="00AA2D9E">
      <w:r>
        <w:br w:type="page"/>
      </w:r>
    </w:p>
    <w:p w14:paraId="03337D85" w14:textId="77777777" w:rsidR="00AE08AB" w:rsidRDefault="00AA2D9E">
      <w:pPr>
        <w:pStyle w:val="Heading2"/>
      </w:pPr>
      <w:r>
        <w:lastRenderedPageBreak/>
        <w:t>DAY 22</w:t>
      </w:r>
    </w:p>
    <w:p w14:paraId="69630984" w14:textId="77777777" w:rsidR="00AE08AB" w:rsidRDefault="00AA2D9E">
      <w:pPr>
        <w:pStyle w:val="Heading1"/>
      </w:pPr>
      <w:r>
        <w:t>Returning to Your Core</w:t>
      </w:r>
    </w:p>
    <w:p w14:paraId="1771019F" w14:textId="77777777" w:rsidR="00AE08AB" w:rsidRDefault="00AA2D9E">
      <w:r>
        <w:rPr>
          <w:b/>
          <w:color w:val="B08D3A"/>
        </w:rPr>
        <w:t xml:space="preserve">SCRIPTURE ANCHOR  </w:t>
      </w:r>
      <w:r>
        <w:t>Psalm 139:23</w:t>
      </w:r>
    </w:p>
    <w:p w14:paraId="6557F41F" w14:textId="77777777" w:rsidR="00AE08AB" w:rsidRDefault="00AA2D9E">
      <w:pPr>
        <w:pStyle w:val="Heading2"/>
      </w:pPr>
      <w:r>
        <w:t>Pause</w:t>
      </w:r>
    </w:p>
    <w:p w14:paraId="7A3D2E69" w14:textId="77777777" w:rsidR="00AE08AB" w:rsidRDefault="00AA2D9E">
      <w:r>
        <w:t>Take three slow breaths. Let your body become still. You do not have to solve anything before you pray.</w:t>
      </w:r>
    </w:p>
    <w:p w14:paraId="182A7A97" w14:textId="77777777" w:rsidR="00AE08AB" w:rsidRDefault="00AA2D9E">
      <w:pPr>
        <w:pStyle w:val="Heading2"/>
      </w:pPr>
      <w:r>
        <w:t>Guided Prayer</w:t>
      </w:r>
    </w:p>
    <w:p w14:paraId="30ADC3DB" w14:textId="77777777" w:rsidR="00AE08AB" w:rsidRDefault="00AA2D9E">
      <w:r>
        <w:t>Father, I bring You the reality of returning to your core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w:t>
      </w:r>
      <w:r>
        <w:t>stions remain unanswered. In Jesus' name, Amen.</w:t>
      </w:r>
    </w:p>
    <w:p w14:paraId="153F6999" w14:textId="77777777" w:rsidR="00AE08AB" w:rsidRDefault="00AA2D9E">
      <w:pPr>
        <w:pStyle w:val="Heading2"/>
      </w:pPr>
      <w:r>
        <w:t>Release</w:t>
      </w:r>
    </w:p>
    <w:p w14:paraId="3CC2DF89" w14:textId="77777777" w:rsidR="00AE08AB" w:rsidRDefault="00AA2D9E">
      <w:r>
        <w:t>Complete this sentence slowly: “Father, today I place into Your hands…”</w:t>
      </w:r>
    </w:p>
    <w:p w14:paraId="1B065327" w14:textId="77777777" w:rsidR="00AE08AB" w:rsidRDefault="00AA2D9E">
      <w:pPr>
        <w:spacing w:after="60"/>
      </w:pPr>
      <w:r>
        <w:rPr>
          <w:color w:val="B9B9B9"/>
          <w:sz w:val="16"/>
        </w:rPr>
        <w:t>________________________________________________________</w:t>
      </w:r>
    </w:p>
    <w:p w14:paraId="5CB0C47A" w14:textId="77777777" w:rsidR="00AE08AB" w:rsidRDefault="00AA2D9E">
      <w:pPr>
        <w:spacing w:after="60"/>
      </w:pPr>
      <w:r>
        <w:rPr>
          <w:color w:val="B9B9B9"/>
          <w:sz w:val="16"/>
        </w:rPr>
        <w:t>________________________________________________________</w:t>
      </w:r>
    </w:p>
    <w:p w14:paraId="046E56D6" w14:textId="77777777" w:rsidR="00AE08AB" w:rsidRDefault="00AA2D9E">
      <w:pPr>
        <w:pStyle w:val="Heading2"/>
      </w:pPr>
      <w:r>
        <w:t>Listen</w:t>
      </w:r>
    </w:p>
    <w:p w14:paraId="18061368" w14:textId="77777777" w:rsidR="00AE08AB" w:rsidRDefault="00AA2D9E">
      <w:r>
        <w:t>Remain quiet for a moment. What truth, Scripture, conviction, or gentle reminder is rising?</w:t>
      </w:r>
    </w:p>
    <w:p w14:paraId="3C233115" w14:textId="77777777" w:rsidR="00AE08AB" w:rsidRDefault="00AA2D9E">
      <w:pPr>
        <w:spacing w:after="60"/>
      </w:pPr>
      <w:r>
        <w:rPr>
          <w:color w:val="B9B9B9"/>
          <w:sz w:val="16"/>
        </w:rPr>
        <w:t>________________________________________________________</w:t>
      </w:r>
    </w:p>
    <w:p w14:paraId="2D1EC43A" w14:textId="77777777" w:rsidR="00AE08AB" w:rsidRDefault="00AA2D9E">
      <w:pPr>
        <w:spacing w:after="60"/>
      </w:pPr>
      <w:r>
        <w:rPr>
          <w:color w:val="B9B9B9"/>
          <w:sz w:val="16"/>
        </w:rPr>
        <w:t>________________________________________________________</w:t>
      </w:r>
    </w:p>
    <w:p w14:paraId="105AB77F" w14:textId="77777777" w:rsidR="00AE08AB" w:rsidRDefault="00AA2D9E">
      <w:pPr>
        <w:pStyle w:val="Heading2"/>
      </w:pPr>
      <w:r>
        <w:t>My Unfiltered Prayer</w:t>
      </w:r>
    </w:p>
    <w:p w14:paraId="033E2F20" w14:textId="77777777" w:rsidR="00AE08AB" w:rsidRDefault="00AA2D9E">
      <w:r>
        <w:t>God, as I sit with returning to your core, what I most need to tell You honestly is…</w:t>
      </w:r>
    </w:p>
    <w:p w14:paraId="03A283A5" w14:textId="77777777" w:rsidR="00AE08AB" w:rsidRDefault="00AA2D9E">
      <w:pPr>
        <w:spacing w:after="60"/>
      </w:pPr>
      <w:r>
        <w:rPr>
          <w:color w:val="B9B9B9"/>
          <w:sz w:val="16"/>
        </w:rPr>
        <w:t>________________________________________________________</w:t>
      </w:r>
    </w:p>
    <w:p w14:paraId="0CA0FA15" w14:textId="77777777" w:rsidR="00AE08AB" w:rsidRDefault="00AA2D9E">
      <w:pPr>
        <w:spacing w:after="60"/>
      </w:pPr>
      <w:r>
        <w:rPr>
          <w:color w:val="B9B9B9"/>
          <w:sz w:val="16"/>
        </w:rPr>
        <w:t>________________________________________________________</w:t>
      </w:r>
    </w:p>
    <w:p w14:paraId="16A6B763" w14:textId="77777777" w:rsidR="00AE08AB" w:rsidRDefault="00AA2D9E">
      <w:pPr>
        <w:spacing w:after="60"/>
      </w:pPr>
      <w:r>
        <w:rPr>
          <w:color w:val="B9B9B9"/>
          <w:sz w:val="16"/>
        </w:rPr>
        <w:t>________________________________________________________</w:t>
      </w:r>
    </w:p>
    <w:p w14:paraId="14D60B4A" w14:textId="77777777" w:rsidR="00AE08AB" w:rsidRDefault="00AA2D9E">
      <w:pPr>
        <w:spacing w:after="60"/>
      </w:pPr>
      <w:r>
        <w:rPr>
          <w:color w:val="B9B9B9"/>
          <w:sz w:val="16"/>
        </w:rPr>
        <w:lastRenderedPageBreak/>
        <w:t>________________________________________________________</w:t>
      </w:r>
    </w:p>
    <w:p w14:paraId="727BDCE9" w14:textId="77777777" w:rsidR="00AE08AB" w:rsidRDefault="00AA2D9E">
      <w:pPr>
        <w:spacing w:after="60"/>
      </w:pPr>
      <w:r>
        <w:rPr>
          <w:color w:val="B9B9B9"/>
          <w:sz w:val="16"/>
        </w:rPr>
        <w:t>________________________________________________________</w:t>
      </w:r>
    </w:p>
    <w:p w14:paraId="14D6DE58" w14:textId="77777777" w:rsidR="00AE08AB" w:rsidRDefault="00AA2D9E">
      <w:pPr>
        <w:spacing w:after="60"/>
      </w:pPr>
      <w:r>
        <w:rPr>
          <w:color w:val="B9B9B9"/>
          <w:sz w:val="16"/>
        </w:rPr>
        <w:t>________________________________________________________</w:t>
      </w:r>
    </w:p>
    <w:p w14:paraId="121C87A6" w14:textId="77777777" w:rsidR="00AE08AB" w:rsidRDefault="00AA2D9E">
      <w:pPr>
        <w:spacing w:after="60"/>
      </w:pPr>
      <w:r>
        <w:rPr>
          <w:color w:val="B9B9B9"/>
          <w:sz w:val="16"/>
        </w:rPr>
        <w:t>________________________________________________________</w:t>
      </w:r>
    </w:p>
    <w:p w14:paraId="6B8CAF30" w14:textId="77777777" w:rsidR="00AE08AB" w:rsidRDefault="00AA2D9E">
      <w:r>
        <w:br w:type="page"/>
      </w:r>
    </w:p>
    <w:p w14:paraId="0F29B402" w14:textId="77777777" w:rsidR="00AE08AB" w:rsidRDefault="00AA2D9E">
      <w:pPr>
        <w:pStyle w:val="Heading2"/>
      </w:pPr>
      <w:r>
        <w:lastRenderedPageBreak/>
        <w:t>DAY 23</w:t>
      </w:r>
    </w:p>
    <w:p w14:paraId="4DEB7609" w14:textId="77777777" w:rsidR="00AE08AB" w:rsidRDefault="00AA2D9E">
      <w:pPr>
        <w:pStyle w:val="Heading1"/>
      </w:pPr>
      <w:r>
        <w:t>Trusting Holy Conviction</w:t>
      </w:r>
    </w:p>
    <w:p w14:paraId="5D1C11C8" w14:textId="77777777" w:rsidR="00AE08AB" w:rsidRDefault="00AA2D9E">
      <w:r>
        <w:rPr>
          <w:b/>
          <w:color w:val="B08D3A"/>
        </w:rPr>
        <w:t xml:space="preserve">SCRIPTURE ANCHOR  </w:t>
      </w:r>
      <w:r>
        <w:t>John 16:13</w:t>
      </w:r>
    </w:p>
    <w:p w14:paraId="18E30FAF" w14:textId="77777777" w:rsidR="00AE08AB" w:rsidRDefault="00AA2D9E">
      <w:pPr>
        <w:pStyle w:val="Heading2"/>
      </w:pPr>
      <w:r>
        <w:t>Pause</w:t>
      </w:r>
    </w:p>
    <w:p w14:paraId="59DD60DF" w14:textId="77777777" w:rsidR="00AE08AB" w:rsidRDefault="00AA2D9E">
      <w:r>
        <w:t>Take three slow breaths. Let your body become still. You do not have to solve anything before you pray.</w:t>
      </w:r>
    </w:p>
    <w:p w14:paraId="1CDA42F9" w14:textId="77777777" w:rsidR="00AE08AB" w:rsidRDefault="00AA2D9E">
      <w:pPr>
        <w:pStyle w:val="Heading2"/>
      </w:pPr>
      <w:r>
        <w:t>Guided Prayer</w:t>
      </w:r>
    </w:p>
    <w:p w14:paraId="7C481CE0" w14:textId="77777777" w:rsidR="00AE08AB" w:rsidRDefault="00AA2D9E">
      <w:r>
        <w:t>Father, I bring You the reality of trusting holy conviction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w:t>
      </w:r>
      <w:r>
        <w:t>uestions remain unanswered. In Jesus' name, Amen.</w:t>
      </w:r>
    </w:p>
    <w:p w14:paraId="7588B615" w14:textId="77777777" w:rsidR="00AE08AB" w:rsidRDefault="00AA2D9E">
      <w:pPr>
        <w:pStyle w:val="Heading2"/>
      </w:pPr>
      <w:r>
        <w:t>Release</w:t>
      </w:r>
    </w:p>
    <w:p w14:paraId="18BE3573" w14:textId="77777777" w:rsidR="00AE08AB" w:rsidRDefault="00AA2D9E">
      <w:r>
        <w:t>Complete this sentence slowly: “Father, today I place into Your hands…”</w:t>
      </w:r>
    </w:p>
    <w:p w14:paraId="54152CF5" w14:textId="77777777" w:rsidR="00AE08AB" w:rsidRDefault="00AA2D9E">
      <w:pPr>
        <w:spacing w:after="60"/>
      </w:pPr>
      <w:r>
        <w:rPr>
          <w:color w:val="B9B9B9"/>
          <w:sz w:val="16"/>
        </w:rPr>
        <w:t>________________________________________________________</w:t>
      </w:r>
    </w:p>
    <w:p w14:paraId="4B6A84FA" w14:textId="77777777" w:rsidR="00AE08AB" w:rsidRDefault="00AA2D9E">
      <w:pPr>
        <w:spacing w:after="60"/>
      </w:pPr>
      <w:r>
        <w:rPr>
          <w:color w:val="B9B9B9"/>
          <w:sz w:val="16"/>
        </w:rPr>
        <w:t>________________________________________________________</w:t>
      </w:r>
    </w:p>
    <w:p w14:paraId="507C39B8" w14:textId="77777777" w:rsidR="00AE08AB" w:rsidRDefault="00AA2D9E">
      <w:pPr>
        <w:pStyle w:val="Heading2"/>
      </w:pPr>
      <w:r>
        <w:t>Listen</w:t>
      </w:r>
    </w:p>
    <w:p w14:paraId="48BF2BF3" w14:textId="77777777" w:rsidR="00AE08AB" w:rsidRDefault="00AA2D9E">
      <w:r>
        <w:t>Remain quiet for a moment. What truth, Scripture, conviction, or gentle reminder is rising?</w:t>
      </w:r>
    </w:p>
    <w:p w14:paraId="6905D687" w14:textId="77777777" w:rsidR="00AE08AB" w:rsidRDefault="00AA2D9E">
      <w:pPr>
        <w:spacing w:after="60"/>
      </w:pPr>
      <w:r>
        <w:rPr>
          <w:color w:val="B9B9B9"/>
          <w:sz w:val="16"/>
        </w:rPr>
        <w:t>________________________________________________________</w:t>
      </w:r>
    </w:p>
    <w:p w14:paraId="2003DD4D" w14:textId="77777777" w:rsidR="00AE08AB" w:rsidRDefault="00AA2D9E">
      <w:pPr>
        <w:spacing w:after="60"/>
      </w:pPr>
      <w:r>
        <w:rPr>
          <w:color w:val="B9B9B9"/>
          <w:sz w:val="16"/>
        </w:rPr>
        <w:t>________________________________________________________</w:t>
      </w:r>
    </w:p>
    <w:p w14:paraId="4F4D87CC" w14:textId="77777777" w:rsidR="00AE08AB" w:rsidRDefault="00AA2D9E">
      <w:pPr>
        <w:pStyle w:val="Heading2"/>
      </w:pPr>
      <w:r>
        <w:t>My Unfiltered Prayer</w:t>
      </w:r>
    </w:p>
    <w:p w14:paraId="6C5F791E" w14:textId="77777777" w:rsidR="00AE08AB" w:rsidRDefault="00AA2D9E">
      <w:r>
        <w:t>God, as I sit with trusting holy conviction, what I most need to tell You honestly is…</w:t>
      </w:r>
    </w:p>
    <w:p w14:paraId="25B67633" w14:textId="77777777" w:rsidR="00AE08AB" w:rsidRDefault="00AA2D9E">
      <w:pPr>
        <w:spacing w:after="60"/>
      </w:pPr>
      <w:r>
        <w:rPr>
          <w:color w:val="B9B9B9"/>
          <w:sz w:val="16"/>
        </w:rPr>
        <w:t>________________________________________________________</w:t>
      </w:r>
    </w:p>
    <w:p w14:paraId="63E15792" w14:textId="77777777" w:rsidR="00AE08AB" w:rsidRDefault="00AA2D9E">
      <w:pPr>
        <w:spacing w:after="60"/>
      </w:pPr>
      <w:r>
        <w:rPr>
          <w:color w:val="B9B9B9"/>
          <w:sz w:val="16"/>
        </w:rPr>
        <w:t>________________________________________________________</w:t>
      </w:r>
    </w:p>
    <w:p w14:paraId="56E95C19" w14:textId="77777777" w:rsidR="00AE08AB" w:rsidRDefault="00AA2D9E">
      <w:pPr>
        <w:spacing w:after="60"/>
      </w:pPr>
      <w:r>
        <w:rPr>
          <w:color w:val="B9B9B9"/>
          <w:sz w:val="16"/>
        </w:rPr>
        <w:t>________________________________________________________</w:t>
      </w:r>
    </w:p>
    <w:p w14:paraId="517EFFAD" w14:textId="77777777" w:rsidR="00AE08AB" w:rsidRDefault="00AA2D9E">
      <w:pPr>
        <w:spacing w:after="60"/>
      </w:pPr>
      <w:r>
        <w:rPr>
          <w:color w:val="B9B9B9"/>
          <w:sz w:val="16"/>
        </w:rPr>
        <w:lastRenderedPageBreak/>
        <w:t>________________________________________________________</w:t>
      </w:r>
    </w:p>
    <w:p w14:paraId="10236C76" w14:textId="77777777" w:rsidR="00AE08AB" w:rsidRDefault="00AA2D9E">
      <w:pPr>
        <w:spacing w:after="60"/>
      </w:pPr>
      <w:r>
        <w:rPr>
          <w:color w:val="B9B9B9"/>
          <w:sz w:val="16"/>
        </w:rPr>
        <w:t>________________________________________________________</w:t>
      </w:r>
    </w:p>
    <w:p w14:paraId="3A04B1D3" w14:textId="77777777" w:rsidR="00AE08AB" w:rsidRDefault="00AA2D9E">
      <w:pPr>
        <w:spacing w:after="60"/>
      </w:pPr>
      <w:r>
        <w:rPr>
          <w:color w:val="B9B9B9"/>
          <w:sz w:val="16"/>
        </w:rPr>
        <w:t>________________________________________________________</w:t>
      </w:r>
    </w:p>
    <w:p w14:paraId="6126C604" w14:textId="77777777" w:rsidR="00AE08AB" w:rsidRDefault="00AA2D9E">
      <w:pPr>
        <w:spacing w:after="60"/>
      </w:pPr>
      <w:r>
        <w:rPr>
          <w:color w:val="B9B9B9"/>
          <w:sz w:val="16"/>
        </w:rPr>
        <w:t>________________________________________________________</w:t>
      </w:r>
    </w:p>
    <w:p w14:paraId="2787638B" w14:textId="77777777" w:rsidR="00AE08AB" w:rsidRDefault="00AA2D9E">
      <w:r>
        <w:br w:type="page"/>
      </w:r>
    </w:p>
    <w:p w14:paraId="1002880B" w14:textId="77777777" w:rsidR="00AE08AB" w:rsidRDefault="00AA2D9E">
      <w:pPr>
        <w:pStyle w:val="Heading2"/>
      </w:pPr>
      <w:r>
        <w:lastRenderedPageBreak/>
        <w:t>DAY 24</w:t>
      </w:r>
    </w:p>
    <w:p w14:paraId="4C29B87B" w14:textId="77777777" w:rsidR="00AE08AB" w:rsidRDefault="00AA2D9E">
      <w:pPr>
        <w:pStyle w:val="Heading1"/>
      </w:pPr>
      <w:r>
        <w:t>When Your Inner Critic Speaks</w:t>
      </w:r>
    </w:p>
    <w:p w14:paraId="77972025" w14:textId="77777777" w:rsidR="00AE08AB" w:rsidRDefault="00AA2D9E">
      <w:r>
        <w:rPr>
          <w:b/>
          <w:color w:val="B08D3A"/>
        </w:rPr>
        <w:t xml:space="preserve">SCRIPTURE ANCHOR  </w:t>
      </w:r>
      <w:r>
        <w:t>Psalm 42:5</w:t>
      </w:r>
    </w:p>
    <w:p w14:paraId="7BB926FF" w14:textId="77777777" w:rsidR="00AE08AB" w:rsidRDefault="00AA2D9E">
      <w:pPr>
        <w:pStyle w:val="Heading2"/>
      </w:pPr>
      <w:r>
        <w:t>Pause</w:t>
      </w:r>
    </w:p>
    <w:p w14:paraId="0919F2B6" w14:textId="77777777" w:rsidR="00AE08AB" w:rsidRDefault="00AA2D9E">
      <w:r>
        <w:t>Take three slow breaths. Let your body become still. You do not have to solve anything before you pray.</w:t>
      </w:r>
    </w:p>
    <w:p w14:paraId="4380DD26" w14:textId="77777777" w:rsidR="00AE08AB" w:rsidRDefault="00AA2D9E">
      <w:pPr>
        <w:pStyle w:val="Heading2"/>
      </w:pPr>
      <w:r>
        <w:t>Guided Prayer</w:t>
      </w:r>
    </w:p>
    <w:p w14:paraId="41B0DB03" w14:textId="77777777" w:rsidR="00AE08AB" w:rsidRDefault="00AA2D9E">
      <w:r>
        <w:t>Father, I bring You the reality of when your inner critic speaks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w:t>
      </w:r>
      <w:r>
        <w:t>ome questions remain unanswered. In Jesus' name, Amen.</w:t>
      </w:r>
    </w:p>
    <w:p w14:paraId="38CEE49F" w14:textId="77777777" w:rsidR="00AE08AB" w:rsidRDefault="00AA2D9E">
      <w:pPr>
        <w:pStyle w:val="Heading2"/>
      </w:pPr>
      <w:r>
        <w:t>Release</w:t>
      </w:r>
    </w:p>
    <w:p w14:paraId="74257C21" w14:textId="77777777" w:rsidR="00AE08AB" w:rsidRDefault="00AA2D9E">
      <w:r>
        <w:t>Complete this sentence slowly: “Father, today I place into Your hands…”</w:t>
      </w:r>
    </w:p>
    <w:p w14:paraId="5D17EC0E" w14:textId="77777777" w:rsidR="00AE08AB" w:rsidRDefault="00AA2D9E">
      <w:pPr>
        <w:spacing w:after="60"/>
      </w:pPr>
      <w:r>
        <w:rPr>
          <w:color w:val="B9B9B9"/>
          <w:sz w:val="16"/>
        </w:rPr>
        <w:t>________________________________________________________</w:t>
      </w:r>
    </w:p>
    <w:p w14:paraId="79C7CED7" w14:textId="77777777" w:rsidR="00AE08AB" w:rsidRDefault="00AA2D9E">
      <w:pPr>
        <w:spacing w:after="60"/>
      </w:pPr>
      <w:r>
        <w:rPr>
          <w:color w:val="B9B9B9"/>
          <w:sz w:val="16"/>
        </w:rPr>
        <w:t>________________________________________________________</w:t>
      </w:r>
    </w:p>
    <w:p w14:paraId="015714AE" w14:textId="77777777" w:rsidR="00AE08AB" w:rsidRDefault="00AA2D9E">
      <w:pPr>
        <w:pStyle w:val="Heading2"/>
      </w:pPr>
      <w:r>
        <w:t>Listen</w:t>
      </w:r>
    </w:p>
    <w:p w14:paraId="04C11362" w14:textId="77777777" w:rsidR="00AE08AB" w:rsidRDefault="00AA2D9E">
      <w:r>
        <w:t>Remain quiet for a moment. What truth, Scripture, conviction, or gentle reminder is rising?</w:t>
      </w:r>
    </w:p>
    <w:p w14:paraId="7E11449B" w14:textId="77777777" w:rsidR="00AE08AB" w:rsidRDefault="00AA2D9E">
      <w:pPr>
        <w:spacing w:after="60"/>
      </w:pPr>
      <w:r>
        <w:rPr>
          <w:color w:val="B9B9B9"/>
          <w:sz w:val="16"/>
        </w:rPr>
        <w:t>________________________________________________________</w:t>
      </w:r>
    </w:p>
    <w:p w14:paraId="7781E7DF" w14:textId="77777777" w:rsidR="00AE08AB" w:rsidRDefault="00AA2D9E">
      <w:pPr>
        <w:spacing w:after="60"/>
      </w:pPr>
      <w:r>
        <w:rPr>
          <w:color w:val="B9B9B9"/>
          <w:sz w:val="16"/>
        </w:rPr>
        <w:t>________________________________________________________</w:t>
      </w:r>
    </w:p>
    <w:p w14:paraId="4DA956D0" w14:textId="77777777" w:rsidR="00AE08AB" w:rsidRDefault="00AA2D9E">
      <w:pPr>
        <w:pStyle w:val="Heading2"/>
      </w:pPr>
      <w:r>
        <w:t>My Unfiltered Prayer</w:t>
      </w:r>
    </w:p>
    <w:p w14:paraId="74744CB1" w14:textId="77777777" w:rsidR="00AE08AB" w:rsidRDefault="00AA2D9E">
      <w:r>
        <w:t>God, as I sit with when your inner critic speaks, what I most need to tell You honestly is…</w:t>
      </w:r>
    </w:p>
    <w:p w14:paraId="2CAF080E" w14:textId="77777777" w:rsidR="00AE08AB" w:rsidRDefault="00AA2D9E">
      <w:pPr>
        <w:spacing w:after="60"/>
      </w:pPr>
      <w:r>
        <w:rPr>
          <w:color w:val="B9B9B9"/>
          <w:sz w:val="16"/>
        </w:rPr>
        <w:t>________________________________________________________</w:t>
      </w:r>
    </w:p>
    <w:p w14:paraId="51D4CE56" w14:textId="77777777" w:rsidR="00AE08AB" w:rsidRDefault="00AA2D9E">
      <w:pPr>
        <w:spacing w:after="60"/>
      </w:pPr>
      <w:r>
        <w:rPr>
          <w:color w:val="B9B9B9"/>
          <w:sz w:val="16"/>
        </w:rPr>
        <w:t>________________________________________________________</w:t>
      </w:r>
    </w:p>
    <w:p w14:paraId="6BFC9D7E" w14:textId="77777777" w:rsidR="00AE08AB" w:rsidRDefault="00AA2D9E">
      <w:pPr>
        <w:spacing w:after="60"/>
      </w:pPr>
      <w:r>
        <w:rPr>
          <w:color w:val="B9B9B9"/>
          <w:sz w:val="16"/>
        </w:rPr>
        <w:t>________________________________________________________</w:t>
      </w:r>
    </w:p>
    <w:p w14:paraId="5532EC53" w14:textId="77777777" w:rsidR="00AE08AB" w:rsidRDefault="00AA2D9E">
      <w:pPr>
        <w:spacing w:after="60"/>
      </w:pPr>
      <w:r>
        <w:rPr>
          <w:color w:val="B9B9B9"/>
          <w:sz w:val="16"/>
        </w:rPr>
        <w:lastRenderedPageBreak/>
        <w:t>________________________________________________________</w:t>
      </w:r>
    </w:p>
    <w:p w14:paraId="1DA1083E" w14:textId="77777777" w:rsidR="00AE08AB" w:rsidRDefault="00AA2D9E">
      <w:pPr>
        <w:spacing w:after="60"/>
      </w:pPr>
      <w:r>
        <w:rPr>
          <w:color w:val="B9B9B9"/>
          <w:sz w:val="16"/>
        </w:rPr>
        <w:t>________________________________________________________</w:t>
      </w:r>
    </w:p>
    <w:p w14:paraId="45C5EF11" w14:textId="77777777" w:rsidR="00AE08AB" w:rsidRDefault="00AA2D9E">
      <w:pPr>
        <w:spacing w:after="60"/>
      </w:pPr>
      <w:r>
        <w:rPr>
          <w:color w:val="B9B9B9"/>
          <w:sz w:val="16"/>
        </w:rPr>
        <w:t>________________________________________________________</w:t>
      </w:r>
    </w:p>
    <w:p w14:paraId="55713006" w14:textId="77777777" w:rsidR="00AE08AB" w:rsidRDefault="00AA2D9E">
      <w:pPr>
        <w:spacing w:after="60"/>
      </w:pPr>
      <w:r>
        <w:rPr>
          <w:color w:val="B9B9B9"/>
          <w:sz w:val="16"/>
        </w:rPr>
        <w:t>________________________________________________________</w:t>
      </w:r>
    </w:p>
    <w:p w14:paraId="724C2FA4" w14:textId="77777777" w:rsidR="00AE08AB" w:rsidRDefault="00AA2D9E">
      <w:r>
        <w:br w:type="page"/>
      </w:r>
    </w:p>
    <w:p w14:paraId="6FCCA222" w14:textId="77777777" w:rsidR="00AE08AB" w:rsidRDefault="00AA2D9E">
      <w:pPr>
        <w:pStyle w:val="Heading2"/>
      </w:pPr>
      <w:r>
        <w:lastRenderedPageBreak/>
        <w:t>DAY 25</w:t>
      </w:r>
    </w:p>
    <w:p w14:paraId="1874E06D" w14:textId="77777777" w:rsidR="00AE08AB" w:rsidRDefault="00AA2D9E">
      <w:pPr>
        <w:pStyle w:val="Heading1"/>
      </w:pPr>
      <w:r>
        <w:t>Grace Changes the Conversation</w:t>
      </w:r>
    </w:p>
    <w:p w14:paraId="56D262A1" w14:textId="77777777" w:rsidR="00AE08AB" w:rsidRDefault="00AA2D9E">
      <w:r>
        <w:rPr>
          <w:b/>
          <w:color w:val="B08D3A"/>
        </w:rPr>
        <w:t xml:space="preserve">SCRIPTURE ANCHOR  </w:t>
      </w:r>
      <w:r>
        <w:t>Ephesians 2:8</w:t>
      </w:r>
    </w:p>
    <w:p w14:paraId="601E9AB2" w14:textId="77777777" w:rsidR="00AE08AB" w:rsidRDefault="00AA2D9E">
      <w:pPr>
        <w:pStyle w:val="Heading2"/>
      </w:pPr>
      <w:r>
        <w:t>Pause</w:t>
      </w:r>
    </w:p>
    <w:p w14:paraId="11218133" w14:textId="77777777" w:rsidR="00AE08AB" w:rsidRDefault="00AA2D9E">
      <w:r>
        <w:t>Take three slow breaths. Let your body become still. You do not have to solve anything before you pray.</w:t>
      </w:r>
    </w:p>
    <w:p w14:paraId="4D662F88" w14:textId="77777777" w:rsidR="00AE08AB" w:rsidRDefault="00AA2D9E">
      <w:pPr>
        <w:pStyle w:val="Heading2"/>
      </w:pPr>
      <w:r>
        <w:t>Guided Prayer</w:t>
      </w:r>
    </w:p>
    <w:p w14:paraId="643A6279" w14:textId="77777777" w:rsidR="00AE08AB" w:rsidRDefault="00AA2D9E">
      <w:r>
        <w:t xml:space="preserve">Father, I bring You the reality of grace changes the conversation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w:t>
      </w:r>
      <w:r>
        <w:t>some questions remain unanswered. In Jesus' name, Amen.</w:t>
      </w:r>
    </w:p>
    <w:p w14:paraId="2EE0B5A4" w14:textId="77777777" w:rsidR="00AE08AB" w:rsidRDefault="00AA2D9E">
      <w:pPr>
        <w:pStyle w:val="Heading2"/>
      </w:pPr>
      <w:r>
        <w:t>Release</w:t>
      </w:r>
    </w:p>
    <w:p w14:paraId="7DA52DD0" w14:textId="77777777" w:rsidR="00AE08AB" w:rsidRDefault="00AA2D9E">
      <w:r>
        <w:t>Complete this sentence slowly: “Father, today I place into Your hands…”</w:t>
      </w:r>
    </w:p>
    <w:p w14:paraId="44DB9194" w14:textId="77777777" w:rsidR="00AE08AB" w:rsidRDefault="00AA2D9E">
      <w:pPr>
        <w:spacing w:after="60"/>
      </w:pPr>
      <w:r>
        <w:rPr>
          <w:color w:val="B9B9B9"/>
          <w:sz w:val="16"/>
        </w:rPr>
        <w:t>________________________________________________________</w:t>
      </w:r>
    </w:p>
    <w:p w14:paraId="366CAEE9" w14:textId="77777777" w:rsidR="00AE08AB" w:rsidRDefault="00AA2D9E">
      <w:pPr>
        <w:spacing w:after="60"/>
      </w:pPr>
      <w:r>
        <w:rPr>
          <w:color w:val="B9B9B9"/>
          <w:sz w:val="16"/>
        </w:rPr>
        <w:t>________________________________________________________</w:t>
      </w:r>
    </w:p>
    <w:p w14:paraId="027EF9D0" w14:textId="77777777" w:rsidR="00AE08AB" w:rsidRDefault="00AA2D9E">
      <w:pPr>
        <w:pStyle w:val="Heading2"/>
      </w:pPr>
      <w:r>
        <w:t>Listen</w:t>
      </w:r>
    </w:p>
    <w:p w14:paraId="5C4259E2" w14:textId="77777777" w:rsidR="00AE08AB" w:rsidRDefault="00AA2D9E">
      <w:r>
        <w:t>Remain quiet for a moment. What truth, Scripture, conviction, or gentle reminder is rising?</w:t>
      </w:r>
    </w:p>
    <w:p w14:paraId="787F0B37" w14:textId="77777777" w:rsidR="00AE08AB" w:rsidRDefault="00AA2D9E">
      <w:pPr>
        <w:spacing w:after="60"/>
      </w:pPr>
      <w:r>
        <w:rPr>
          <w:color w:val="B9B9B9"/>
          <w:sz w:val="16"/>
        </w:rPr>
        <w:t>________________________________________________________</w:t>
      </w:r>
    </w:p>
    <w:p w14:paraId="3CDE4533" w14:textId="77777777" w:rsidR="00AE08AB" w:rsidRDefault="00AA2D9E">
      <w:pPr>
        <w:spacing w:after="60"/>
      </w:pPr>
      <w:r>
        <w:rPr>
          <w:color w:val="B9B9B9"/>
          <w:sz w:val="16"/>
        </w:rPr>
        <w:t>________________________________________________________</w:t>
      </w:r>
    </w:p>
    <w:p w14:paraId="3611980F" w14:textId="77777777" w:rsidR="00AE08AB" w:rsidRDefault="00AA2D9E">
      <w:pPr>
        <w:pStyle w:val="Heading2"/>
      </w:pPr>
      <w:r>
        <w:t>My Unfiltered Prayer</w:t>
      </w:r>
    </w:p>
    <w:p w14:paraId="5C034BD1" w14:textId="77777777" w:rsidR="00AE08AB" w:rsidRDefault="00AA2D9E">
      <w:r>
        <w:t>God, as I sit with grace changes the conversation, what I most need to tell You honestly is…</w:t>
      </w:r>
    </w:p>
    <w:p w14:paraId="05807F00" w14:textId="77777777" w:rsidR="00AE08AB" w:rsidRDefault="00AA2D9E">
      <w:pPr>
        <w:spacing w:after="60"/>
      </w:pPr>
      <w:r>
        <w:rPr>
          <w:color w:val="B9B9B9"/>
          <w:sz w:val="16"/>
        </w:rPr>
        <w:t>________________________________________________________</w:t>
      </w:r>
    </w:p>
    <w:p w14:paraId="2D94CFF5" w14:textId="77777777" w:rsidR="00AE08AB" w:rsidRDefault="00AA2D9E">
      <w:pPr>
        <w:spacing w:after="60"/>
      </w:pPr>
      <w:r>
        <w:rPr>
          <w:color w:val="B9B9B9"/>
          <w:sz w:val="16"/>
        </w:rPr>
        <w:t>________________________________________________________</w:t>
      </w:r>
    </w:p>
    <w:p w14:paraId="40FAC33E" w14:textId="77777777" w:rsidR="00AE08AB" w:rsidRDefault="00AA2D9E">
      <w:pPr>
        <w:spacing w:after="60"/>
      </w:pPr>
      <w:r>
        <w:rPr>
          <w:color w:val="B9B9B9"/>
          <w:sz w:val="16"/>
        </w:rPr>
        <w:t>________________________________________________________</w:t>
      </w:r>
    </w:p>
    <w:p w14:paraId="6F21082C" w14:textId="77777777" w:rsidR="00AE08AB" w:rsidRDefault="00AA2D9E">
      <w:pPr>
        <w:spacing w:after="60"/>
      </w:pPr>
      <w:r>
        <w:rPr>
          <w:color w:val="B9B9B9"/>
          <w:sz w:val="16"/>
        </w:rPr>
        <w:lastRenderedPageBreak/>
        <w:t>________________________________________________________</w:t>
      </w:r>
    </w:p>
    <w:p w14:paraId="61437A57" w14:textId="77777777" w:rsidR="00AE08AB" w:rsidRDefault="00AA2D9E">
      <w:pPr>
        <w:spacing w:after="60"/>
      </w:pPr>
      <w:r>
        <w:rPr>
          <w:color w:val="B9B9B9"/>
          <w:sz w:val="16"/>
        </w:rPr>
        <w:t>________________________________________________________</w:t>
      </w:r>
    </w:p>
    <w:p w14:paraId="74B94D45" w14:textId="77777777" w:rsidR="00AE08AB" w:rsidRDefault="00AA2D9E">
      <w:pPr>
        <w:spacing w:after="60"/>
      </w:pPr>
      <w:r>
        <w:rPr>
          <w:color w:val="B9B9B9"/>
          <w:sz w:val="16"/>
        </w:rPr>
        <w:t>________________________________________________________</w:t>
      </w:r>
    </w:p>
    <w:p w14:paraId="03D63EF7" w14:textId="77777777" w:rsidR="00AE08AB" w:rsidRDefault="00AA2D9E">
      <w:pPr>
        <w:spacing w:after="60"/>
      </w:pPr>
      <w:r>
        <w:rPr>
          <w:color w:val="B9B9B9"/>
          <w:sz w:val="16"/>
        </w:rPr>
        <w:t>________________________________________________________</w:t>
      </w:r>
    </w:p>
    <w:p w14:paraId="4D3A369D" w14:textId="77777777" w:rsidR="00AE08AB" w:rsidRDefault="00AA2D9E">
      <w:r>
        <w:br w:type="page"/>
      </w:r>
    </w:p>
    <w:p w14:paraId="4D4DF74E" w14:textId="77777777" w:rsidR="00AE08AB" w:rsidRDefault="00AA2D9E">
      <w:pPr>
        <w:pStyle w:val="Heading2"/>
      </w:pPr>
      <w:r>
        <w:lastRenderedPageBreak/>
        <w:t>DAY 26</w:t>
      </w:r>
    </w:p>
    <w:p w14:paraId="4315561C" w14:textId="77777777" w:rsidR="00AE08AB" w:rsidRDefault="00AA2D9E">
      <w:pPr>
        <w:pStyle w:val="Heading1"/>
      </w:pPr>
      <w:r>
        <w:t>Living From Identity</w:t>
      </w:r>
    </w:p>
    <w:p w14:paraId="249543CB" w14:textId="77777777" w:rsidR="00AE08AB" w:rsidRDefault="00AA2D9E">
      <w:r>
        <w:rPr>
          <w:b/>
          <w:color w:val="B08D3A"/>
        </w:rPr>
        <w:t xml:space="preserve">SCRIPTURE ANCHOR  </w:t>
      </w:r>
      <w:r>
        <w:t>Ephesians 2:10</w:t>
      </w:r>
    </w:p>
    <w:p w14:paraId="0D569180" w14:textId="77777777" w:rsidR="00AE08AB" w:rsidRDefault="00AA2D9E">
      <w:pPr>
        <w:pStyle w:val="Heading2"/>
      </w:pPr>
      <w:r>
        <w:t>Pause</w:t>
      </w:r>
    </w:p>
    <w:p w14:paraId="4D188B4E" w14:textId="77777777" w:rsidR="00AE08AB" w:rsidRDefault="00AA2D9E">
      <w:r>
        <w:t>Take three slow breaths. Let your body become still. You do not have to solve anything before you pray.</w:t>
      </w:r>
    </w:p>
    <w:p w14:paraId="41A504D4" w14:textId="77777777" w:rsidR="00AE08AB" w:rsidRDefault="00AA2D9E">
      <w:pPr>
        <w:pStyle w:val="Heading2"/>
      </w:pPr>
      <w:r>
        <w:t>Guided Prayer</w:t>
      </w:r>
    </w:p>
    <w:p w14:paraId="72B71C85" w14:textId="77777777" w:rsidR="00AE08AB" w:rsidRDefault="00AA2D9E">
      <w:r>
        <w:t>Father, I bring You the reality of living from identity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w:t>
      </w:r>
      <w:r>
        <w:t>ions remain unanswered. In Jesus' name, Amen.</w:t>
      </w:r>
    </w:p>
    <w:p w14:paraId="75CDFC8B" w14:textId="77777777" w:rsidR="00AE08AB" w:rsidRDefault="00AA2D9E">
      <w:pPr>
        <w:pStyle w:val="Heading2"/>
      </w:pPr>
      <w:r>
        <w:t>Release</w:t>
      </w:r>
    </w:p>
    <w:p w14:paraId="7A5E65CA" w14:textId="77777777" w:rsidR="00AE08AB" w:rsidRDefault="00AA2D9E">
      <w:r>
        <w:t>Complete this sentence slowly: “Father, today I place into Your hands…”</w:t>
      </w:r>
    </w:p>
    <w:p w14:paraId="1273FBFC" w14:textId="77777777" w:rsidR="00AE08AB" w:rsidRDefault="00AA2D9E">
      <w:pPr>
        <w:spacing w:after="60"/>
      </w:pPr>
      <w:r>
        <w:rPr>
          <w:color w:val="B9B9B9"/>
          <w:sz w:val="16"/>
        </w:rPr>
        <w:t>________________________________________________________</w:t>
      </w:r>
    </w:p>
    <w:p w14:paraId="0696A0EE" w14:textId="77777777" w:rsidR="00AE08AB" w:rsidRDefault="00AA2D9E">
      <w:pPr>
        <w:spacing w:after="60"/>
      </w:pPr>
      <w:r>
        <w:rPr>
          <w:color w:val="B9B9B9"/>
          <w:sz w:val="16"/>
        </w:rPr>
        <w:t>________________________________________________________</w:t>
      </w:r>
    </w:p>
    <w:p w14:paraId="5BA88EA5" w14:textId="77777777" w:rsidR="00AE08AB" w:rsidRDefault="00AA2D9E">
      <w:pPr>
        <w:pStyle w:val="Heading2"/>
      </w:pPr>
      <w:r>
        <w:t>Listen</w:t>
      </w:r>
    </w:p>
    <w:p w14:paraId="6C753504" w14:textId="77777777" w:rsidR="00AE08AB" w:rsidRDefault="00AA2D9E">
      <w:r>
        <w:t>Remain quiet for a moment. What truth, Scripture, conviction, or gentle reminder is rising?</w:t>
      </w:r>
    </w:p>
    <w:p w14:paraId="677FDBED" w14:textId="77777777" w:rsidR="00AE08AB" w:rsidRDefault="00AA2D9E">
      <w:pPr>
        <w:spacing w:after="60"/>
      </w:pPr>
      <w:r>
        <w:rPr>
          <w:color w:val="B9B9B9"/>
          <w:sz w:val="16"/>
        </w:rPr>
        <w:t>________________________________________________________</w:t>
      </w:r>
    </w:p>
    <w:p w14:paraId="2F250E82" w14:textId="77777777" w:rsidR="00AE08AB" w:rsidRDefault="00AA2D9E">
      <w:pPr>
        <w:spacing w:after="60"/>
      </w:pPr>
      <w:r>
        <w:rPr>
          <w:color w:val="B9B9B9"/>
          <w:sz w:val="16"/>
        </w:rPr>
        <w:t>________________________________________________________</w:t>
      </w:r>
    </w:p>
    <w:p w14:paraId="3BAA4AEC" w14:textId="77777777" w:rsidR="00AE08AB" w:rsidRDefault="00AA2D9E">
      <w:pPr>
        <w:pStyle w:val="Heading2"/>
      </w:pPr>
      <w:r>
        <w:t>My Unfiltered Prayer</w:t>
      </w:r>
    </w:p>
    <w:p w14:paraId="0F091455" w14:textId="77777777" w:rsidR="00AE08AB" w:rsidRDefault="00AA2D9E">
      <w:r>
        <w:t>God, as I sit with living from identity, what I most need to tell You honestly is…</w:t>
      </w:r>
    </w:p>
    <w:p w14:paraId="6A5DB720" w14:textId="77777777" w:rsidR="00AE08AB" w:rsidRDefault="00AA2D9E">
      <w:pPr>
        <w:spacing w:after="60"/>
      </w:pPr>
      <w:r>
        <w:rPr>
          <w:color w:val="B9B9B9"/>
          <w:sz w:val="16"/>
        </w:rPr>
        <w:t>________________________________________________________</w:t>
      </w:r>
    </w:p>
    <w:p w14:paraId="284733F2" w14:textId="77777777" w:rsidR="00AE08AB" w:rsidRDefault="00AA2D9E">
      <w:pPr>
        <w:spacing w:after="60"/>
      </w:pPr>
      <w:r>
        <w:rPr>
          <w:color w:val="B9B9B9"/>
          <w:sz w:val="16"/>
        </w:rPr>
        <w:t>________________________________________________________</w:t>
      </w:r>
    </w:p>
    <w:p w14:paraId="4EA0A547" w14:textId="77777777" w:rsidR="00AE08AB" w:rsidRDefault="00AA2D9E">
      <w:pPr>
        <w:spacing w:after="60"/>
      </w:pPr>
      <w:r>
        <w:rPr>
          <w:color w:val="B9B9B9"/>
          <w:sz w:val="16"/>
        </w:rPr>
        <w:t>________________________________________________________</w:t>
      </w:r>
    </w:p>
    <w:p w14:paraId="03F170E2" w14:textId="77777777" w:rsidR="00AE08AB" w:rsidRDefault="00AA2D9E">
      <w:pPr>
        <w:spacing w:after="60"/>
      </w:pPr>
      <w:r>
        <w:rPr>
          <w:color w:val="B9B9B9"/>
          <w:sz w:val="16"/>
        </w:rPr>
        <w:t>________________________________________________________</w:t>
      </w:r>
    </w:p>
    <w:p w14:paraId="60844AA4" w14:textId="77777777" w:rsidR="00AE08AB" w:rsidRDefault="00AA2D9E">
      <w:pPr>
        <w:spacing w:after="60"/>
      </w:pPr>
      <w:r>
        <w:rPr>
          <w:color w:val="B9B9B9"/>
          <w:sz w:val="16"/>
        </w:rPr>
        <w:lastRenderedPageBreak/>
        <w:t>________________________________________________________</w:t>
      </w:r>
    </w:p>
    <w:p w14:paraId="4E306CCA" w14:textId="77777777" w:rsidR="00AE08AB" w:rsidRDefault="00AA2D9E">
      <w:pPr>
        <w:spacing w:after="60"/>
      </w:pPr>
      <w:r>
        <w:rPr>
          <w:color w:val="B9B9B9"/>
          <w:sz w:val="16"/>
        </w:rPr>
        <w:t>________________________________________________________</w:t>
      </w:r>
    </w:p>
    <w:p w14:paraId="32CA5AD9" w14:textId="77777777" w:rsidR="00AE08AB" w:rsidRDefault="00AA2D9E">
      <w:pPr>
        <w:spacing w:after="60"/>
      </w:pPr>
      <w:r>
        <w:rPr>
          <w:color w:val="B9B9B9"/>
          <w:sz w:val="16"/>
        </w:rPr>
        <w:t>________________________________________________________</w:t>
      </w:r>
    </w:p>
    <w:p w14:paraId="180C0C07" w14:textId="77777777" w:rsidR="00AE08AB" w:rsidRDefault="00AA2D9E">
      <w:r>
        <w:br w:type="page"/>
      </w:r>
    </w:p>
    <w:p w14:paraId="2136302D" w14:textId="77777777" w:rsidR="00AE08AB" w:rsidRDefault="00AA2D9E">
      <w:pPr>
        <w:pStyle w:val="Heading2"/>
      </w:pPr>
      <w:r>
        <w:lastRenderedPageBreak/>
        <w:t>DAY 27</w:t>
      </w:r>
    </w:p>
    <w:p w14:paraId="36E2FAB3" w14:textId="77777777" w:rsidR="00AE08AB" w:rsidRDefault="00AA2D9E">
      <w:pPr>
        <w:pStyle w:val="Heading1"/>
      </w:pPr>
      <w:r>
        <w:t>Your Voice and Your Calling</w:t>
      </w:r>
    </w:p>
    <w:p w14:paraId="3CB88263" w14:textId="77777777" w:rsidR="00AE08AB" w:rsidRDefault="00AA2D9E">
      <w:r>
        <w:rPr>
          <w:b/>
          <w:color w:val="B08D3A"/>
        </w:rPr>
        <w:t xml:space="preserve">SCRIPTURE ANCHOR  </w:t>
      </w:r>
      <w:r>
        <w:t>Jeremiah 1:5</w:t>
      </w:r>
    </w:p>
    <w:p w14:paraId="0D6EF63F" w14:textId="77777777" w:rsidR="00AE08AB" w:rsidRDefault="00AA2D9E">
      <w:pPr>
        <w:pStyle w:val="Heading2"/>
      </w:pPr>
      <w:r>
        <w:t>Pause</w:t>
      </w:r>
    </w:p>
    <w:p w14:paraId="74E98009" w14:textId="77777777" w:rsidR="00AE08AB" w:rsidRDefault="00AA2D9E">
      <w:r>
        <w:t>Take three slow breaths. Let your body become still. You do not have to solve anything before you pray.</w:t>
      </w:r>
    </w:p>
    <w:p w14:paraId="3CE1DF77" w14:textId="77777777" w:rsidR="00AE08AB" w:rsidRDefault="00AA2D9E">
      <w:pPr>
        <w:pStyle w:val="Heading2"/>
      </w:pPr>
      <w:r>
        <w:t>Guided Prayer</w:t>
      </w:r>
    </w:p>
    <w:p w14:paraId="4046BE5C" w14:textId="77777777" w:rsidR="00AE08AB" w:rsidRDefault="00AA2D9E">
      <w:r>
        <w:t>Father, I bring You the reality of your voice and your calling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75019900" w14:textId="77777777" w:rsidR="00AE08AB" w:rsidRDefault="00AA2D9E">
      <w:pPr>
        <w:pStyle w:val="Heading2"/>
      </w:pPr>
      <w:r>
        <w:t>Release</w:t>
      </w:r>
    </w:p>
    <w:p w14:paraId="59577D13" w14:textId="77777777" w:rsidR="00AE08AB" w:rsidRDefault="00AA2D9E">
      <w:r>
        <w:t>Complete this sentence slowly: “Father, today I place into Your hands…”</w:t>
      </w:r>
    </w:p>
    <w:p w14:paraId="0C662749" w14:textId="77777777" w:rsidR="00AE08AB" w:rsidRDefault="00AA2D9E">
      <w:pPr>
        <w:spacing w:after="60"/>
      </w:pPr>
      <w:r>
        <w:rPr>
          <w:color w:val="B9B9B9"/>
          <w:sz w:val="16"/>
        </w:rPr>
        <w:t>________________________________________________________</w:t>
      </w:r>
    </w:p>
    <w:p w14:paraId="45FDC5C7" w14:textId="77777777" w:rsidR="00AE08AB" w:rsidRDefault="00AA2D9E">
      <w:pPr>
        <w:spacing w:after="60"/>
      </w:pPr>
      <w:r>
        <w:rPr>
          <w:color w:val="B9B9B9"/>
          <w:sz w:val="16"/>
        </w:rPr>
        <w:t>________________________________________________________</w:t>
      </w:r>
    </w:p>
    <w:p w14:paraId="33994E37" w14:textId="77777777" w:rsidR="00AE08AB" w:rsidRDefault="00AA2D9E">
      <w:pPr>
        <w:pStyle w:val="Heading2"/>
      </w:pPr>
      <w:r>
        <w:t>Listen</w:t>
      </w:r>
    </w:p>
    <w:p w14:paraId="1B5A758A" w14:textId="77777777" w:rsidR="00AE08AB" w:rsidRDefault="00AA2D9E">
      <w:r>
        <w:t>Remain quiet for a moment. What truth, Scripture, conviction, or gentle reminder is rising?</w:t>
      </w:r>
    </w:p>
    <w:p w14:paraId="785BF5A3" w14:textId="77777777" w:rsidR="00AE08AB" w:rsidRDefault="00AA2D9E">
      <w:pPr>
        <w:spacing w:after="60"/>
      </w:pPr>
      <w:r>
        <w:rPr>
          <w:color w:val="B9B9B9"/>
          <w:sz w:val="16"/>
        </w:rPr>
        <w:t>________________________________________________________</w:t>
      </w:r>
    </w:p>
    <w:p w14:paraId="7AEB6B7E" w14:textId="77777777" w:rsidR="00AE08AB" w:rsidRDefault="00AA2D9E">
      <w:pPr>
        <w:spacing w:after="60"/>
      </w:pPr>
      <w:r>
        <w:rPr>
          <w:color w:val="B9B9B9"/>
          <w:sz w:val="16"/>
        </w:rPr>
        <w:t>________________________________________________________</w:t>
      </w:r>
    </w:p>
    <w:p w14:paraId="3487B596" w14:textId="77777777" w:rsidR="00AE08AB" w:rsidRDefault="00AA2D9E">
      <w:pPr>
        <w:pStyle w:val="Heading2"/>
      </w:pPr>
      <w:r>
        <w:t>My Unfiltered Prayer</w:t>
      </w:r>
    </w:p>
    <w:p w14:paraId="554E1C39" w14:textId="77777777" w:rsidR="00AE08AB" w:rsidRDefault="00AA2D9E">
      <w:r>
        <w:t>God, as I sit with your voice and your calling, what I most need to tell You honestly is…</w:t>
      </w:r>
    </w:p>
    <w:p w14:paraId="309DA3A7" w14:textId="77777777" w:rsidR="00AE08AB" w:rsidRDefault="00AA2D9E">
      <w:pPr>
        <w:spacing w:after="60"/>
      </w:pPr>
      <w:r>
        <w:rPr>
          <w:color w:val="B9B9B9"/>
          <w:sz w:val="16"/>
        </w:rPr>
        <w:t>________________________________________________________</w:t>
      </w:r>
    </w:p>
    <w:p w14:paraId="2A9C1B8E" w14:textId="77777777" w:rsidR="00AE08AB" w:rsidRDefault="00AA2D9E">
      <w:pPr>
        <w:spacing w:after="60"/>
      </w:pPr>
      <w:r>
        <w:rPr>
          <w:color w:val="B9B9B9"/>
          <w:sz w:val="16"/>
        </w:rPr>
        <w:t>________________________________________________________</w:t>
      </w:r>
    </w:p>
    <w:p w14:paraId="41D9E0EA" w14:textId="77777777" w:rsidR="00AE08AB" w:rsidRDefault="00AA2D9E">
      <w:pPr>
        <w:spacing w:after="60"/>
      </w:pPr>
      <w:r>
        <w:rPr>
          <w:color w:val="B9B9B9"/>
          <w:sz w:val="16"/>
        </w:rPr>
        <w:t>________________________________________________________</w:t>
      </w:r>
    </w:p>
    <w:p w14:paraId="5E96520A" w14:textId="77777777" w:rsidR="00AE08AB" w:rsidRDefault="00AA2D9E">
      <w:pPr>
        <w:spacing w:after="60"/>
      </w:pPr>
      <w:r>
        <w:rPr>
          <w:color w:val="B9B9B9"/>
          <w:sz w:val="16"/>
        </w:rPr>
        <w:lastRenderedPageBreak/>
        <w:t>________________________________________________________</w:t>
      </w:r>
    </w:p>
    <w:p w14:paraId="47D62C17" w14:textId="77777777" w:rsidR="00AE08AB" w:rsidRDefault="00AA2D9E">
      <w:pPr>
        <w:spacing w:after="60"/>
      </w:pPr>
      <w:r>
        <w:rPr>
          <w:color w:val="B9B9B9"/>
          <w:sz w:val="16"/>
        </w:rPr>
        <w:t>________________________________________________________</w:t>
      </w:r>
    </w:p>
    <w:p w14:paraId="7E663BC1" w14:textId="77777777" w:rsidR="00AE08AB" w:rsidRDefault="00AA2D9E">
      <w:pPr>
        <w:spacing w:after="60"/>
      </w:pPr>
      <w:r>
        <w:rPr>
          <w:color w:val="B9B9B9"/>
          <w:sz w:val="16"/>
        </w:rPr>
        <w:t>________________________________________________________</w:t>
      </w:r>
    </w:p>
    <w:p w14:paraId="330F4D4E" w14:textId="77777777" w:rsidR="00AE08AB" w:rsidRDefault="00AA2D9E">
      <w:pPr>
        <w:spacing w:after="60"/>
      </w:pPr>
      <w:r>
        <w:rPr>
          <w:color w:val="B9B9B9"/>
          <w:sz w:val="16"/>
        </w:rPr>
        <w:t>________________________________________________________</w:t>
      </w:r>
    </w:p>
    <w:p w14:paraId="6D157C47" w14:textId="77777777" w:rsidR="00AE08AB" w:rsidRDefault="00AA2D9E">
      <w:r>
        <w:br w:type="page"/>
      </w:r>
    </w:p>
    <w:p w14:paraId="6C4DB2EA" w14:textId="77777777" w:rsidR="00AE08AB" w:rsidRDefault="00AA2D9E">
      <w:pPr>
        <w:pStyle w:val="Heading2"/>
      </w:pPr>
      <w:r>
        <w:lastRenderedPageBreak/>
        <w:t>DAY 28</w:t>
      </w:r>
    </w:p>
    <w:p w14:paraId="7BD5B669" w14:textId="77777777" w:rsidR="00AE08AB" w:rsidRDefault="00AA2D9E">
      <w:pPr>
        <w:pStyle w:val="Heading1"/>
      </w:pPr>
      <w:r>
        <w:t>Alignment Before Achievement</w:t>
      </w:r>
    </w:p>
    <w:p w14:paraId="50C3E0A4" w14:textId="77777777" w:rsidR="00AE08AB" w:rsidRDefault="00AA2D9E">
      <w:r>
        <w:rPr>
          <w:b/>
          <w:color w:val="B08D3A"/>
        </w:rPr>
        <w:t xml:space="preserve">SCRIPTURE ANCHOR  </w:t>
      </w:r>
      <w:r>
        <w:t>Matthew 6:33</w:t>
      </w:r>
    </w:p>
    <w:p w14:paraId="058DCF38" w14:textId="77777777" w:rsidR="00AE08AB" w:rsidRDefault="00AA2D9E">
      <w:pPr>
        <w:pStyle w:val="Heading2"/>
      </w:pPr>
      <w:r>
        <w:t>Pause</w:t>
      </w:r>
    </w:p>
    <w:p w14:paraId="2C535071" w14:textId="77777777" w:rsidR="00AE08AB" w:rsidRDefault="00AA2D9E">
      <w:r>
        <w:t>Take three slow breaths. Let your body become still. You do not have to solve anything before you pray.</w:t>
      </w:r>
    </w:p>
    <w:p w14:paraId="1341C244" w14:textId="77777777" w:rsidR="00AE08AB" w:rsidRDefault="00AA2D9E">
      <w:pPr>
        <w:pStyle w:val="Heading2"/>
      </w:pPr>
      <w:r>
        <w:t>Guided Prayer</w:t>
      </w:r>
    </w:p>
    <w:p w14:paraId="5CC65B8E" w14:textId="77777777" w:rsidR="00AE08AB" w:rsidRDefault="00AA2D9E">
      <w:r>
        <w:t>Father, I bring You the reality of alignment before achievement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w:t>
      </w:r>
      <w:r>
        <w:t>me questions remain unanswered. In Jesus' name, Amen.</w:t>
      </w:r>
    </w:p>
    <w:p w14:paraId="40B340E9" w14:textId="77777777" w:rsidR="00AE08AB" w:rsidRDefault="00AA2D9E">
      <w:pPr>
        <w:pStyle w:val="Heading2"/>
      </w:pPr>
      <w:r>
        <w:t>Release</w:t>
      </w:r>
    </w:p>
    <w:p w14:paraId="37CDFAD2" w14:textId="77777777" w:rsidR="00AE08AB" w:rsidRDefault="00AA2D9E">
      <w:r>
        <w:t>Complete this sentence slowly: “Father, today I place into Your hands…”</w:t>
      </w:r>
    </w:p>
    <w:p w14:paraId="741C0B66" w14:textId="77777777" w:rsidR="00AE08AB" w:rsidRDefault="00AA2D9E">
      <w:pPr>
        <w:spacing w:after="60"/>
      </w:pPr>
      <w:r>
        <w:rPr>
          <w:color w:val="B9B9B9"/>
          <w:sz w:val="16"/>
        </w:rPr>
        <w:t>________________________________________________________</w:t>
      </w:r>
    </w:p>
    <w:p w14:paraId="72EE4256" w14:textId="77777777" w:rsidR="00AE08AB" w:rsidRDefault="00AA2D9E">
      <w:pPr>
        <w:spacing w:after="60"/>
      </w:pPr>
      <w:r>
        <w:rPr>
          <w:color w:val="B9B9B9"/>
          <w:sz w:val="16"/>
        </w:rPr>
        <w:t>________________________________________________________</w:t>
      </w:r>
    </w:p>
    <w:p w14:paraId="3973C7DE" w14:textId="77777777" w:rsidR="00AE08AB" w:rsidRDefault="00AA2D9E">
      <w:pPr>
        <w:pStyle w:val="Heading2"/>
      </w:pPr>
      <w:r>
        <w:t>Listen</w:t>
      </w:r>
    </w:p>
    <w:p w14:paraId="29C75569" w14:textId="77777777" w:rsidR="00AE08AB" w:rsidRDefault="00AA2D9E">
      <w:r>
        <w:t>Remain quiet for a moment. What truth, Scripture, conviction, or gentle reminder is rising?</w:t>
      </w:r>
    </w:p>
    <w:p w14:paraId="5F2454BD" w14:textId="77777777" w:rsidR="00AE08AB" w:rsidRDefault="00AA2D9E">
      <w:pPr>
        <w:spacing w:after="60"/>
      </w:pPr>
      <w:r>
        <w:rPr>
          <w:color w:val="B9B9B9"/>
          <w:sz w:val="16"/>
        </w:rPr>
        <w:t>________________________________________________________</w:t>
      </w:r>
    </w:p>
    <w:p w14:paraId="0FD3CE53" w14:textId="77777777" w:rsidR="00AE08AB" w:rsidRDefault="00AA2D9E">
      <w:pPr>
        <w:spacing w:after="60"/>
      </w:pPr>
      <w:r>
        <w:rPr>
          <w:color w:val="B9B9B9"/>
          <w:sz w:val="16"/>
        </w:rPr>
        <w:t>________________________________________________________</w:t>
      </w:r>
    </w:p>
    <w:p w14:paraId="4B9EFCB3" w14:textId="77777777" w:rsidR="00AE08AB" w:rsidRDefault="00AA2D9E">
      <w:pPr>
        <w:pStyle w:val="Heading2"/>
      </w:pPr>
      <w:r>
        <w:t>My Unfiltered Prayer</w:t>
      </w:r>
    </w:p>
    <w:p w14:paraId="2D5141DC" w14:textId="77777777" w:rsidR="00AE08AB" w:rsidRDefault="00AA2D9E">
      <w:r>
        <w:t>God, as I sit with alignment before achievement, what I most need to tell You honestly is…</w:t>
      </w:r>
    </w:p>
    <w:p w14:paraId="21585ECE" w14:textId="77777777" w:rsidR="00AE08AB" w:rsidRDefault="00AA2D9E">
      <w:pPr>
        <w:spacing w:after="60"/>
      </w:pPr>
      <w:r>
        <w:rPr>
          <w:color w:val="B9B9B9"/>
          <w:sz w:val="16"/>
        </w:rPr>
        <w:t>________________________________________________________</w:t>
      </w:r>
    </w:p>
    <w:p w14:paraId="5639BC0F" w14:textId="77777777" w:rsidR="00AE08AB" w:rsidRDefault="00AA2D9E">
      <w:pPr>
        <w:spacing w:after="60"/>
      </w:pPr>
      <w:r>
        <w:rPr>
          <w:color w:val="B9B9B9"/>
          <w:sz w:val="16"/>
        </w:rPr>
        <w:t>________________________________________________________</w:t>
      </w:r>
    </w:p>
    <w:p w14:paraId="7FF06044" w14:textId="77777777" w:rsidR="00AE08AB" w:rsidRDefault="00AA2D9E">
      <w:pPr>
        <w:spacing w:after="60"/>
      </w:pPr>
      <w:r>
        <w:rPr>
          <w:color w:val="B9B9B9"/>
          <w:sz w:val="16"/>
        </w:rPr>
        <w:t>________________________________________________________</w:t>
      </w:r>
    </w:p>
    <w:p w14:paraId="43AA0238" w14:textId="77777777" w:rsidR="00AE08AB" w:rsidRDefault="00AA2D9E">
      <w:pPr>
        <w:spacing w:after="60"/>
      </w:pPr>
      <w:r>
        <w:rPr>
          <w:color w:val="B9B9B9"/>
          <w:sz w:val="16"/>
        </w:rPr>
        <w:lastRenderedPageBreak/>
        <w:t>________________________________________________________</w:t>
      </w:r>
    </w:p>
    <w:p w14:paraId="6C23FF60" w14:textId="77777777" w:rsidR="00AE08AB" w:rsidRDefault="00AA2D9E">
      <w:pPr>
        <w:spacing w:after="60"/>
      </w:pPr>
      <w:r>
        <w:rPr>
          <w:color w:val="B9B9B9"/>
          <w:sz w:val="16"/>
        </w:rPr>
        <w:t>________________________________________________________</w:t>
      </w:r>
    </w:p>
    <w:p w14:paraId="3C08E855" w14:textId="77777777" w:rsidR="00AE08AB" w:rsidRDefault="00AA2D9E">
      <w:pPr>
        <w:spacing w:after="60"/>
      </w:pPr>
      <w:r>
        <w:rPr>
          <w:color w:val="B9B9B9"/>
          <w:sz w:val="16"/>
        </w:rPr>
        <w:t>________________________________________________________</w:t>
      </w:r>
    </w:p>
    <w:p w14:paraId="3CC5D26E" w14:textId="77777777" w:rsidR="00AE08AB" w:rsidRDefault="00AA2D9E">
      <w:pPr>
        <w:spacing w:after="60"/>
      </w:pPr>
      <w:r>
        <w:rPr>
          <w:color w:val="B9B9B9"/>
          <w:sz w:val="16"/>
        </w:rPr>
        <w:t>________________________________________________________</w:t>
      </w:r>
    </w:p>
    <w:p w14:paraId="0C269FBB" w14:textId="77777777" w:rsidR="00AE08AB" w:rsidRDefault="00AA2D9E">
      <w:pPr>
        <w:pStyle w:val="Heading1"/>
      </w:pPr>
      <w:r>
        <w:t>Sacred Pause</w:t>
      </w:r>
    </w:p>
    <w:p w14:paraId="40CA6D46" w14:textId="77777777" w:rsidR="00AE08AB" w:rsidRDefault="00AA2D9E">
      <w:pPr>
        <w:pStyle w:val="Heading3"/>
      </w:pPr>
      <w:r>
        <w:t>What happened within me this week?</w:t>
      </w:r>
    </w:p>
    <w:p w14:paraId="30CEF3F1" w14:textId="77777777" w:rsidR="00AE08AB" w:rsidRDefault="00AA2D9E">
      <w:pPr>
        <w:spacing w:after="60"/>
      </w:pPr>
      <w:r>
        <w:rPr>
          <w:color w:val="B9B9B9"/>
          <w:sz w:val="16"/>
        </w:rPr>
        <w:t>________________________________________________________</w:t>
      </w:r>
    </w:p>
    <w:p w14:paraId="0E713268" w14:textId="77777777" w:rsidR="00AE08AB" w:rsidRDefault="00AA2D9E">
      <w:pPr>
        <w:pStyle w:val="Heading3"/>
      </w:pPr>
      <w:r>
        <w:t>What emotion appeared most often?</w:t>
      </w:r>
    </w:p>
    <w:p w14:paraId="27A768B2" w14:textId="77777777" w:rsidR="00AE08AB" w:rsidRDefault="00AA2D9E">
      <w:pPr>
        <w:spacing w:after="60"/>
      </w:pPr>
      <w:r>
        <w:rPr>
          <w:color w:val="B9B9B9"/>
          <w:sz w:val="16"/>
        </w:rPr>
        <w:t>________________________________________________________</w:t>
      </w:r>
    </w:p>
    <w:p w14:paraId="5C682EE2" w14:textId="77777777" w:rsidR="00AE08AB" w:rsidRDefault="00AA2D9E">
      <w:pPr>
        <w:pStyle w:val="Heading3"/>
      </w:pPr>
      <w:r>
        <w:t>Where did I recognize God's grace?</w:t>
      </w:r>
    </w:p>
    <w:p w14:paraId="23DB731D" w14:textId="77777777" w:rsidR="00AE08AB" w:rsidRDefault="00AA2D9E">
      <w:pPr>
        <w:spacing w:after="60"/>
      </w:pPr>
      <w:r>
        <w:rPr>
          <w:color w:val="B9B9B9"/>
          <w:sz w:val="16"/>
        </w:rPr>
        <w:t>________________________________________________________</w:t>
      </w:r>
    </w:p>
    <w:p w14:paraId="34DBDF4D" w14:textId="77777777" w:rsidR="00AE08AB" w:rsidRDefault="00AA2D9E">
      <w:pPr>
        <w:pStyle w:val="Heading3"/>
      </w:pPr>
      <w:r>
        <w:t>What do I refuse to carry into another week?</w:t>
      </w:r>
    </w:p>
    <w:p w14:paraId="7212568D" w14:textId="77777777" w:rsidR="00AE08AB" w:rsidRDefault="00AA2D9E">
      <w:pPr>
        <w:spacing w:after="60"/>
      </w:pPr>
      <w:r>
        <w:rPr>
          <w:color w:val="B9B9B9"/>
          <w:sz w:val="16"/>
        </w:rPr>
        <w:t>________________________________________________________</w:t>
      </w:r>
    </w:p>
    <w:p w14:paraId="448F474C" w14:textId="77777777" w:rsidR="00AE08AB" w:rsidRDefault="00AA2D9E">
      <w:pPr>
        <w:pStyle w:val="Heading3"/>
      </w:pPr>
      <w:r>
        <w:t>What do I need to receive from God now?</w:t>
      </w:r>
    </w:p>
    <w:p w14:paraId="47AF13FD" w14:textId="77777777" w:rsidR="00AE08AB" w:rsidRDefault="00AA2D9E">
      <w:pPr>
        <w:spacing w:after="60"/>
      </w:pPr>
      <w:r>
        <w:rPr>
          <w:color w:val="B9B9B9"/>
          <w:sz w:val="16"/>
        </w:rPr>
        <w:t>________________________________________________________</w:t>
      </w:r>
    </w:p>
    <w:p w14:paraId="229EA189" w14:textId="77777777" w:rsidR="00AE08AB" w:rsidRDefault="00AA2D9E">
      <w:r>
        <w:br w:type="page"/>
      </w:r>
    </w:p>
    <w:p w14:paraId="3AA7C954" w14:textId="77777777" w:rsidR="00AE08AB" w:rsidRDefault="00AA2D9E">
      <w:pPr>
        <w:pStyle w:val="Heading2"/>
      </w:pPr>
      <w:r>
        <w:lastRenderedPageBreak/>
        <w:t>DAY 29</w:t>
      </w:r>
    </w:p>
    <w:p w14:paraId="51E37D12" w14:textId="77777777" w:rsidR="00AE08AB" w:rsidRDefault="00AA2D9E">
      <w:pPr>
        <w:pStyle w:val="Heading1"/>
      </w:pPr>
      <w:r>
        <w:t>Becoming Whole</w:t>
      </w:r>
    </w:p>
    <w:p w14:paraId="1F42086A" w14:textId="77777777" w:rsidR="00AE08AB" w:rsidRDefault="00AA2D9E">
      <w:r>
        <w:rPr>
          <w:b/>
          <w:color w:val="B08D3A"/>
        </w:rPr>
        <w:t xml:space="preserve">SCRIPTURE ANCHOR  </w:t>
      </w:r>
      <w:r>
        <w:t>1 Thessalonians 5:23</w:t>
      </w:r>
    </w:p>
    <w:p w14:paraId="43497B10" w14:textId="77777777" w:rsidR="00AE08AB" w:rsidRDefault="00AA2D9E">
      <w:pPr>
        <w:pStyle w:val="Heading2"/>
      </w:pPr>
      <w:r>
        <w:t>Pause</w:t>
      </w:r>
    </w:p>
    <w:p w14:paraId="7502E342" w14:textId="77777777" w:rsidR="00AE08AB" w:rsidRDefault="00AA2D9E">
      <w:r>
        <w:t>Take three slow breaths. Let your body become still. You do not have to solve anything before you pray.</w:t>
      </w:r>
    </w:p>
    <w:p w14:paraId="0AD56200" w14:textId="77777777" w:rsidR="00AE08AB" w:rsidRDefault="00AA2D9E">
      <w:pPr>
        <w:pStyle w:val="Heading2"/>
      </w:pPr>
      <w:r>
        <w:t>Guided Prayer</w:t>
      </w:r>
    </w:p>
    <w:p w14:paraId="371D59C4" w14:textId="77777777" w:rsidR="00AE08AB" w:rsidRDefault="00AA2D9E">
      <w:r>
        <w:t>Father, I bring You the reality of becoming whole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w:t>
      </w:r>
      <w:r>
        <w:t>emain unanswered. In Jesus' name, Amen.</w:t>
      </w:r>
    </w:p>
    <w:p w14:paraId="7C097DC8" w14:textId="77777777" w:rsidR="00AE08AB" w:rsidRDefault="00AA2D9E">
      <w:pPr>
        <w:pStyle w:val="Heading2"/>
      </w:pPr>
      <w:r>
        <w:t>Release</w:t>
      </w:r>
    </w:p>
    <w:p w14:paraId="132B49BC" w14:textId="77777777" w:rsidR="00AE08AB" w:rsidRDefault="00AA2D9E">
      <w:r>
        <w:t>Complete this sentence slowly: “Father, today I place into Your hands…”</w:t>
      </w:r>
    </w:p>
    <w:p w14:paraId="7EB8704F" w14:textId="77777777" w:rsidR="00AE08AB" w:rsidRDefault="00AA2D9E">
      <w:pPr>
        <w:spacing w:after="60"/>
      </w:pPr>
      <w:r>
        <w:rPr>
          <w:color w:val="B9B9B9"/>
          <w:sz w:val="16"/>
        </w:rPr>
        <w:t>________________________________________________________</w:t>
      </w:r>
    </w:p>
    <w:p w14:paraId="04B97DB0" w14:textId="77777777" w:rsidR="00AE08AB" w:rsidRDefault="00AA2D9E">
      <w:pPr>
        <w:spacing w:after="60"/>
      </w:pPr>
      <w:r>
        <w:rPr>
          <w:color w:val="B9B9B9"/>
          <w:sz w:val="16"/>
        </w:rPr>
        <w:t>________________________________________________________</w:t>
      </w:r>
    </w:p>
    <w:p w14:paraId="5B178D7F" w14:textId="77777777" w:rsidR="00AE08AB" w:rsidRDefault="00AA2D9E">
      <w:pPr>
        <w:pStyle w:val="Heading2"/>
      </w:pPr>
      <w:r>
        <w:t>Listen</w:t>
      </w:r>
    </w:p>
    <w:p w14:paraId="319C22B2" w14:textId="77777777" w:rsidR="00AE08AB" w:rsidRDefault="00AA2D9E">
      <w:r>
        <w:t>Remain quiet for a moment. What truth, Scripture, conviction, or gentle reminder is rising?</w:t>
      </w:r>
    </w:p>
    <w:p w14:paraId="4DEBCD2C" w14:textId="77777777" w:rsidR="00AE08AB" w:rsidRDefault="00AA2D9E">
      <w:pPr>
        <w:spacing w:after="60"/>
      </w:pPr>
      <w:r>
        <w:rPr>
          <w:color w:val="B9B9B9"/>
          <w:sz w:val="16"/>
        </w:rPr>
        <w:t>________________________________________________________</w:t>
      </w:r>
    </w:p>
    <w:p w14:paraId="6A2AE7E6" w14:textId="77777777" w:rsidR="00AE08AB" w:rsidRDefault="00AA2D9E">
      <w:pPr>
        <w:spacing w:after="60"/>
      </w:pPr>
      <w:r>
        <w:rPr>
          <w:color w:val="B9B9B9"/>
          <w:sz w:val="16"/>
        </w:rPr>
        <w:t>________________________________________________________</w:t>
      </w:r>
    </w:p>
    <w:p w14:paraId="0B0F575F" w14:textId="77777777" w:rsidR="00AE08AB" w:rsidRDefault="00AA2D9E">
      <w:pPr>
        <w:pStyle w:val="Heading2"/>
      </w:pPr>
      <w:r>
        <w:t>My Unfiltered Prayer</w:t>
      </w:r>
    </w:p>
    <w:p w14:paraId="669791CE" w14:textId="77777777" w:rsidR="00AE08AB" w:rsidRDefault="00AA2D9E">
      <w:r>
        <w:t>God, as I sit with becoming whole, what I most need to tell You honestly is…</w:t>
      </w:r>
    </w:p>
    <w:p w14:paraId="5FC171D0" w14:textId="77777777" w:rsidR="00AE08AB" w:rsidRDefault="00AA2D9E">
      <w:pPr>
        <w:spacing w:after="60"/>
      </w:pPr>
      <w:r>
        <w:rPr>
          <w:color w:val="B9B9B9"/>
          <w:sz w:val="16"/>
        </w:rPr>
        <w:t>________________________________________________________</w:t>
      </w:r>
    </w:p>
    <w:p w14:paraId="1B381A92" w14:textId="77777777" w:rsidR="00AE08AB" w:rsidRDefault="00AA2D9E">
      <w:pPr>
        <w:spacing w:after="60"/>
      </w:pPr>
      <w:r>
        <w:rPr>
          <w:color w:val="B9B9B9"/>
          <w:sz w:val="16"/>
        </w:rPr>
        <w:t>________________________________________________________</w:t>
      </w:r>
    </w:p>
    <w:p w14:paraId="52601CFE" w14:textId="77777777" w:rsidR="00AE08AB" w:rsidRDefault="00AA2D9E">
      <w:pPr>
        <w:spacing w:after="60"/>
      </w:pPr>
      <w:r>
        <w:rPr>
          <w:color w:val="B9B9B9"/>
          <w:sz w:val="16"/>
        </w:rPr>
        <w:t>________________________________________________________</w:t>
      </w:r>
    </w:p>
    <w:p w14:paraId="4C4520D4" w14:textId="77777777" w:rsidR="00AE08AB" w:rsidRDefault="00AA2D9E">
      <w:pPr>
        <w:spacing w:after="60"/>
      </w:pPr>
      <w:r>
        <w:rPr>
          <w:color w:val="B9B9B9"/>
          <w:sz w:val="16"/>
        </w:rPr>
        <w:t>________________________________________________________</w:t>
      </w:r>
    </w:p>
    <w:p w14:paraId="130935B7" w14:textId="77777777" w:rsidR="00AE08AB" w:rsidRDefault="00AA2D9E">
      <w:pPr>
        <w:spacing w:after="60"/>
      </w:pPr>
      <w:r>
        <w:rPr>
          <w:color w:val="B9B9B9"/>
          <w:sz w:val="16"/>
        </w:rPr>
        <w:t>________________________________________________________</w:t>
      </w:r>
    </w:p>
    <w:p w14:paraId="635E7902" w14:textId="77777777" w:rsidR="00AE08AB" w:rsidRDefault="00AA2D9E">
      <w:pPr>
        <w:spacing w:after="60"/>
      </w:pPr>
      <w:r>
        <w:rPr>
          <w:color w:val="B9B9B9"/>
          <w:sz w:val="16"/>
        </w:rPr>
        <w:lastRenderedPageBreak/>
        <w:t>________________________________________________________</w:t>
      </w:r>
    </w:p>
    <w:p w14:paraId="3A551F2A" w14:textId="77777777" w:rsidR="00AE08AB" w:rsidRDefault="00AA2D9E">
      <w:pPr>
        <w:spacing w:after="60"/>
      </w:pPr>
      <w:r>
        <w:rPr>
          <w:color w:val="B9B9B9"/>
          <w:sz w:val="16"/>
        </w:rPr>
        <w:t>________________________________________________________</w:t>
      </w:r>
    </w:p>
    <w:p w14:paraId="6E995523" w14:textId="77777777" w:rsidR="00AE08AB" w:rsidRDefault="00AA2D9E">
      <w:r>
        <w:br w:type="page"/>
      </w:r>
    </w:p>
    <w:p w14:paraId="0B64197A" w14:textId="77777777" w:rsidR="00AE08AB" w:rsidRDefault="00AA2D9E">
      <w:pPr>
        <w:pStyle w:val="Heading2"/>
      </w:pPr>
      <w:r>
        <w:lastRenderedPageBreak/>
        <w:t>DAY 30</w:t>
      </w:r>
    </w:p>
    <w:p w14:paraId="1A32173E" w14:textId="77777777" w:rsidR="00AE08AB" w:rsidRDefault="00AA2D9E">
      <w:pPr>
        <w:pStyle w:val="Heading1"/>
      </w:pPr>
      <w:r>
        <w:t>I Know Who I Am</w:t>
      </w:r>
    </w:p>
    <w:p w14:paraId="0EB268AA" w14:textId="77777777" w:rsidR="00AE08AB" w:rsidRDefault="00AA2D9E">
      <w:r>
        <w:rPr>
          <w:b/>
          <w:color w:val="B08D3A"/>
        </w:rPr>
        <w:t xml:space="preserve">SCRIPTURE ANCHOR  </w:t>
      </w:r>
      <w:r>
        <w:t>1 Peter 2:9</w:t>
      </w:r>
    </w:p>
    <w:p w14:paraId="6D65EBA4" w14:textId="77777777" w:rsidR="00AE08AB" w:rsidRDefault="00AA2D9E">
      <w:pPr>
        <w:pStyle w:val="Heading2"/>
      </w:pPr>
      <w:r>
        <w:t>Pause</w:t>
      </w:r>
    </w:p>
    <w:p w14:paraId="7A0DE105" w14:textId="77777777" w:rsidR="00AE08AB" w:rsidRDefault="00AA2D9E">
      <w:r>
        <w:t>Take three slow breaths. Let your body become still. You do not have to solve anything before you pray.</w:t>
      </w:r>
    </w:p>
    <w:p w14:paraId="017E7322" w14:textId="77777777" w:rsidR="00AE08AB" w:rsidRDefault="00AA2D9E">
      <w:pPr>
        <w:pStyle w:val="Heading2"/>
      </w:pPr>
      <w:r>
        <w:t>Guided Prayer</w:t>
      </w:r>
    </w:p>
    <w:p w14:paraId="6B138BA2" w14:textId="77777777" w:rsidR="00AE08AB" w:rsidRDefault="00AA2D9E">
      <w:r>
        <w:t xml:space="preserve">Father, I bring You the reality of i know who i am without pretending or hiding. Meet me here with truth and mercy. In this season of rediscovering your inner voice,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w:t>
      </w:r>
      <w:r>
        <w:t>remain unanswered. In Jesus' name, Amen.</w:t>
      </w:r>
    </w:p>
    <w:p w14:paraId="67E0AD1A" w14:textId="77777777" w:rsidR="00AE08AB" w:rsidRDefault="00AA2D9E">
      <w:pPr>
        <w:pStyle w:val="Heading2"/>
      </w:pPr>
      <w:r>
        <w:t>Release</w:t>
      </w:r>
    </w:p>
    <w:p w14:paraId="315DAF5D" w14:textId="77777777" w:rsidR="00AE08AB" w:rsidRDefault="00AA2D9E">
      <w:r>
        <w:t>Complete this sentence slowly: “Father, today I place into Your hands…”</w:t>
      </w:r>
    </w:p>
    <w:p w14:paraId="721D525B" w14:textId="77777777" w:rsidR="00AE08AB" w:rsidRDefault="00AA2D9E">
      <w:pPr>
        <w:spacing w:after="60"/>
      </w:pPr>
      <w:r>
        <w:rPr>
          <w:color w:val="B9B9B9"/>
          <w:sz w:val="16"/>
        </w:rPr>
        <w:t>________________________________________________________</w:t>
      </w:r>
    </w:p>
    <w:p w14:paraId="69ED6983" w14:textId="77777777" w:rsidR="00AE08AB" w:rsidRDefault="00AA2D9E">
      <w:pPr>
        <w:spacing w:after="60"/>
      </w:pPr>
      <w:r>
        <w:rPr>
          <w:color w:val="B9B9B9"/>
          <w:sz w:val="16"/>
        </w:rPr>
        <w:t>________________________________________________________</w:t>
      </w:r>
    </w:p>
    <w:p w14:paraId="53F5BB8D" w14:textId="77777777" w:rsidR="00AE08AB" w:rsidRDefault="00AA2D9E">
      <w:pPr>
        <w:pStyle w:val="Heading2"/>
      </w:pPr>
      <w:r>
        <w:t>Listen</w:t>
      </w:r>
    </w:p>
    <w:p w14:paraId="1528FED2" w14:textId="77777777" w:rsidR="00AE08AB" w:rsidRDefault="00AA2D9E">
      <w:r>
        <w:t>Remain quiet for a moment. What truth, Scripture, conviction, or gentle reminder is rising?</w:t>
      </w:r>
    </w:p>
    <w:p w14:paraId="60C475A9" w14:textId="77777777" w:rsidR="00AE08AB" w:rsidRDefault="00AA2D9E">
      <w:pPr>
        <w:spacing w:after="60"/>
      </w:pPr>
      <w:r>
        <w:rPr>
          <w:color w:val="B9B9B9"/>
          <w:sz w:val="16"/>
        </w:rPr>
        <w:t>________________________________________________________</w:t>
      </w:r>
    </w:p>
    <w:p w14:paraId="6BE2B726" w14:textId="77777777" w:rsidR="00AE08AB" w:rsidRDefault="00AA2D9E">
      <w:pPr>
        <w:spacing w:after="60"/>
      </w:pPr>
      <w:r>
        <w:rPr>
          <w:color w:val="B9B9B9"/>
          <w:sz w:val="16"/>
        </w:rPr>
        <w:t>________________________________________________________</w:t>
      </w:r>
    </w:p>
    <w:p w14:paraId="73991613" w14:textId="77777777" w:rsidR="00AE08AB" w:rsidRDefault="00AA2D9E">
      <w:pPr>
        <w:pStyle w:val="Heading2"/>
      </w:pPr>
      <w:r>
        <w:t>My Unfiltered Prayer</w:t>
      </w:r>
    </w:p>
    <w:p w14:paraId="52F0DF0C" w14:textId="77777777" w:rsidR="00AE08AB" w:rsidRDefault="00AA2D9E">
      <w:r>
        <w:t>God, as I sit with i know who i am, what I most need to tell You honestly is…</w:t>
      </w:r>
    </w:p>
    <w:p w14:paraId="7DA9AAD8" w14:textId="77777777" w:rsidR="00AE08AB" w:rsidRDefault="00AA2D9E">
      <w:pPr>
        <w:spacing w:after="60"/>
      </w:pPr>
      <w:r>
        <w:rPr>
          <w:color w:val="B9B9B9"/>
          <w:sz w:val="16"/>
        </w:rPr>
        <w:t>________________________________________________________</w:t>
      </w:r>
    </w:p>
    <w:p w14:paraId="710C185A" w14:textId="77777777" w:rsidR="00AE08AB" w:rsidRDefault="00AA2D9E">
      <w:pPr>
        <w:spacing w:after="60"/>
      </w:pPr>
      <w:r>
        <w:rPr>
          <w:color w:val="B9B9B9"/>
          <w:sz w:val="16"/>
        </w:rPr>
        <w:t>________________________________________________________</w:t>
      </w:r>
    </w:p>
    <w:p w14:paraId="780F2682" w14:textId="77777777" w:rsidR="00AE08AB" w:rsidRDefault="00AA2D9E">
      <w:pPr>
        <w:spacing w:after="60"/>
      </w:pPr>
      <w:r>
        <w:rPr>
          <w:color w:val="B9B9B9"/>
          <w:sz w:val="16"/>
        </w:rPr>
        <w:t>________________________________________________________</w:t>
      </w:r>
    </w:p>
    <w:p w14:paraId="78454621" w14:textId="77777777" w:rsidR="00AE08AB" w:rsidRDefault="00AA2D9E">
      <w:pPr>
        <w:spacing w:after="60"/>
      </w:pPr>
      <w:r>
        <w:rPr>
          <w:color w:val="B9B9B9"/>
          <w:sz w:val="16"/>
        </w:rPr>
        <w:t>________________________________________________________</w:t>
      </w:r>
    </w:p>
    <w:p w14:paraId="14A05867" w14:textId="77777777" w:rsidR="00AE08AB" w:rsidRDefault="00AA2D9E">
      <w:pPr>
        <w:spacing w:after="60"/>
      </w:pPr>
      <w:r>
        <w:rPr>
          <w:color w:val="B9B9B9"/>
          <w:sz w:val="16"/>
        </w:rPr>
        <w:t>________________________________________________________</w:t>
      </w:r>
    </w:p>
    <w:p w14:paraId="666C16FF" w14:textId="77777777" w:rsidR="00AE08AB" w:rsidRDefault="00AA2D9E">
      <w:pPr>
        <w:spacing w:after="60"/>
      </w:pPr>
      <w:r>
        <w:rPr>
          <w:color w:val="B9B9B9"/>
          <w:sz w:val="16"/>
        </w:rPr>
        <w:lastRenderedPageBreak/>
        <w:t>________________________________________________________</w:t>
      </w:r>
    </w:p>
    <w:p w14:paraId="5BBB1B96" w14:textId="77777777" w:rsidR="00AE08AB" w:rsidRDefault="00AA2D9E">
      <w:pPr>
        <w:spacing w:after="60"/>
      </w:pPr>
      <w:r>
        <w:rPr>
          <w:color w:val="B9B9B9"/>
          <w:sz w:val="16"/>
        </w:rPr>
        <w:t>________________________________________________________</w:t>
      </w:r>
    </w:p>
    <w:p w14:paraId="341E395C" w14:textId="77777777" w:rsidR="00AE08AB" w:rsidRDefault="00AA2D9E">
      <w:r>
        <w:br w:type="page"/>
      </w:r>
    </w:p>
    <w:p w14:paraId="068B5F88" w14:textId="77777777" w:rsidR="00AE08AB" w:rsidRDefault="00AA2D9E">
      <w:pPr>
        <w:pStyle w:val="Heading1"/>
      </w:pPr>
      <w:r>
        <w:lastRenderedPageBreak/>
        <w:t>End-of-Month Prayer Inventory</w:t>
      </w:r>
    </w:p>
    <w:p w14:paraId="2BDCA778" w14:textId="77777777" w:rsidR="00AE08AB" w:rsidRDefault="00AA2D9E">
      <w:pPr>
        <w:pStyle w:val="Heading3"/>
      </w:pPr>
      <w:r>
        <w:t>At the beginning of this month, I was carrying…</w:t>
      </w:r>
    </w:p>
    <w:p w14:paraId="4B116FE0" w14:textId="77777777" w:rsidR="00AE08AB" w:rsidRDefault="00AA2D9E">
      <w:pPr>
        <w:spacing w:after="60"/>
      </w:pPr>
      <w:r>
        <w:rPr>
          <w:color w:val="B9B9B9"/>
          <w:sz w:val="16"/>
        </w:rPr>
        <w:t>________________________________________________________</w:t>
      </w:r>
    </w:p>
    <w:p w14:paraId="76FDB093" w14:textId="77777777" w:rsidR="00AE08AB" w:rsidRDefault="00AA2D9E">
      <w:pPr>
        <w:spacing w:after="60"/>
      </w:pPr>
      <w:r>
        <w:rPr>
          <w:color w:val="B9B9B9"/>
          <w:sz w:val="16"/>
        </w:rPr>
        <w:t>________________________________________________________</w:t>
      </w:r>
    </w:p>
    <w:p w14:paraId="7D6BED30" w14:textId="77777777" w:rsidR="00AE08AB" w:rsidRDefault="00AA2D9E">
      <w:pPr>
        <w:pStyle w:val="Heading3"/>
      </w:pPr>
      <w:r>
        <w:t>God met me through…</w:t>
      </w:r>
    </w:p>
    <w:p w14:paraId="307738F5" w14:textId="77777777" w:rsidR="00AE08AB" w:rsidRDefault="00AA2D9E">
      <w:pPr>
        <w:spacing w:after="60"/>
      </w:pPr>
      <w:r>
        <w:rPr>
          <w:color w:val="B9B9B9"/>
          <w:sz w:val="16"/>
        </w:rPr>
        <w:t>________________________________________________________</w:t>
      </w:r>
    </w:p>
    <w:p w14:paraId="68D0E5D8" w14:textId="77777777" w:rsidR="00AE08AB" w:rsidRDefault="00AA2D9E">
      <w:pPr>
        <w:spacing w:after="60"/>
      </w:pPr>
      <w:r>
        <w:rPr>
          <w:color w:val="B9B9B9"/>
          <w:sz w:val="16"/>
        </w:rPr>
        <w:t>________________________________________________________</w:t>
      </w:r>
    </w:p>
    <w:p w14:paraId="310E7D51" w14:textId="77777777" w:rsidR="00AE08AB" w:rsidRDefault="00AA2D9E">
      <w:pPr>
        <w:pStyle w:val="Heading3"/>
      </w:pPr>
      <w:r>
        <w:t>The Scripture I returned to most was…</w:t>
      </w:r>
    </w:p>
    <w:p w14:paraId="13EA4AD8" w14:textId="77777777" w:rsidR="00AE08AB" w:rsidRDefault="00AA2D9E">
      <w:pPr>
        <w:spacing w:after="60"/>
      </w:pPr>
      <w:r>
        <w:rPr>
          <w:color w:val="B9B9B9"/>
          <w:sz w:val="16"/>
        </w:rPr>
        <w:t>________________________________________________________</w:t>
      </w:r>
    </w:p>
    <w:p w14:paraId="1E45FFB6" w14:textId="77777777" w:rsidR="00AE08AB" w:rsidRDefault="00AA2D9E">
      <w:pPr>
        <w:spacing w:after="60"/>
      </w:pPr>
      <w:r>
        <w:rPr>
          <w:color w:val="B9B9B9"/>
          <w:sz w:val="16"/>
        </w:rPr>
        <w:t>________________________________________________________</w:t>
      </w:r>
    </w:p>
    <w:p w14:paraId="7E6FA847" w14:textId="77777777" w:rsidR="00AE08AB" w:rsidRDefault="00AA2D9E">
      <w:pPr>
        <w:pStyle w:val="Heading3"/>
      </w:pPr>
      <w:r>
        <w:t>Something I understand differently now is…</w:t>
      </w:r>
    </w:p>
    <w:p w14:paraId="1C97B0B8" w14:textId="77777777" w:rsidR="00AE08AB" w:rsidRDefault="00AA2D9E">
      <w:pPr>
        <w:spacing w:after="60"/>
      </w:pPr>
      <w:r>
        <w:rPr>
          <w:color w:val="B9B9B9"/>
          <w:sz w:val="16"/>
        </w:rPr>
        <w:t>________________________________________________________</w:t>
      </w:r>
    </w:p>
    <w:p w14:paraId="02633F51" w14:textId="77777777" w:rsidR="00AE08AB" w:rsidRDefault="00AA2D9E">
      <w:pPr>
        <w:spacing w:after="60"/>
      </w:pPr>
      <w:r>
        <w:rPr>
          <w:color w:val="B9B9B9"/>
          <w:sz w:val="16"/>
        </w:rPr>
        <w:t>________________________________________________________</w:t>
      </w:r>
    </w:p>
    <w:p w14:paraId="3480A9F1" w14:textId="77777777" w:rsidR="00AE08AB" w:rsidRDefault="00AA2D9E">
      <w:pPr>
        <w:pStyle w:val="Heading3"/>
      </w:pPr>
      <w:r>
        <w:t>Something still unresolved is…</w:t>
      </w:r>
    </w:p>
    <w:p w14:paraId="47046023" w14:textId="77777777" w:rsidR="00AE08AB" w:rsidRDefault="00AA2D9E">
      <w:pPr>
        <w:spacing w:after="60"/>
      </w:pPr>
      <w:r>
        <w:rPr>
          <w:color w:val="B9B9B9"/>
          <w:sz w:val="16"/>
        </w:rPr>
        <w:t>________________________________________________________</w:t>
      </w:r>
    </w:p>
    <w:p w14:paraId="0DE90A8A" w14:textId="77777777" w:rsidR="00AE08AB" w:rsidRDefault="00AA2D9E">
      <w:pPr>
        <w:spacing w:after="60"/>
      </w:pPr>
      <w:r>
        <w:rPr>
          <w:color w:val="B9B9B9"/>
          <w:sz w:val="16"/>
        </w:rPr>
        <w:t>________________________________________________________</w:t>
      </w:r>
    </w:p>
    <w:p w14:paraId="40461238" w14:textId="77777777" w:rsidR="00AE08AB" w:rsidRDefault="00AA2D9E">
      <w:pPr>
        <w:pStyle w:val="Heading3"/>
      </w:pPr>
      <w:r>
        <w:t>What I need to surrender before the next month is…</w:t>
      </w:r>
    </w:p>
    <w:p w14:paraId="5B35D020" w14:textId="77777777" w:rsidR="00AE08AB" w:rsidRDefault="00AA2D9E">
      <w:pPr>
        <w:spacing w:after="60"/>
      </w:pPr>
      <w:r>
        <w:rPr>
          <w:color w:val="B9B9B9"/>
          <w:sz w:val="16"/>
        </w:rPr>
        <w:t>________________________________________________________</w:t>
      </w:r>
    </w:p>
    <w:p w14:paraId="3A7E370A" w14:textId="77777777" w:rsidR="00AE08AB" w:rsidRDefault="00AA2D9E">
      <w:pPr>
        <w:spacing w:after="60"/>
      </w:pPr>
      <w:r>
        <w:rPr>
          <w:color w:val="B9B9B9"/>
          <w:sz w:val="16"/>
        </w:rPr>
        <w:t>________________________________________________________</w:t>
      </w:r>
    </w:p>
    <w:p w14:paraId="17124530" w14:textId="77777777" w:rsidR="00AE08AB" w:rsidRDefault="00AA2D9E">
      <w:pPr>
        <w:pStyle w:val="Heading3"/>
      </w:pPr>
      <w:r>
        <w:t>My prayer for the month ahead is…</w:t>
      </w:r>
    </w:p>
    <w:p w14:paraId="32F51203" w14:textId="77777777" w:rsidR="00AE08AB" w:rsidRDefault="00AA2D9E">
      <w:pPr>
        <w:spacing w:after="60"/>
      </w:pPr>
      <w:r>
        <w:rPr>
          <w:color w:val="B9B9B9"/>
          <w:sz w:val="16"/>
        </w:rPr>
        <w:t>________________________________________________________</w:t>
      </w:r>
    </w:p>
    <w:p w14:paraId="7EC0D32E" w14:textId="77777777" w:rsidR="00AE08AB" w:rsidRDefault="00AA2D9E">
      <w:pPr>
        <w:spacing w:after="60"/>
      </w:pPr>
      <w:r>
        <w:rPr>
          <w:color w:val="B9B9B9"/>
          <w:sz w:val="16"/>
        </w:rPr>
        <w:t>________________________________________________________</w:t>
      </w:r>
    </w:p>
    <w:p w14:paraId="46728099" w14:textId="77777777" w:rsidR="00AE08AB" w:rsidRDefault="00AA2D9E">
      <w:r>
        <w:br w:type="page"/>
      </w:r>
    </w:p>
    <w:p w14:paraId="31BC5536" w14:textId="77777777" w:rsidR="00AE08AB" w:rsidRDefault="00AA2D9E">
      <w:pPr>
        <w:pStyle w:val="Heading2"/>
      </w:pPr>
      <w:r>
        <w:lastRenderedPageBreak/>
        <w:t>MONTH FIVE</w:t>
      </w:r>
    </w:p>
    <w:p w14:paraId="211DB41D" w14:textId="77777777" w:rsidR="00AE08AB" w:rsidRDefault="00AA2D9E">
      <w:pPr>
        <w:jc w:val="center"/>
      </w:pPr>
      <w:r>
        <w:rPr>
          <w:b/>
          <w:color w:val="17324D"/>
          <w:sz w:val="46"/>
        </w:rPr>
        <w:t>THE STRENGTH YOU FORGOT YOU HAD</w:t>
      </w:r>
    </w:p>
    <w:p w14:paraId="0B93788E" w14:textId="77777777" w:rsidR="00AE08AB" w:rsidRDefault="00AA2D9E">
      <w:pPr>
        <w:jc w:val="center"/>
      </w:pPr>
      <w:r>
        <w:rPr>
          <w:i/>
          <w:color w:val="B08D3A"/>
        </w:rPr>
        <w:t>Prayers for Resilience, Courage, and Endurance</w:t>
      </w:r>
    </w:p>
    <w:p w14:paraId="3384A605" w14:textId="77777777" w:rsidR="00AE08AB" w:rsidRDefault="00AA2D9E">
      <w:pPr>
        <w:jc w:val="center"/>
      </w:pPr>
      <w:r>
        <w:rPr>
          <w:color w:val="B08D3A"/>
        </w:rPr>
        <w:t>—  ◆  —</w:t>
      </w:r>
    </w:p>
    <w:p w14:paraId="02E1DDC5" w14:textId="77777777" w:rsidR="00AE08AB" w:rsidRDefault="00AA2D9E">
      <w:pPr>
        <w:pStyle w:val="Heading2"/>
      </w:pPr>
      <w:r>
        <w:t>Beginning-of-Month Prayer</w:t>
      </w:r>
    </w:p>
    <w:p w14:paraId="2E057AC7" w14:textId="77777777" w:rsidR="00AE08AB" w:rsidRDefault="00AA2D9E">
      <w:r>
        <w:t>Father, as I enter this month of the strength you forgot you had, teach me to pray with honesty rather than performance. Help me notice what is happening within me, bring it into Your presence, and receive the grace I need for each day. Amen.</w:t>
      </w:r>
    </w:p>
    <w:p w14:paraId="2343DE38" w14:textId="77777777" w:rsidR="00AE08AB" w:rsidRDefault="00AA2D9E">
      <w:pPr>
        <w:pStyle w:val="Heading2"/>
      </w:pPr>
      <w:r>
        <w:t>What I Am Carrying Into This Month</w:t>
      </w:r>
    </w:p>
    <w:p w14:paraId="7DB0BE1E" w14:textId="77777777" w:rsidR="00AE08AB" w:rsidRDefault="00AA2D9E">
      <w:pPr>
        <w:spacing w:after="60"/>
      </w:pPr>
      <w:r>
        <w:rPr>
          <w:color w:val="B9B9B9"/>
          <w:sz w:val="16"/>
        </w:rPr>
        <w:t>________________________________________________________</w:t>
      </w:r>
    </w:p>
    <w:p w14:paraId="007A7273" w14:textId="77777777" w:rsidR="00AE08AB" w:rsidRDefault="00AA2D9E">
      <w:pPr>
        <w:spacing w:after="60"/>
      </w:pPr>
      <w:r>
        <w:rPr>
          <w:color w:val="B9B9B9"/>
          <w:sz w:val="16"/>
        </w:rPr>
        <w:t>________________________________________________________</w:t>
      </w:r>
    </w:p>
    <w:p w14:paraId="74854877" w14:textId="77777777" w:rsidR="00AE08AB" w:rsidRDefault="00AA2D9E">
      <w:pPr>
        <w:spacing w:after="60"/>
      </w:pPr>
      <w:r>
        <w:rPr>
          <w:color w:val="B9B9B9"/>
          <w:sz w:val="16"/>
        </w:rPr>
        <w:t>________________________________________________________</w:t>
      </w:r>
    </w:p>
    <w:p w14:paraId="383A0142" w14:textId="77777777" w:rsidR="00AE08AB" w:rsidRDefault="00AA2D9E">
      <w:pPr>
        <w:spacing w:after="60"/>
      </w:pPr>
      <w:r>
        <w:rPr>
          <w:color w:val="B9B9B9"/>
          <w:sz w:val="16"/>
        </w:rPr>
        <w:t>________________________________________________________</w:t>
      </w:r>
    </w:p>
    <w:p w14:paraId="244F01F1" w14:textId="77777777" w:rsidR="00AE08AB" w:rsidRDefault="00AA2D9E">
      <w:r>
        <w:br w:type="page"/>
      </w:r>
    </w:p>
    <w:p w14:paraId="060A408A" w14:textId="77777777" w:rsidR="00AE08AB" w:rsidRDefault="00AA2D9E">
      <w:pPr>
        <w:pStyle w:val="Heading2"/>
      </w:pPr>
      <w:r>
        <w:lastRenderedPageBreak/>
        <w:t>DAY 1</w:t>
      </w:r>
    </w:p>
    <w:p w14:paraId="525A9445" w14:textId="77777777" w:rsidR="00AE08AB" w:rsidRDefault="00AA2D9E">
      <w:pPr>
        <w:pStyle w:val="Heading1"/>
      </w:pPr>
      <w:r>
        <w:t>Strength Was Growing Quietly</w:t>
      </w:r>
    </w:p>
    <w:p w14:paraId="77F7065C" w14:textId="77777777" w:rsidR="00AE08AB" w:rsidRDefault="00AA2D9E">
      <w:r>
        <w:rPr>
          <w:b/>
          <w:color w:val="B08D3A"/>
        </w:rPr>
        <w:t xml:space="preserve">SCRIPTURE ANCHOR  </w:t>
      </w:r>
      <w:r>
        <w:t>Isaiah 40:31</w:t>
      </w:r>
    </w:p>
    <w:p w14:paraId="5ABBFBD2" w14:textId="77777777" w:rsidR="00AE08AB" w:rsidRDefault="00AA2D9E">
      <w:pPr>
        <w:pStyle w:val="Heading2"/>
      </w:pPr>
      <w:r>
        <w:t>Pause</w:t>
      </w:r>
    </w:p>
    <w:p w14:paraId="78B87FA0" w14:textId="77777777" w:rsidR="00AE08AB" w:rsidRDefault="00AA2D9E">
      <w:r>
        <w:t>Take three slow breaths. Let your body become still. You do not have to solve anything before you pray.</w:t>
      </w:r>
    </w:p>
    <w:p w14:paraId="5905233F" w14:textId="77777777" w:rsidR="00AE08AB" w:rsidRDefault="00AA2D9E">
      <w:pPr>
        <w:pStyle w:val="Heading2"/>
      </w:pPr>
      <w:r>
        <w:t>Guided Prayer</w:t>
      </w:r>
    </w:p>
    <w:p w14:paraId="3526071F" w14:textId="77777777" w:rsidR="00AE08AB" w:rsidRDefault="00AA2D9E">
      <w:r>
        <w:t>Father, I bring You the reality of strength was growing quietly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w:t>
      </w:r>
      <w:r>
        <w:t>ome questions remain unanswered. In Jesus' name, Amen.</w:t>
      </w:r>
    </w:p>
    <w:p w14:paraId="0EEC04EF" w14:textId="77777777" w:rsidR="00AE08AB" w:rsidRDefault="00AA2D9E">
      <w:pPr>
        <w:pStyle w:val="Heading2"/>
      </w:pPr>
      <w:r>
        <w:t>Release</w:t>
      </w:r>
    </w:p>
    <w:p w14:paraId="0F86020B" w14:textId="77777777" w:rsidR="00AE08AB" w:rsidRDefault="00AA2D9E">
      <w:r>
        <w:t>Complete this sentence slowly: “Father, today I place into Your hands…”</w:t>
      </w:r>
    </w:p>
    <w:p w14:paraId="230922D6" w14:textId="77777777" w:rsidR="00AE08AB" w:rsidRDefault="00AA2D9E">
      <w:pPr>
        <w:spacing w:after="60"/>
      </w:pPr>
      <w:r>
        <w:rPr>
          <w:color w:val="B9B9B9"/>
          <w:sz w:val="16"/>
        </w:rPr>
        <w:t>________________________________________________________</w:t>
      </w:r>
    </w:p>
    <w:p w14:paraId="308A201E" w14:textId="77777777" w:rsidR="00AE08AB" w:rsidRDefault="00AA2D9E">
      <w:pPr>
        <w:spacing w:after="60"/>
      </w:pPr>
      <w:r>
        <w:rPr>
          <w:color w:val="B9B9B9"/>
          <w:sz w:val="16"/>
        </w:rPr>
        <w:t>________________________________________________________</w:t>
      </w:r>
    </w:p>
    <w:p w14:paraId="3DFEF777" w14:textId="77777777" w:rsidR="00AE08AB" w:rsidRDefault="00AA2D9E">
      <w:pPr>
        <w:pStyle w:val="Heading2"/>
      </w:pPr>
      <w:r>
        <w:t>Listen</w:t>
      </w:r>
    </w:p>
    <w:p w14:paraId="79685E87" w14:textId="77777777" w:rsidR="00AE08AB" w:rsidRDefault="00AA2D9E">
      <w:r>
        <w:t>Remain quiet for a moment. What truth, Scripture, conviction, or gentle reminder is rising?</w:t>
      </w:r>
    </w:p>
    <w:p w14:paraId="33FF5A21" w14:textId="77777777" w:rsidR="00AE08AB" w:rsidRDefault="00AA2D9E">
      <w:pPr>
        <w:spacing w:after="60"/>
      </w:pPr>
      <w:r>
        <w:rPr>
          <w:color w:val="B9B9B9"/>
          <w:sz w:val="16"/>
        </w:rPr>
        <w:t>________________________________________________________</w:t>
      </w:r>
    </w:p>
    <w:p w14:paraId="66316BD8" w14:textId="77777777" w:rsidR="00AE08AB" w:rsidRDefault="00AA2D9E">
      <w:pPr>
        <w:spacing w:after="60"/>
      </w:pPr>
      <w:r>
        <w:rPr>
          <w:color w:val="B9B9B9"/>
          <w:sz w:val="16"/>
        </w:rPr>
        <w:t>________________________________________________________</w:t>
      </w:r>
    </w:p>
    <w:p w14:paraId="11031EBB" w14:textId="77777777" w:rsidR="00AE08AB" w:rsidRDefault="00AA2D9E">
      <w:pPr>
        <w:pStyle w:val="Heading2"/>
      </w:pPr>
      <w:r>
        <w:t>My Unfiltered Prayer</w:t>
      </w:r>
    </w:p>
    <w:p w14:paraId="3FBE9691" w14:textId="77777777" w:rsidR="00AE08AB" w:rsidRDefault="00AA2D9E">
      <w:r>
        <w:t>God, as I sit with strength was growing quietly, what I most need to tell You honestly is…</w:t>
      </w:r>
    </w:p>
    <w:p w14:paraId="0DA32015" w14:textId="77777777" w:rsidR="00AE08AB" w:rsidRDefault="00AA2D9E">
      <w:pPr>
        <w:spacing w:after="60"/>
      </w:pPr>
      <w:r>
        <w:rPr>
          <w:color w:val="B9B9B9"/>
          <w:sz w:val="16"/>
        </w:rPr>
        <w:t>________________________________________________________</w:t>
      </w:r>
    </w:p>
    <w:p w14:paraId="46126C38" w14:textId="77777777" w:rsidR="00AE08AB" w:rsidRDefault="00AA2D9E">
      <w:pPr>
        <w:spacing w:after="60"/>
      </w:pPr>
      <w:r>
        <w:rPr>
          <w:color w:val="B9B9B9"/>
          <w:sz w:val="16"/>
        </w:rPr>
        <w:t>________________________________________________________</w:t>
      </w:r>
    </w:p>
    <w:p w14:paraId="4BCE68B9" w14:textId="77777777" w:rsidR="00AE08AB" w:rsidRDefault="00AA2D9E">
      <w:pPr>
        <w:spacing w:after="60"/>
      </w:pPr>
      <w:r>
        <w:rPr>
          <w:color w:val="B9B9B9"/>
          <w:sz w:val="16"/>
        </w:rPr>
        <w:t>________________________________________________________</w:t>
      </w:r>
    </w:p>
    <w:p w14:paraId="48946CE1" w14:textId="77777777" w:rsidR="00AE08AB" w:rsidRDefault="00AA2D9E">
      <w:pPr>
        <w:spacing w:after="60"/>
      </w:pPr>
      <w:r>
        <w:rPr>
          <w:color w:val="B9B9B9"/>
          <w:sz w:val="16"/>
        </w:rPr>
        <w:lastRenderedPageBreak/>
        <w:t>________________________________________________________</w:t>
      </w:r>
    </w:p>
    <w:p w14:paraId="0121CE41" w14:textId="77777777" w:rsidR="00AE08AB" w:rsidRDefault="00AA2D9E">
      <w:pPr>
        <w:spacing w:after="60"/>
      </w:pPr>
      <w:r>
        <w:rPr>
          <w:color w:val="B9B9B9"/>
          <w:sz w:val="16"/>
        </w:rPr>
        <w:t>________________________________________________________</w:t>
      </w:r>
    </w:p>
    <w:p w14:paraId="08F25747" w14:textId="77777777" w:rsidR="00AE08AB" w:rsidRDefault="00AA2D9E">
      <w:pPr>
        <w:spacing w:after="60"/>
      </w:pPr>
      <w:r>
        <w:rPr>
          <w:color w:val="B9B9B9"/>
          <w:sz w:val="16"/>
        </w:rPr>
        <w:t>________________________________________________________</w:t>
      </w:r>
    </w:p>
    <w:p w14:paraId="540AF318" w14:textId="77777777" w:rsidR="00AE08AB" w:rsidRDefault="00AA2D9E">
      <w:pPr>
        <w:spacing w:after="60"/>
      </w:pPr>
      <w:r>
        <w:rPr>
          <w:color w:val="B9B9B9"/>
          <w:sz w:val="16"/>
        </w:rPr>
        <w:t>________________________________________________________</w:t>
      </w:r>
    </w:p>
    <w:p w14:paraId="431CBCD1" w14:textId="77777777" w:rsidR="00AE08AB" w:rsidRDefault="00AA2D9E">
      <w:r>
        <w:br w:type="page"/>
      </w:r>
    </w:p>
    <w:p w14:paraId="40847F08" w14:textId="77777777" w:rsidR="00AE08AB" w:rsidRDefault="00AA2D9E">
      <w:pPr>
        <w:pStyle w:val="Heading2"/>
      </w:pPr>
      <w:r>
        <w:lastRenderedPageBreak/>
        <w:t>DAY 2</w:t>
      </w:r>
    </w:p>
    <w:p w14:paraId="360A3F55" w14:textId="77777777" w:rsidR="00AE08AB" w:rsidRDefault="00AA2D9E">
      <w:pPr>
        <w:pStyle w:val="Heading1"/>
      </w:pPr>
      <w:r>
        <w:t>Remember What You Survived</w:t>
      </w:r>
    </w:p>
    <w:p w14:paraId="422C6929" w14:textId="77777777" w:rsidR="00AE08AB" w:rsidRDefault="00AA2D9E">
      <w:r>
        <w:rPr>
          <w:b/>
          <w:color w:val="B08D3A"/>
        </w:rPr>
        <w:t xml:space="preserve">SCRIPTURE ANCHOR  </w:t>
      </w:r>
      <w:r>
        <w:t>Psalm 77:11</w:t>
      </w:r>
    </w:p>
    <w:p w14:paraId="3CCB1619" w14:textId="77777777" w:rsidR="00AE08AB" w:rsidRDefault="00AA2D9E">
      <w:pPr>
        <w:pStyle w:val="Heading2"/>
      </w:pPr>
      <w:r>
        <w:t>Pause</w:t>
      </w:r>
    </w:p>
    <w:p w14:paraId="561B8C81" w14:textId="77777777" w:rsidR="00AE08AB" w:rsidRDefault="00AA2D9E">
      <w:r>
        <w:t>Take three slow breaths. Let your body become still. You do not have to solve anything before you pray.</w:t>
      </w:r>
    </w:p>
    <w:p w14:paraId="79EA1F61" w14:textId="77777777" w:rsidR="00AE08AB" w:rsidRDefault="00AA2D9E">
      <w:pPr>
        <w:pStyle w:val="Heading2"/>
      </w:pPr>
      <w:r>
        <w:t>Guided Prayer</w:t>
      </w:r>
    </w:p>
    <w:p w14:paraId="25C2C95F" w14:textId="77777777" w:rsidR="00AE08AB" w:rsidRDefault="00AA2D9E">
      <w:r>
        <w:t>Father, I bring You the reality of remember what you survived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3CB4022D" w14:textId="77777777" w:rsidR="00AE08AB" w:rsidRDefault="00AA2D9E">
      <w:pPr>
        <w:pStyle w:val="Heading2"/>
      </w:pPr>
      <w:r>
        <w:t>Release</w:t>
      </w:r>
    </w:p>
    <w:p w14:paraId="60C448D2" w14:textId="77777777" w:rsidR="00AE08AB" w:rsidRDefault="00AA2D9E">
      <w:r>
        <w:t>Complete this sentence slowly: “Father, today I place into Your hands…”</w:t>
      </w:r>
    </w:p>
    <w:p w14:paraId="652A7D46" w14:textId="77777777" w:rsidR="00AE08AB" w:rsidRDefault="00AA2D9E">
      <w:pPr>
        <w:spacing w:after="60"/>
      </w:pPr>
      <w:r>
        <w:rPr>
          <w:color w:val="B9B9B9"/>
          <w:sz w:val="16"/>
        </w:rPr>
        <w:t>________________________________________________________</w:t>
      </w:r>
    </w:p>
    <w:p w14:paraId="2A14D03B" w14:textId="77777777" w:rsidR="00AE08AB" w:rsidRDefault="00AA2D9E">
      <w:pPr>
        <w:spacing w:after="60"/>
      </w:pPr>
      <w:r>
        <w:rPr>
          <w:color w:val="B9B9B9"/>
          <w:sz w:val="16"/>
        </w:rPr>
        <w:t>________________________________________________________</w:t>
      </w:r>
    </w:p>
    <w:p w14:paraId="7B852D30" w14:textId="77777777" w:rsidR="00AE08AB" w:rsidRDefault="00AA2D9E">
      <w:pPr>
        <w:pStyle w:val="Heading2"/>
      </w:pPr>
      <w:r>
        <w:t>Listen</w:t>
      </w:r>
    </w:p>
    <w:p w14:paraId="3F238EC3" w14:textId="77777777" w:rsidR="00AE08AB" w:rsidRDefault="00AA2D9E">
      <w:r>
        <w:t>Remain quiet for a moment. What truth, Scripture, conviction, or gentle reminder is rising?</w:t>
      </w:r>
    </w:p>
    <w:p w14:paraId="5228A049" w14:textId="77777777" w:rsidR="00AE08AB" w:rsidRDefault="00AA2D9E">
      <w:pPr>
        <w:spacing w:after="60"/>
      </w:pPr>
      <w:r>
        <w:rPr>
          <w:color w:val="B9B9B9"/>
          <w:sz w:val="16"/>
        </w:rPr>
        <w:t>________________________________________________________</w:t>
      </w:r>
    </w:p>
    <w:p w14:paraId="7B99FB5D" w14:textId="77777777" w:rsidR="00AE08AB" w:rsidRDefault="00AA2D9E">
      <w:pPr>
        <w:spacing w:after="60"/>
      </w:pPr>
      <w:r>
        <w:rPr>
          <w:color w:val="B9B9B9"/>
          <w:sz w:val="16"/>
        </w:rPr>
        <w:t>________________________________________________________</w:t>
      </w:r>
    </w:p>
    <w:p w14:paraId="5D4D1FBC" w14:textId="77777777" w:rsidR="00AE08AB" w:rsidRDefault="00AA2D9E">
      <w:pPr>
        <w:pStyle w:val="Heading2"/>
      </w:pPr>
      <w:r>
        <w:t>My Unfiltered Prayer</w:t>
      </w:r>
    </w:p>
    <w:p w14:paraId="72C7605C" w14:textId="77777777" w:rsidR="00AE08AB" w:rsidRDefault="00AA2D9E">
      <w:r>
        <w:t>God, as I sit with remember what you survived, what I most need to tell You honestly is…</w:t>
      </w:r>
    </w:p>
    <w:p w14:paraId="65C8AD4B" w14:textId="77777777" w:rsidR="00AE08AB" w:rsidRDefault="00AA2D9E">
      <w:pPr>
        <w:spacing w:after="60"/>
      </w:pPr>
      <w:r>
        <w:rPr>
          <w:color w:val="B9B9B9"/>
          <w:sz w:val="16"/>
        </w:rPr>
        <w:t>________________________________________________________</w:t>
      </w:r>
    </w:p>
    <w:p w14:paraId="5EAD0A75" w14:textId="77777777" w:rsidR="00AE08AB" w:rsidRDefault="00AA2D9E">
      <w:pPr>
        <w:spacing w:after="60"/>
      </w:pPr>
      <w:r>
        <w:rPr>
          <w:color w:val="B9B9B9"/>
          <w:sz w:val="16"/>
        </w:rPr>
        <w:t>________________________________________________________</w:t>
      </w:r>
    </w:p>
    <w:p w14:paraId="2F772025" w14:textId="77777777" w:rsidR="00AE08AB" w:rsidRDefault="00AA2D9E">
      <w:pPr>
        <w:spacing w:after="60"/>
      </w:pPr>
      <w:r>
        <w:rPr>
          <w:color w:val="B9B9B9"/>
          <w:sz w:val="16"/>
        </w:rPr>
        <w:t>________________________________________________________</w:t>
      </w:r>
    </w:p>
    <w:p w14:paraId="0818E5AA" w14:textId="77777777" w:rsidR="00AE08AB" w:rsidRDefault="00AA2D9E">
      <w:pPr>
        <w:spacing w:after="60"/>
      </w:pPr>
      <w:r>
        <w:rPr>
          <w:color w:val="B9B9B9"/>
          <w:sz w:val="16"/>
        </w:rPr>
        <w:lastRenderedPageBreak/>
        <w:t>________________________________________________________</w:t>
      </w:r>
    </w:p>
    <w:p w14:paraId="3E2F6367" w14:textId="77777777" w:rsidR="00AE08AB" w:rsidRDefault="00AA2D9E">
      <w:pPr>
        <w:spacing w:after="60"/>
      </w:pPr>
      <w:r>
        <w:rPr>
          <w:color w:val="B9B9B9"/>
          <w:sz w:val="16"/>
        </w:rPr>
        <w:t>________________________________________________________</w:t>
      </w:r>
    </w:p>
    <w:p w14:paraId="3B054C8C" w14:textId="77777777" w:rsidR="00AE08AB" w:rsidRDefault="00AA2D9E">
      <w:pPr>
        <w:spacing w:after="60"/>
      </w:pPr>
      <w:r>
        <w:rPr>
          <w:color w:val="B9B9B9"/>
          <w:sz w:val="16"/>
        </w:rPr>
        <w:t>________________________________________________________</w:t>
      </w:r>
    </w:p>
    <w:p w14:paraId="55566070" w14:textId="77777777" w:rsidR="00AE08AB" w:rsidRDefault="00AA2D9E">
      <w:pPr>
        <w:spacing w:after="60"/>
      </w:pPr>
      <w:r>
        <w:rPr>
          <w:color w:val="B9B9B9"/>
          <w:sz w:val="16"/>
        </w:rPr>
        <w:t>________________________________________________________</w:t>
      </w:r>
    </w:p>
    <w:p w14:paraId="6DBE90C3" w14:textId="77777777" w:rsidR="00AE08AB" w:rsidRDefault="00AA2D9E">
      <w:r>
        <w:br w:type="page"/>
      </w:r>
    </w:p>
    <w:p w14:paraId="42C46E25" w14:textId="77777777" w:rsidR="00AE08AB" w:rsidRDefault="00AA2D9E">
      <w:pPr>
        <w:pStyle w:val="Heading2"/>
      </w:pPr>
      <w:r>
        <w:lastRenderedPageBreak/>
        <w:t>DAY 3</w:t>
      </w:r>
    </w:p>
    <w:p w14:paraId="04C24B1A" w14:textId="77777777" w:rsidR="00AE08AB" w:rsidRDefault="00AA2D9E">
      <w:pPr>
        <w:pStyle w:val="Heading1"/>
      </w:pPr>
      <w:r>
        <w:t>Grace in Weakness</w:t>
      </w:r>
    </w:p>
    <w:p w14:paraId="2CC7C6C4" w14:textId="77777777" w:rsidR="00AE08AB" w:rsidRDefault="00AA2D9E">
      <w:r>
        <w:rPr>
          <w:b/>
          <w:color w:val="B08D3A"/>
        </w:rPr>
        <w:t xml:space="preserve">SCRIPTURE ANCHOR  </w:t>
      </w:r>
      <w:r>
        <w:t>2 Corinthians 12:9</w:t>
      </w:r>
    </w:p>
    <w:p w14:paraId="07210807" w14:textId="77777777" w:rsidR="00AE08AB" w:rsidRDefault="00AA2D9E">
      <w:pPr>
        <w:pStyle w:val="Heading2"/>
      </w:pPr>
      <w:r>
        <w:t>Pause</w:t>
      </w:r>
    </w:p>
    <w:p w14:paraId="193D9836" w14:textId="77777777" w:rsidR="00AE08AB" w:rsidRDefault="00AA2D9E">
      <w:r>
        <w:t>Take three slow breaths. Let your body become still. You do not have to solve anything before you pray.</w:t>
      </w:r>
    </w:p>
    <w:p w14:paraId="6B0514C6" w14:textId="77777777" w:rsidR="00AE08AB" w:rsidRDefault="00AA2D9E">
      <w:pPr>
        <w:pStyle w:val="Heading2"/>
      </w:pPr>
      <w:r>
        <w:t>Guided Prayer</w:t>
      </w:r>
    </w:p>
    <w:p w14:paraId="3CFAE2DF" w14:textId="77777777" w:rsidR="00AE08AB" w:rsidRDefault="00AA2D9E">
      <w:r>
        <w:t>Father, I bring You the reality of grace in weakness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w:t>
      </w:r>
      <w:r>
        <w:t>ns remain unanswered. In Jesus' name, Amen.</w:t>
      </w:r>
    </w:p>
    <w:p w14:paraId="7FDE510F" w14:textId="77777777" w:rsidR="00AE08AB" w:rsidRDefault="00AA2D9E">
      <w:pPr>
        <w:pStyle w:val="Heading2"/>
      </w:pPr>
      <w:r>
        <w:t>Release</w:t>
      </w:r>
    </w:p>
    <w:p w14:paraId="0ED8BAAB" w14:textId="77777777" w:rsidR="00AE08AB" w:rsidRDefault="00AA2D9E">
      <w:r>
        <w:t>Complete this sentence slowly: “Father, today I place into Your hands…”</w:t>
      </w:r>
    </w:p>
    <w:p w14:paraId="2B7DDC4F" w14:textId="77777777" w:rsidR="00AE08AB" w:rsidRDefault="00AA2D9E">
      <w:pPr>
        <w:spacing w:after="60"/>
      </w:pPr>
      <w:r>
        <w:rPr>
          <w:color w:val="B9B9B9"/>
          <w:sz w:val="16"/>
        </w:rPr>
        <w:t>________________________________________________________</w:t>
      </w:r>
    </w:p>
    <w:p w14:paraId="1679804B" w14:textId="77777777" w:rsidR="00AE08AB" w:rsidRDefault="00AA2D9E">
      <w:pPr>
        <w:spacing w:after="60"/>
      </w:pPr>
      <w:r>
        <w:rPr>
          <w:color w:val="B9B9B9"/>
          <w:sz w:val="16"/>
        </w:rPr>
        <w:t>________________________________________________________</w:t>
      </w:r>
    </w:p>
    <w:p w14:paraId="4E3B7C8F" w14:textId="77777777" w:rsidR="00AE08AB" w:rsidRDefault="00AA2D9E">
      <w:pPr>
        <w:pStyle w:val="Heading2"/>
      </w:pPr>
      <w:r>
        <w:t>Listen</w:t>
      </w:r>
    </w:p>
    <w:p w14:paraId="5B266672" w14:textId="77777777" w:rsidR="00AE08AB" w:rsidRDefault="00AA2D9E">
      <w:r>
        <w:t>Remain quiet for a moment. What truth, Scripture, conviction, or gentle reminder is rising?</w:t>
      </w:r>
    </w:p>
    <w:p w14:paraId="6B34FDDA" w14:textId="77777777" w:rsidR="00AE08AB" w:rsidRDefault="00AA2D9E">
      <w:pPr>
        <w:spacing w:after="60"/>
      </w:pPr>
      <w:r>
        <w:rPr>
          <w:color w:val="B9B9B9"/>
          <w:sz w:val="16"/>
        </w:rPr>
        <w:t>________________________________________________________</w:t>
      </w:r>
    </w:p>
    <w:p w14:paraId="6AFB7740" w14:textId="77777777" w:rsidR="00AE08AB" w:rsidRDefault="00AA2D9E">
      <w:pPr>
        <w:spacing w:after="60"/>
      </w:pPr>
      <w:r>
        <w:rPr>
          <w:color w:val="B9B9B9"/>
          <w:sz w:val="16"/>
        </w:rPr>
        <w:t>________________________________________________________</w:t>
      </w:r>
    </w:p>
    <w:p w14:paraId="4C1AB12F" w14:textId="77777777" w:rsidR="00AE08AB" w:rsidRDefault="00AA2D9E">
      <w:pPr>
        <w:pStyle w:val="Heading2"/>
      </w:pPr>
      <w:r>
        <w:t>My Unfiltered Prayer</w:t>
      </w:r>
    </w:p>
    <w:p w14:paraId="370C374F" w14:textId="77777777" w:rsidR="00AE08AB" w:rsidRDefault="00AA2D9E">
      <w:r>
        <w:t>God, as I sit with grace in weakness, what I most need to tell You honestly is…</w:t>
      </w:r>
    </w:p>
    <w:p w14:paraId="6AB2A65E" w14:textId="77777777" w:rsidR="00AE08AB" w:rsidRDefault="00AA2D9E">
      <w:pPr>
        <w:spacing w:after="60"/>
      </w:pPr>
      <w:r>
        <w:rPr>
          <w:color w:val="B9B9B9"/>
          <w:sz w:val="16"/>
        </w:rPr>
        <w:t>________________________________________________________</w:t>
      </w:r>
    </w:p>
    <w:p w14:paraId="62A547BA" w14:textId="77777777" w:rsidR="00AE08AB" w:rsidRDefault="00AA2D9E">
      <w:pPr>
        <w:spacing w:after="60"/>
      </w:pPr>
      <w:r>
        <w:rPr>
          <w:color w:val="B9B9B9"/>
          <w:sz w:val="16"/>
        </w:rPr>
        <w:t>________________________________________________________</w:t>
      </w:r>
    </w:p>
    <w:p w14:paraId="79BD93C4" w14:textId="77777777" w:rsidR="00AE08AB" w:rsidRDefault="00AA2D9E">
      <w:pPr>
        <w:spacing w:after="60"/>
      </w:pPr>
      <w:r>
        <w:rPr>
          <w:color w:val="B9B9B9"/>
          <w:sz w:val="16"/>
        </w:rPr>
        <w:t>________________________________________________________</w:t>
      </w:r>
    </w:p>
    <w:p w14:paraId="78DAC74D" w14:textId="77777777" w:rsidR="00AE08AB" w:rsidRDefault="00AA2D9E">
      <w:pPr>
        <w:spacing w:after="60"/>
      </w:pPr>
      <w:r>
        <w:rPr>
          <w:color w:val="B9B9B9"/>
          <w:sz w:val="16"/>
        </w:rPr>
        <w:t>________________________________________________________</w:t>
      </w:r>
    </w:p>
    <w:p w14:paraId="7C1CD3F9" w14:textId="77777777" w:rsidR="00AE08AB" w:rsidRDefault="00AA2D9E">
      <w:pPr>
        <w:spacing w:after="60"/>
      </w:pPr>
      <w:r>
        <w:rPr>
          <w:color w:val="B9B9B9"/>
          <w:sz w:val="16"/>
        </w:rPr>
        <w:t>________________________________________________________</w:t>
      </w:r>
    </w:p>
    <w:p w14:paraId="78FCF329" w14:textId="77777777" w:rsidR="00AE08AB" w:rsidRDefault="00AA2D9E">
      <w:pPr>
        <w:spacing w:after="60"/>
      </w:pPr>
      <w:r>
        <w:rPr>
          <w:color w:val="B9B9B9"/>
          <w:sz w:val="16"/>
        </w:rPr>
        <w:lastRenderedPageBreak/>
        <w:t>________________________________________________________</w:t>
      </w:r>
    </w:p>
    <w:p w14:paraId="1B0967E7" w14:textId="77777777" w:rsidR="00AE08AB" w:rsidRDefault="00AA2D9E">
      <w:pPr>
        <w:spacing w:after="60"/>
      </w:pPr>
      <w:r>
        <w:rPr>
          <w:color w:val="B9B9B9"/>
          <w:sz w:val="16"/>
        </w:rPr>
        <w:t>________________________________________________________</w:t>
      </w:r>
    </w:p>
    <w:p w14:paraId="52E3D412" w14:textId="77777777" w:rsidR="00AE08AB" w:rsidRDefault="00AA2D9E">
      <w:r>
        <w:br w:type="page"/>
      </w:r>
    </w:p>
    <w:p w14:paraId="094B9780" w14:textId="77777777" w:rsidR="00AE08AB" w:rsidRDefault="00AA2D9E">
      <w:pPr>
        <w:pStyle w:val="Heading2"/>
      </w:pPr>
      <w:r>
        <w:lastRenderedPageBreak/>
        <w:t>DAY 4</w:t>
      </w:r>
    </w:p>
    <w:p w14:paraId="33FFBEA0" w14:textId="77777777" w:rsidR="00AE08AB" w:rsidRDefault="00AA2D9E">
      <w:pPr>
        <w:pStyle w:val="Heading1"/>
      </w:pPr>
      <w:r>
        <w:t>Courage Is Not the Absence of Fear</w:t>
      </w:r>
    </w:p>
    <w:p w14:paraId="7540D1A5" w14:textId="77777777" w:rsidR="00AE08AB" w:rsidRDefault="00AA2D9E">
      <w:r>
        <w:rPr>
          <w:b/>
          <w:color w:val="B08D3A"/>
        </w:rPr>
        <w:t xml:space="preserve">SCRIPTURE ANCHOR  </w:t>
      </w:r>
      <w:r>
        <w:t>Joshua 1:9</w:t>
      </w:r>
    </w:p>
    <w:p w14:paraId="52B798C2" w14:textId="77777777" w:rsidR="00AE08AB" w:rsidRDefault="00AA2D9E">
      <w:pPr>
        <w:pStyle w:val="Heading2"/>
      </w:pPr>
      <w:r>
        <w:t>Pause</w:t>
      </w:r>
    </w:p>
    <w:p w14:paraId="686C2104" w14:textId="77777777" w:rsidR="00AE08AB" w:rsidRDefault="00AA2D9E">
      <w:r>
        <w:t>Take three slow breaths. Let your body become still. You do not have to solve anything before you pray.</w:t>
      </w:r>
    </w:p>
    <w:p w14:paraId="173B8ECA" w14:textId="77777777" w:rsidR="00AE08AB" w:rsidRDefault="00AA2D9E">
      <w:pPr>
        <w:pStyle w:val="Heading2"/>
      </w:pPr>
      <w:r>
        <w:t>Guided Prayer</w:t>
      </w:r>
    </w:p>
    <w:p w14:paraId="62E1AA48" w14:textId="77777777" w:rsidR="00AE08AB" w:rsidRDefault="00AA2D9E">
      <w:r>
        <w:t>Father, I bring You the reality of courage is not the absence of fear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w:t>
      </w:r>
      <w:r>
        <w:t>hile some questions remain unanswered. In Jesus' name, Amen.</w:t>
      </w:r>
    </w:p>
    <w:p w14:paraId="064E7044" w14:textId="77777777" w:rsidR="00AE08AB" w:rsidRDefault="00AA2D9E">
      <w:pPr>
        <w:pStyle w:val="Heading2"/>
      </w:pPr>
      <w:r>
        <w:t>Release</w:t>
      </w:r>
    </w:p>
    <w:p w14:paraId="0A358798" w14:textId="77777777" w:rsidR="00AE08AB" w:rsidRDefault="00AA2D9E">
      <w:r>
        <w:t>Complete this sentence slowly: “Father, today I place into Your hands…”</w:t>
      </w:r>
    </w:p>
    <w:p w14:paraId="429F901C" w14:textId="77777777" w:rsidR="00AE08AB" w:rsidRDefault="00AA2D9E">
      <w:pPr>
        <w:spacing w:after="60"/>
      </w:pPr>
      <w:r>
        <w:rPr>
          <w:color w:val="B9B9B9"/>
          <w:sz w:val="16"/>
        </w:rPr>
        <w:t>________________________________________________________</w:t>
      </w:r>
    </w:p>
    <w:p w14:paraId="7E685D5B" w14:textId="77777777" w:rsidR="00AE08AB" w:rsidRDefault="00AA2D9E">
      <w:pPr>
        <w:spacing w:after="60"/>
      </w:pPr>
      <w:r>
        <w:rPr>
          <w:color w:val="B9B9B9"/>
          <w:sz w:val="16"/>
        </w:rPr>
        <w:t>________________________________________________________</w:t>
      </w:r>
    </w:p>
    <w:p w14:paraId="04D26E70" w14:textId="77777777" w:rsidR="00AE08AB" w:rsidRDefault="00AA2D9E">
      <w:pPr>
        <w:pStyle w:val="Heading2"/>
      </w:pPr>
      <w:r>
        <w:t>Listen</w:t>
      </w:r>
    </w:p>
    <w:p w14:paraId="17E37444" w14:textId="77777777" w:rsidR="00AE08AB" w:rsidRDefault="00AA2D9E">
      <w:r>
        <w:t>Remain quiet for a moment. What truth, Scripture, conviction, or gentle reminder is rising?</w:t>
      </w:r>
    </w:p>
    <w:p w14:paraId="0BF00350" w14:textId="77777777" w:rsidR="00AE08AB" w:rsidRDefault="00AA2D9E">
      <w:pPr>
        <w:spacing w:after="60"/>
      </w:pPr>
      <w:r>
        <w:rPr>
          <w:color w:val="B9B9B9"/>
          <w:sz w:val="16"/>
        </w:rPr>
        <w:t>________________________________________________________</w:t>
      </w:r>
    </w:p>
    <w:p w14:paraId="11BBC6CB" w14:textId="77777777" w:rsidR="00AE08AB" w:rsidRDefault="00AA2D9E">
      <w:pPr>
        <w:spacing w:after="60"/>
      </w:pPr>
      <w:r>
        <w:rPr>
          <w:color w:val="B9B9B9"/>
          <w:sz w:val="16"/>
        </w:rPr>
        <w:t>________________________________________________________</w:t>
      </w:r>
    </w:p>
    <w:p w14:paraId="6BC60C18" w14:textId="77777777" w:rsidR="00AE08AB" w:rsidRDefault="00AA2D9E">
      <w:pPr>
        <w:pStyle w:val="Heading2"/>
      </w:pPr>
      <w:r>
        <w:t>My Unfiltered Prayer</w:t>
      </w:r>
    </w:p>
    <w:p w14:paraId="27CAF752" w14:textId="77777777" w:rsidR="00AE08AB" w:rsidRDefault="00AA2D9E">
      <w:r>
        <w:t>God, as I sit with courage is not the absence of fear, what I most need to tell You honestly is…</w:t>
      </w:r>
    </w:p>
    <w:p w14:paraId="307ECF58" w14:textId="77777777" w:rsidR="00AE08AB" w:rsidRDefault="00AA2D9E">
      <w:pPr>
        <w:spacing w:after="60"/>
      </w:pPr>
      <w:r>
        <w:rPr>
          <w:color w:val="B9B9B9"/>
          <w:sz w:val="16"/>
        </w:rPr>
        <w:t>________________________________________________________</w:t>
      </w:r>
    </w:p>
    <w:p w14:paraId="0BE5328C" w14:textId="77777777" w:rsidR="00AE08AB" w:rsidRDefault="00AA2D9E">
      <w:pPr>
        <w:spacing w:after="60"/>
      </w:pPr>
      <w:r>
        <w:rPr>
          <w:color w:val="B9B9B9"/>
          <w:sz w:val="16"/>
        </w:rPr>
        <w:t>________________________________________________________</w:t>
      </w:r>
    </w:p>
    <w:p w14:paraId="72D0D496" w14:textId="77777777" w:rsidR="00AE08AB" w:rsidRDefault="00AA2D9E">
      <w:pPr>
        <w:spacing w:after="60"/>
      </w:pPr>
      <w:r>
        <w:rPr>
          <w:color w:val="B9B9B9"/>
          <w:sz w:val="16"/>
        </w:rPr>
        <w:t>________________________________________________________</w:t>
      </w:r>
    </w:p>
    <w:p w14:paraId="50787361" w14:textId="77777777" w:rsidR="00AE08AB" w:rsidRDefault="00AA2D9E">
      <w:pPr>
        <w:spacing w:after="60"/>
      </w:pPr>
      <w:r>
        <w:rPr>
          <w:color w:val="B9B9B9"/>
          <w:sz w:val="16"/>
        </w:rPr>
        <w:lastRenderedPageBreak/>
        <w:t>________________________________________________________</w:t>
      </w:r>
    </w:p>
    <w:p w14:paraId="37EF37DD" w14:textId="77777777" w:rsidR="00AE08AB" w:rsidRDefault="00AA2D9E">
      <w:pPr>
        <w:spacing w:after="60"/>
      </w:pPr>
      <w:r>
        <w:rPr>
          <w:color w:val="B9B9B9"/>
          <w:sz w:val="16"/>
        </w:rPr>
        <w:t>________________________________________________________</w:t>
      </w:r>
    </w:p>
    <w:p w14:paraId="6F3EFB24" w14:textId="77777777" w:rsidR="00AE08AB" w:rsidRDefault="00AA2D9E">
      <w:pPr>
        <w:spacing w:after="60"/>
      </w:pPr>
      <w:r>
        <w:rPr>
          <w:color w:val="B9B9B9"/>
          <w:sz w:val="16"/>
        </w:rPr>
        <w:t>________________________________________________________</w:t>
      </w:r>
    </w:p>
    <w:p w14:paraId="5E357675" w14:textId="77777777" w:rsidR="00AE08AB" w:rsidRDefault="00AA2D9E">
      <w:pPr>
        <w:spacing w:after="60"/>
      </w:pPr>
      <w:r>
        <w:rPr>
          <w:color w:val="B9B9B9"/>
          <w:sz w:val="16"/>
        </w:rPr>
        <w:t>________________________________________________________</w:t>
      </w:r>
    </w:p>
    <w:p w14:paraId="440E5360" w14:textId="77777777" w:rsidR="00AE08AB" w:rsidRDefault="00AA2D9E">
      <w:r>
        <w:br w:type="page"/>
      </w:r>
    </w:p>
    <w:p w14:paraId="74A160CA" w14:textId="77777777" w:rsidR="00AE08AB" w:rsidRDefault="00AA2D9E">
      <w:pPr>
        <w:pStyle w:val="Heading2"/>
      </w:pPr>
      <w:r>
        <w:lastRenderedPageBreak/>
        <w:t>DAY 5</w:t>
      </w:r>
    </w:p>
    <w:p w14:paraId="6E0B1A32" w14:textId="77777777" w:rsidR="00AE08AB" w:rsidRDefault="00AA2D9E">
      <w:pPr>
        <w:pStyle w:val="Heading1"/>
      </w:pPr>
      <w:r>
        <w:t>The Strength to Keep Showing Up</w:t>
      </w:r>
    </w:p>
    <w:p w14:paraId="3AF8D0E6" w14:textId="77777777" w:rsidR="00AE08AB" w:rsidRDefault="00AA2D9E">
      <w:r>
        <w:rPr>
          <w:b/>
          <w:color w:val="B08D3A"/>
        </w:rPr>
        <w:t xml:space="preserve">SCRIPTURE ANCHOR  </w:t>
      </w:r>
      <w:r>
        <w:t>Galatians 6:9</w:t>
      </w:r>
    </w:p>
    <w:p w14:paraId="7672CE36" w14:textId="77777777" w:rsidR="00AE08AB" w:rsidRDefault="00AA2D9E">
      <w:pPr>
        <w:pStyle w:val="Heading2"/>
      </w:pPr>
      <w:r>
        <w:t>Pause</w:t>
      </w:r>
    </w:p>
    <w:p w14:paraId="2D5DD279" w14:textId="77777777" w:rsidR="00AE08AB" w:rsidRDefault="00AA2D9E">
      <w:r>
        <w:t>Take three slow breaths. Let your body become still. You do not have to solve anything before you pray.</w:t>
      </w:r>
    </w:p>
    <w:p w14:paraId="03603252" w14:textId="77777777" w:rsidR="00AE08AB" w:rsidRDefault="00AA2D9E">
      <w:pPr>
        <w:pStyle w:val="Heading2"/>
      </w:pPr>
      <w:r>
        <w:t>Guided Prayer</w:t>
      </w:r>
    </w:p>
    <w:p w14:paraId="1C771669" w14:textId="77777777" w:rsidR="00AE08AB" w:rsidRDefault="00AA2D9E">
      <w:r>
        <w:t>Father, I bring You the reality of the strength to keep showing up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w:t>
      </w:r>
      <w:r>
        <w:t>e some questions remain unanswered. In Jesus' name, Amen.</w:t>
      </w:r>
    </w:p>
    <w:p w14:paraId="1FA36A7A" w14:textId="77777777" w:rsidR="00AE08AB" w:rsidRDefault="00AA2D9E">
      <w:pPr>
        <w:pStyle w:val="Heading2"/>
      </w:pPr>
      <w:r>
        <w:t>Release</w:t>
      </w:r>
    </w:p>
    <w:p w14:paraId="5B3883DD" w14:textId="77777777" w:rsidR="00AE08AB" w:rsidRDefault="00AA2D9E">
      <w:r>
        <w:t>Complete this sentence slowly: “Father, today I place into Your hands…”</w:t>
      </w:r>
    </w:p>
    <w:p w14:paraId="2227A24F" w14:textId="77777777" w:rsidR="00AE08AB" w:rsidRDefault="00AA2D9E">
      <w:pPr>
        <w:spacing w:after="60"/>
      </w:pPr>
      <w:r>
        <w:rPr>
          <w:color w:val="B9B9B9"/>
          <w:sz w:val="16"/>
        </w:rPr>
        <w:t>________________________________________________________</w:t>
      </w:r>
    </w:p>
    <w:p w14:paraId="658A6F30" w14:textId="77777777" w:rsidR="00AE08AB" w:rsidRDefault="00AA2D9E">
      <w:pPr>
        <w:spacing w:after="60"/>
      </w:pPr>
      <w:r>
        <w:rPr>
          <w:color w:val="B9B9B9"/>
          <w:sz w:val="16"/>
        </w:rPr>
        <w:t>________________________________________________________</w:t>
      </w:r>
    </w:p>
    <w:p w14:paraId="0AD87103" w14:textId="77777777" w:rsidR="00AE08AB" w:rsidRDefault="00AA2D9E">
      <w:pPr>
        <w:pStyle w:val="Heading2"/>
      </w:pPr>
      <w:r>
        <w:t>Listen</w:t>
      </w:r>
    </w:p>
    <w:p w14:paraId="2C743B23" w14:textId="77777777" w:rsidR="00AE08AB" w:rsidRDefault="00AA2D9E">
      <w:r>
        <w:t>Remain quiet for a moment. What truth, Scripture, conviction, or gentle reminder is rising?</w:t>
      </w:r>
    </w:p>
    <w:p w14:paraId="020D664A" w14:textId="77777777" w:rsidR="00AE08AB" w:rsidRDefault="00AA2D9E">
      <w:pPr>
        <w:spacing w:after="60"/>
      </w:pPr>
      <w:r>
        <w:rPr>
          <w:color w:val="B9B9B9"/>
          <w:sz w:val="16"/>
        </w:rPr>
        <w:t>________________________________________________________</w:t>
      </w:r>
    </w:p>
    <w:p w14:paraId="5719DDAD" w14:textId="77777777" w:rsidR="00AE08AB" w:rsidRDefault="00AA2D9E">
      <w:pPr>
        <w:spacing w:after="60"/>
      </w:pPr>
      <w:r>
        <w:rPr>
          <w:color w:val="B9B9B9"/>
          <w:sz w:val="16"/>
        </w:rPr>
        <w:t>________________________________________________________</w:t>
      </w:r>
    </w:p>
    <w:p w14:paraId="165A29EB" w14:textId="77777777" w:rsidR="00AE08AB" w:rsidRDefault="00AA2D9E">
      <w:pPr>
        <w:pStyle w:val="Heading2"/>
      </w:pPr>
      <w:r>
        <w:t>My Unfiltered Prayer</w:t>
      </w:r>
    </w:p>
    <w:p w14:paraId="1C06CE5A" w14:textId="77777777" w:rsidR="00AE08AB" w:rsidRDefault="00AA2D9E">
      <w:r>
        <w:t>God, as I sit with the strength to keep showing up, what I most need to tell You honestly is…</w:t>
      </w:r>
    </w:p>
    <w:p w14:paraId="4C270C17" w14:textId="77777777" w:rsidR="00AE08AB" w:rsidRDefault="00AA2D9E">
      <w:pPr>
        <w:spacing w:after="60"/>
      </w:pPr>
      <w:r>
        <w:rPr>
          <w:color w:val="B9B9B9"/>
          <w:sz w:val="16"/>
        </w:rPr>
        <w:t>________________________________________________________</w:t>
      </w:r>
    </w:p>
    <w:p w14:paraId="1107AD71" w14:textId="77777777" w:rsidR="00AE08AB" w:rsidRDefault="00AA2D9E">
      <w:pPr>
        <w:spacing w:after="60"/>
      </w:pPr>
      <w:r>
        <w:rPr>
          <w:color w:val="B9B9B9"/>
          <w:sz w:val="16"/>
        </w:rPr>
        <w:t>________________________________________________________</w:t>
      </w:r>
    </w:p>
    <w:p w14:paraId="6E958EC8" w14:textId="77777777" w:rsidR="00AE08AB" w:rsidRDefault="00AA2D9E">
      <w:pPr>
        <w:spacing w:after="60"/>
      </w:pPr>
      <w:r>
        <w:rPr>
          <w:color w:val="B9B9B9"/>
          <w:sz w:val="16"/>
        </w:rPr>
        <w:t>________________________________________________________</w:t>
      </w:r>
    </w:p>
    <w:p w14:paraId="7A937A7A" w14:textId="77777777" w:rsidR="00AE08AB" w:rsidRDefault="00AA2D9E">
      <w:pPr>
        <w:spacing w:after="60"/>
      </w:pPr>
      <w:r>
        <w:rPr>
          <w:color w:val="B9B9B9"/>
          <w:sz w:val="16"/>
        </w:rPr>
        <w:lastRenderedPageBreak/>
        <w:t>________________________________________________________</w:t>
      </w:r>
    </w:p>
    <w:p w14:paraId="06CE82D9" w14:textId="77777777" w:rsidR="00AE08AB" w:rsidRDefault="00AA2D9E">
      <w:pPr>
        <w:spacing w:after="60"/>
      </w:pPr>
      <w:r>
        <w:rPr>
          <w:color w:val="B9B9B9"/>
          <w:sz w:val="16"/>
        </w:rPr>
        <w:t>________________________________________________________</w:t>
      </w:r>
    </w:p>
    <w:p w14:paraId="3B7E814B" w14:textId="77777777" w:rsidR="00AE08AB" w:rsidRDefault="00AA2D9E">
      <w:pPr>
        <w:spacing w:after="60"/>
      </w:pPr>
      <w:r>
        <w:rPr>
          <w:color w:val="B9B9B9"/>
          <w:sz w:val="16"/>
        </w:rPr>
        <w:t>________________________________________________________</w:t>
      </w:r>
    </w:p>
    <w:p w14:paraId="7F32F881" w14:textId="77777777" w:rsidR="00AE08AB" w:rsidRDefault="00AA2D9E">
      <w:pPr>
        <w:spacing w:after="60"/>
      </w:pPr>
      <w:r>
        <w:rPr>
          <w:color w:val="B9B9B9"/>
          <w:sz w:val="16"/>
        </w:rPr>
        <w:t>________________________________________________________</w:t>
      </w:r>
    </w:p>
    <w:p w14:paraId="61745A08" w14:textId="77777777" w:rsidR="00AE08AB" w:rsidRDefault="00AA2D9E">
      <w:r>
        <w:br w:type="page"/>
      </w:r>
    </w:p>
    <w:p w14:paraId="47AED7C5" w14:textId="77777777" w:rsidR="00AE08AB" w:rsidRDefault="00AA2D9E">
      <w:pPr>
        <w:pStyle w:val="Heading2"/>
      </w:pPr>
      <w:r>
        <w:lastRenderedPageBreak/>
        <w:t>DAY 6</w:t>
      </w:r>
    </w:p>
    <w:p w14:paraId="19988BDE" w14:textId="77777777" w:rsidR="00AE08AB" w:rsidRDefault="00AA2D9E">
      <w:pPr>
        <w:pStyle w:val="Heading1"/>
      </w:pPr>
      <w:r>
        <w:t>Resilience Has Scars</w:t>
      </w:r>
    </w:p>
    <w:p w14:paraId="0C3A7B53" w14:textId="77777777" w:rsidR="00AE08AB" w:rsidRDefault="00AA2D9E">
      <w:r>
        <w:rPr>
          <w:b/>
          <w:color w:val="B08D3A"/>
        </w:rPr>
        <w:t xml:space="preserve">SCRIPTURE ANCHOR  </w:t>
      </w:r>
      <w:r>
        <w:t>2 Corinthians 4:8-9</w:t>
      </w:r>
    </w:p>
    <w:p w14:paraId="3A99D10E" w14:textId="77777777" w:rsidR="00AE08AB" w:rsidRDefault="00AA2D9E">
      <w:pPr>
        <w:pStyle w:val="Heading2"/>
      </w:pPr>
      <w:r>
        <w:t>Pause</w:t>
      </w:r>
    </w:p>
    <w:p w14:paraId="39F5DEE0" w14:textId="77777777" w:rsidR="00AE08AB" w:rsidRDefault="00AA2D9E">
      <w:r>
        <w:t>Take three slow breaths. Let your body become still. You do not have to solve anything before you pray.</w:t>
      </w:r>
    </w:p>
    <w:p w14:paraId="28741A95" w14:textId="77777777" w:rsidR="00AE08AB" w:rsidRDefault="00AA2D9E">
      <w:pPr>
        <w:pStyle w:val="Heading2"/>
      </w:pPr>
      <w:r>
        <w:t>Guided Prayer</w:t>
      </w:r>
    </w:p>
    <w:p w14:paraId="092C8C7E" w14:textId="77777777" w:rsidR="00AE08AB" w:rsidRDefault="00AA2D9E">
      <w:r>
        <w:t>Father, I bring You the reality of resilience has scars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0D166065" w14:textId="77777777" w:rsidR="00AE08AB" w:rsidRDefault="00AA2D9E">
      <w:pPr>
        <w:pStyle w:val="Heading2"/>
      </w:pPr>
      <w:r>
        <w:t>Release</w:t>
      </w:r>
    </w:p>
    <w:p w14:paraId="2E7CB306" w14:textId="77777777" w:rsidR="00AE08AB" w:rsidRDefault="00AA2D9E">
      <w:r>
        <w:t>Complete this sentence slowly: “Father, today I place into Your hands…”</w:t>
      </w:r>
    </w:p>
    <w:p w14:paraId="00ECA6BB" w14:textId="77777777" w:rsidR="00AE08AB" w:rsidRDefault="00AA2D9E">
      <w:pPr>
        <w:spacing w:after="60"/>
      </w:pPr>
      <w:r>
        <w:rPr>
          <w:color w:val="B9B9B9"/>
          <w:sz w:val="16"/>
        </w:rPr>
        <w:t>________________________________________________________</w:t>
      </w:r>
    </w:p>
    <w:p w14:paraId="11C4F43B" w14:textId="77777777" w:rsidR="00AE08AB" w:rsidRDefault="00AA2D9E">
      <w:pPr>
        <w:spacing w:after="60"/>
      </w:pPr>
      <w:r>
        <w:rPr>
          <w:color w:val="B9B9B9"/>
          <w:sz w:val="16"/>
        </w:rPr>
        <w:t>________________________________________________________</w:t>
      </w:r>
    </w:p>
    <w:p w14:paraId="4BDA39ED" w14:textId="77777777" w:rsidR="00AE08AB" w:rsidRDefault="00AA2D9E">
      <w:pPr>
        <w:pStyle w:val="Heading2"/>
      </w:pPr>
      <w:r>
        <w:t>Listen</w:t>
      </w:r>
    </w:p>
    <w:p w14:paraId="0DED0ACF" w14:textId="77777777" w:rsidR="00AE08AB" w:rsidRDefault="00AA2D9E">
      <w:r>
        <w:t>Remain quiet for a moment. What truth, Scripture, conviction, or gentle reminder is rising?</w:t>
      </w:r>
    </w:p>
    <w:p w14:paraId="59C470ED" w14:textId="77777777" w:rsidR="00AE08AB" w:rsidRDefault="00AA2D9E">
      <w:pPr>
        <w:spacing w:after="60"/>
      </w:pPr>
      <w:r>
        <w:rPr>
          <w:color w:val="B9B9B9"/>
          <w:sz w:val="16"/>
        </w:rPr>
        <w:t>________________________________________________________</w:t>
      </w:r>
    </w:p>
    <w:p w14:paraId="602D2A1C" w14:textId="77777777" w:rsidR="00AE08AB" w:rsidRDefault="00AA2D9E">
      <w:pPr>
        <w:spacing w:after="60"/>
      </w:pPr>
      <w:r>
        <w:rPr>
          <w:color w:val="B9B9B9"/>
          <w:sz w:val="16"/>
        </w:rPr>
        <w:t>________________________________________________________</w:t>
      </w:r>
    </w:p>
    <w:p w14:paraId="3FB5513C" w14:textId="77777777" w:rsidR="00AE08AB" w:rsidRDefault="00AA2D9E">
      <w:pPr>
        <w:pStyle w:val="Heading2"/>
      </w:pPr>
      <w:r>
        <w:t>My Unfiltered Prayer</w:t>
      </w:r>
    </w:p>
    <w:p w14:paraId="29FA3534" w14:textId="77777777" w:rsidR="00AE08AB" w:rsidRDefault="00AA2D9E">
      <w:r>
        <w:t>God, as I sit with resilience has scars, what I most need to tell You honestly is…</w:t>
      </w:r>
    </w:p>
    <w:p w14:paraId="7ED7CD86" w14:textId="77777777" w:rsidR="00AE08AB" w:rsidRDefault="00AA2D9E">
      <w:pPr>
        <w:spacing w:after="60"/>
      </w:pPr>
      <w:r>
        <w:rPr>
          <w:color w:val="B9B9B9"/>
          <w:sz w:val="16"/>
        </w:rPr>
        <w:t>________________________________________________________</w:t>
      </w:r>
    </w:p>
    <w:p w14:paraId="37F49261" w14:textId="77777777" w:rsidR="00AE08AB" w:rsidRDefault="00AA2D9E">
      <w:pPr>
        <w:spacing w:after="60"/>
      </w:pPr>
      <w:r>
        <w:rPr>
          <w:color w:val="B9B9B9"/>
          <w:sz w:val="16"/>
        </w:rPr>
        <w:t>________________________________________________________</w:t>
      </w:r>
    </w:p>
    <w:p w14:paraId="3CA06117" w14:textId="77777777" w:rsidR="00AE08AB" w:rsidRDefault="00AA2D9E">
      <w:pPr>
        <w:spacing w:after="60"/>
      </w:pPr>
      <w:r>
        <w:rPr>
          <w:color w:val="B9B9B9"/>
          <w:sz w:val="16"/>
        </w:rPr>
        <w:t>________________________________________________________</w:t>
      </w:r>
    </w:p>
    <w:p w14:paraId="6FB97EA1" w14:textId="77777777" w:rsidR="00AE08AB" w:rsidRDefault="00AA2D9E">
      <w:pPr>
        <w:spacing w:after="60"/>
      </w:pPr>
      <w:r>
        <w:rPr>
          <w:color w:val="B9B9B9"/>
          <w:sz w:val="16"/>
        </w:rPr>
        <w:t>________________________________________________________</w:t>
      </w:r>
    </w:p>
    <w:p w14:paraId="3A3BC712" w14:textId="77777777" w:rsidR="00AE08AB" w:rsidRDefault="00AA2D9E">
      <w:pPr>
        <w:spacing w:after="60"/>
      </w:pPr>
      <w:r>
        <w:rPr>
          <w:color w:val="B9B9B9"/>
          <w:sz w:val="16"/>
        </w:rPr>
        <w:lastRenderedPageBreak/>
        <w:t>________________________________________________________</w:t>
      </w:r>
    </w:p>
    <w:p w14:paraId="2250DCA0" w14:textId="77777777" w:rsidR="00AE08AB" w:rsidRDefault="00AA2D9E">
      <w:pPr>
        <w:spacing w:after="60"/>
      </w:pPr>
      <w:r>
        <w:rPr>
          <w:color w:val="B9B9B9"/>
          <w:sz w:val="16"/>
        </w:rPr>
        <w:t>________________________________________________________</w:t>
      </w:r>
    </w:p>
    <w:p w14:paraId="132CACDC" w14:textId="77777777" w:rsidR="00AE08AB" w:rsidRDefault="00AA2D9E">
      <w:pPr>
        <w:spacing w:after="60"/>
      </w:pPr>
      <w:r>
        <w:rPr>
          <w:color w:val="B9B9B9"/>
          <w:sz w:val="16"/>
        </w:rPr>
        <w:t>________________________________________________________</w:t>
      </w:r>
    </w:p>
    <w:p w14:paraId="33F03962" w14:textId="77777777" w:rsidR="00AE08AB" w:rsidRDefault="00AA2D9E">
      <w:r>
        <w:br w:type="page"/>
      </w:r>
    </w:p>
    <w:p w14:paraId="21D626B1" w14:textId="77777777" w:rsidR="00AE08AB" w:rsidRDefault="00AA2D9E">
      <w:pPr>
        <w:pStyle w:val="Heading2"/>
      </w:pPr>
      <w:r>
        <w:lastRenderedPageBreak/>
        <w:t>DAY 7</w:t>
      </w:r>
    </w:p>
    <w:p w14:paraId="2F970FB8" w14:textId="77777777" w:rsidR="00AE08AB" w:rsidRDefault="00AA2D9E">
      <w:pPr>
        <w:pStyle w:val="Heading1"/>
      </w:pPr>
      <w:r>
        <w:t>What Pressure Reveals</w:t>
      </w:r>
    </w:p>
    <w:p w14:paraId="5142E141" w14:textId="77777777" w:rsidR="00AE08AB" w:rsidRDefault="00AA2D9E">
      <w:r>
        <w:rPr>
          <w:b/>
          <w:color w:val="B08D3A"/>
        </w:rPr>
        <w:t xml:space="preserve">SCRIPTURE ANCHOR  </w:t>
      </w:r>
      <w:r>
        <w:t>James 1:3</w:t>
      </w:r>
    </w:p>
    <w:p w14:paraId="0DC86B89" w14:textId="77777777" w:rsidR="00AE08AB" w:rsidRDefault="00AA2D9E">
      <w:pPr>
        <w:pStyle w:val="Heading2"/>
      </w:pPr>
      <w:r>
        <w:t>Pause</w:t>
      </w:r>
    </w:p>
    <w:p w14:paraId="5CD20FFB" w14:textId="77777777" w:rsidR="00AE08AB" w:rsidRDefault="00AA2D9E">
      <w:r>
        <w:t>Take three slow breaths. Let your body become still. You do not have to solve anything before you pray.</w:t>
      </w:r>
    </w:p>
    <w:p w14:paraId="01BBE648" w14:textId="77777777" w:rsidR="00AE08AB" w:rsidRDefault="00AA2D9E">
      <w:pPr>
        <w:pStyle w:val="Heading2"/>
      </w:pPr>
      <w:r>
        <w:t>Guided Prayer</w:t>
      </w:r>
    </w:p>
    <w:p w14:paraId="207E0052" w14:textId="77777777" w:rsidR="00AE08AB" w:rsidRDefault="00AA2D9E">
      <w:r>
        <w:t>Father, I bring You the reality of what pressure reveals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w:t>
      </w:r>
      <w:r>
        <w:t>stions remain unanswered. In Jesus' name, Amen.</w:t>
      </w:r>
    </w:p>
    <w:p w14:paraId="1CDF0B0E" w14:textId="77777777" w:rsidR="00AE08AB" w:rsidRDefault="00AA2D9E">
      <w:pPr>
        <w:pStyle w:val="Heading2"/>
      </w:pPr>
      <w:r>
        <w:t>Release</w:t>
      </w:r>
    </w:p>
    <w:p w14:paraId="33B7EA95" w14:textId="77777777" w:rsidR="00AE08AB" w:rsidRDefault="00AA2D9E">
      <w:r>
        <w:t>Complete this sentence slowly: “Father, today I place into Your hands…”</w:t>
      </w:r>
    </w:p>
    <w:p w14:paraId="31AF2F72" w14:textId="77777777" w:rsidR="00AE08AB" w:rsidRDefault="00AA2D9E">
      <w:pPr>
        <w:spacing w:after="60"/>
      </w:pPr>
      <w:r>
        <w:rPr>
          <w:color w:val="B9B9B9"/>
          <w:sz w:val="16"/>
        </w:rPr>
        <w:t>________________________________________________________</w:t>
      </w:r>
    </w:p>
    <w:p w14:paraId="28BBEFAC" w14:textId="77777777" w:rsidR="00AE08AB" w:rsidRDefault="00AA2D9E">
      <w:pPr>
        <w:spacing w:after="60"/>
      </w:pPr>
      <w:r>
        <w:rPr>
          <w:color w:val="B9B9B9"/>
          <w:sz w:val="16"/>
        </w:rPr>
        <w:t>________________________________________________________</w:t>
      </w:r>
    </w:p>
    <w:p w14:paraId="4CE6695C" w14:textId="77777777" w:rsidR="00AE08AB" w:rsidRDefault="00AA2D9E">
      <w:pPr>
        <w:pStyle w:val="Heading2"/>
      </w:pPr>
      <w:r>
        <w:t>Listen</w:t>
      </w:r>
    </w:p>
    <w:p w14:paraId="3E64BA06" w14:textId="77777777" w:rsidR="00AE08AB" w:rsidRDefault="00AA2D9E">
      <w:r>
        <w:t>Remain quiet for a moment. What truth, Scripture, conviction, or gentle reminder is rising?</w:t>
      </w:r>
    </w:p>
    <w:p w14:paraId="39415C96" w14:textId="77777777" w:rsidR="00AE08AB" w:rsidRDefault="00AA2D9E">
      <w:pPr>
        <w:spacing w:after="60"/>
      </w:pPr>
      <w:r>
        <w:rPr>
          <w:color w:val="B9B9B9"/>
          <w:sz w:val="16"/>
        </w:rPr>
        <w:t>________________________________________________________</w:t>
      </w:r>
    </w:p>
    <w:p w14:paraId="1B89A941" w14:textId="77777777" w:rsidR="00AE08AB" w:rsidRDefault="00AA2D9E">
      <w:pPr>
        <w:spacing w:after="60"/>
      </w:pPr>
      <w:r>
        <w:rPr>
          <w:color w:val="B9B9B9"/>
          <w:sz w:val="16"/>
        </w:rPr>
        <w:t>________________________________________________________</w:t>
      </w:r>
    </w:p>
    <w:p w14:paraId="0B2EF663" w14:textId="77777777" w:rsidR="00AE08AB" w:rsidRDefault="00AA2D9E">
      <w:pPr>
        <w:pStyle w:val="Heading2"/>
      </w:pPr>
      <w:r>
        <w:t>My Unfiltered Prayer</w:t>
      </w:r>
    </w:p>
    <w:p w14:paraId="23AEEA4A" w14:textId="77777777" w:rsidR="00AE08AB" w:rsidRDefault="00AA2D9E">
      <w:r>
        <w:t>God, as I sit with what pressure reveals, what I most need to tell You honestly is…</w:t>
      </w:r>
    </w:p>
    <w:p w14:paraId="085EE6D0" w14:textId="77777777" w:rsidR="00AE08AB" w:rsidRDefault="00AA2D9E">
      <w:pPr>
        <w:spacing w:after="60"/>
      </w:pPr>
      <w:r>
        <w:rPr>
          <w:color w:val="B9B9B9"/>
          <w:sz w:val="16"/>
        </w:rPr>
        <w:t>________________________________________________________</w:t>
      </w:r>
    </w:p>
    <w:p w14:paraId="3BC96971" w14:textId="77777777" w:rsidR="00AE08AB" w:rsidRDefault="00AA2D9E">
      <w:pPr>
        <w:spacing w:after="60"/>
      </w:pPr>
      <w:r>
        <w:rPr>
          <w:color w:val="B9B9B9"/>
          <w:sz w:val="16"/>
        </w:rPr>
        <w:t>________________________________________________________</w:t>
      </w:r>
    </w:p>
    <w:p w14:paraId="38DEF083" w14:textId="77777777" w:rsidR="00AE08AB" w:rsidRDefault="00AA2D9E">
      <w:pPr>
        <w:spacing w:after="60"/>
      </w:pPr>
      <w:r>
        <w:rPr>
          <w:color w:val="B9B9B9"/>
          <w:sz w:val="16"/>
        </w:rPr>
        <w:t>________________________________________________________</w:t>
      </w:r>
    </w:p>
    <w:p w14:paraId="5BBDB0F9" w14:textId="77777777" w:rsidR="00AE08AB" w:rsidRDefault="00AA2D9E">
      <w:pPr>
        <w:spacing w:after="60"/>
      </w:pPr>
      <w:r>
        <w:rPr>
          <w:color w:val="B9B9B9"/>
          <w:sz w:val="16"/>
        </w:rPr>
        <w:lastRenderedPageBreak/>
        <w:t>________________________________________________________</w:t>
      </w:r>
    </w:p>
    <w:p w14:paraId="173B2311" w14:textId="77777777" w:rsidR="00AE08AB" w:rsidRDefault="00AA2D9E">
      <w:pPr>
        <w:spacing w:after="60"/>
      </w:pPr>
      <w:r>
        <w:rPr>
          <w:color w:val="B9B9B9"/>
          <w:sz w:val="16"/>
        </w:rPr>
        <w:t>________________________________________________________</w:t>
      </w:r>
    </w:p>
    <w:p w14:paraId="52BCF826" w14:textId="77777777" w:rsidR="00AE08AB" w:rsidRDefault="00AA2D9E">
      <w:pPr>
        <w:spacing w:after="60"/>
      </w:pPr>
      <w:r>
        <w:rPr>
          <w:color w:val="B9B9B9"/>
          <w:sz w:val="16"/>
        </w:rPr>
        <w:t>________________________________________________________</w:t>
      </w:r>
    </w:p>
    <w:p w14:paraId="3688B3C1" w14:textId="77777777" w:rsidR="00AE08AB" w:rsidRDefault="00AA2D9E">
      <w:pPr>
        <w:spacing w:after="60"/>
      </w:pPr>
      <w:r>
        <w:rPr>
          <w:color w:val="B9B9B9"/>
          <w:sz w:val="16"/>
        </w:rPr>
        <w:t>________________________________________________________</w:t>
      </w:r>
    </w:p>
    <w:p w14:paraId="3564C6CF" w14:textId="77777777" w:rsidR="00AE08AB" w:rsidRDefault="00AA2D9E">
      <w:pPr>
        <w:pStyle w:val="Heading1"/>
      </w:pPr>
      <w:r>
        <w:t>Sacred Pause</w:t>
      </w:r>
    </w:p>
    <w:p w14:paraId="762BC8EA" w14:textId="77777777" w:rsidR="00AE08AB" w:rsidRDefault="00AA2D9E">
      <w:pPr>
        <w:pStyle w:val="Heading3"/>
      </w:pPr>
      <w:r>
        <w:t>What happened within me this week?</w:t>
      </w:r>
    </w:p>
    <w:p w14:paraId="08C7B16C" w14:textId="77777777" w:rsidR="00AE08AB" w:rsidRDefault="00AA2D9E">
      <w:pPr>
        <w:spacing w:after="60"/>
      </w:pPr>
      <w:r>
        <w:rPr>
          <w:color w:val="B9B9B9"/>
          <w:sz w:val="16"/>
        </w:rPr>
        <w:t>________________________________________________________</w:t>
      </w:r>
    </w:p>
    <w:p w14:paraId="6FEE2BD0" w14:textId="77777777" w:rsidR="00AE08AB" w:rsidRDefault="00AA2D9E">
      <w:pPr>
        <w:pStyle w:val="Heading3"/>
      </w:pPr>
      <w:r>
        <w:t>What emotion appeared most often?</w:t>
      </w:r>
    </w:p>
    <w:p w14:paraId="1F13B184" w14:textId="77777777" w:rsidR="00AE08AB" w:rsidRDefault="00AA2D9E">
      <w:pPr>
        <w:spacing w:after="60"/>
      </w:pPr>
      <w:r>
        <w:rPr>
          <w:color w:val="B9B9B9"/>
          <w:sz w:val="16"/>
        </w:rPr>
        <w:t>________________________________________________________</w:t>
      </w:r>
    </w:p>
    <w:p w14:paraId="518DDE9B" w14:textId="77777777" w:rsidR="00AE08AB" w:rsidRDefault="00AA2D9E">
      <w:pPr>
        <w:pStyle w:val="Heading3"/>
      </w:pPr>
      <w:r>
        <w:t>Where did I recognize God's grace?</w:t>
      </w:r>
    </w:p>
    <w:p w14:paraId="4AA1CF5A" w14:textId="77777777" w:rsidR="00AE08AB" w:rsidRDefault="00AA2D9E">
      <w:pPr>
        <w:spacing w:after="60"/>
      </w:pPr>
      <w:r>
        <w:rPr>
          <w:color w:val="B9B9B9"/>
          <w:sz w:val="16"/>
        </w:rPr>
        <w:t>________________________________________________________</w:t>
      </w:r>
    </w:p>
    <w:p w14:paraId="3C9C90E1" w14:textId="77777777" w:rsidR="00AE08AB" w:rsidRDefault="00AA2D9E">
      <w:pPr>
        <w:pStyle w:val="Heading3"/>
      </w:pPr>
      <w:r>
        <w:t>What do I refuse to carry into another week?</w:t>
      </w:r>
    </w:p>
    <w:p w14:paraId="5D6ED1C4" w14:textId="77777777" w:rsidR="00AE08AB" w:rsidRDefault="00AA2D9E">
      <w:pPr>
        <w:spacing w:after="60"/>
      </w:pPr>
      <w:r>
        <w:rPr>
          <w:color w:val="B9B9B9"/>
          <w:sz w:val="16"/>
        </w:rPr>
        <w:t>________________________________________________________</w:t>
      </w:r>
    </w:p>
    <w:p w14:paraId="7F7237B9" w14:textId="77777777" w:rsidR="00AE08AB" w:rsidRDefault="00AA2D9E">
      <w:pPr>
        <w:pStyle w:val="Heading3"/>
      </w:pPr>
      <w:r>
        <w:t>What do I need to receive from God now?</w:t>
      </w:r>
    </w:p>
    <w:p w14:paraId="5BD0A725" w14:textId="77777777" w:rsidR="00AE08AB" w:rsidRDefault="00AA2D9E">
      <w:pPr>
        <w:spacing w:after="60"/>
      </w:pPr>
      <w:r>
        <w:rPr>
          <w:color w:val="B9B9B9"/>
          <w:sz w:val="16"/>
        </w:rPr>
        <w:t>________________________________________________________</w:t>
      </w:r>
    </w:p>
    <w:p w14:paraId="6EA928DB" w14:textId="77777777" w:rsidR="00AE08AB" w:rsidRDefault="00AA2D9E">
      <w:r>
        <w:br w:type="page"/>
      </w:r>
    </w:p>
    <w:p w14:paraId="6A914168" w14:textId="77777777" w:rsidR="00AE08AB" w:rsidRDefault="00AA2D9E">
      <w:pPr>
        <w:pStyle w:val="Heading2"/>
      </w:pPr>
      <w:r>
        <w:lastRenderedPageBreak/>
        <w:t>DAY 8</w:t>
      </w:r>
    </w:p>
    <w:p w14:paraId="618729B1" w14:textId="77777777" w:rsidR="00AE08AB" w:rsidRDefault="00AA2D9E">
      <w:pPr>
        <w:pStyle w:val="Heading1"/>
      </w:pPr>
      <w:r>
        <w:t>You Have Done Hard Things</w:t>
      </w:r>
    </w:p>
    <w:p w14:paraId="19574F42" w14:textId="77777777" w:rsidR="00AE08AB" w:rsidRDefault="00AA2D9E">
      <w:r>
        <w:rPr>
          <w:b/>
          <w:color w:val="B08D3A"/>
        </w:rPr>
        <w:t xml:space="preserve">SCRIPTURE ANCHOR  </w:t>
      </w:r>
      <w:r>
        <w:t>Philippians 4:13</w:t>
      </w:r>
    </w:p>
    <w:p w14:paraId="4588564A" w14:textId="77777777" w:rsidR="00AE08AB" w:rsidRDefault="00AA2D9E">
      <w:pPr>
        <w:pStyle w:val="Heading2"/>
      </w:pPr>
      <w:r>
        <w:t>Pause</w:t>
      </w:r>
    </w:p>
    <w:p w14:paraId="1A634162" w14:textId="77777777" w:rsidR="00AE08AB" w:rsidRDefault="00AA2D9E">
      <w:r>
        <w:t>Take three slow breaths. Let your body become still. You do not have to solve anything before you pray.</w:t>
      </w:r>
    </w:p>
    <w:p w14:paraId="6CD000AD" w14:textId="77777777" w:rsidR="00AE08AB" w:rsidRDefault="00AA2D9E">
      <w:pPr>
        <w:pStyle w:val="Heading2"/>
      </w:pPr>
      <w:r>
        <w:t>Guided Prayer</w:t>
      </w:r>
    </w:p>
    <w:p w14:paraId="02B6CFE8" w14:textId="77777777" w:rsidR="00AE08AB" w:rsidRDefault="00AA2D9E">
      <w:r>
        <w:t>Father, I bring You the reality of you have done hard things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3A52AFDA" w14:textId="77777777" w:rsidR="00AE08AB" w:rsidRDefault="00AA2D9E">
      <w:pPr>
        <w:pStyle w:val="Heading2"/>
      </w:pPr>
      <w:r>
        <w:t>Release</w:t>
      </w:r>
    </w:p>
    <w:p w14:paraId="11311D5C" w14:textId="77777777" w:rsidR="00AE08AB" w:rsidRDefault="00AA2D9E">
      <w:r>
        <w:t>Complete this sentence slowly: “Father, today I place into Your hands…”</w:t>
      </w:r>
    </w:p>
    <w:p w14:paraId="244010C4" w14:textId="77777777" w:rsidR="00AE08AB" w:rsidRDefault="00AA2D9E">
      <w:pPr>
        <w:spacing w:after="60"/>
      </w:pPr>
      <w:r>
        <w:rPr>
          <w:color w:val="B9B9B9"/>
          <w:sz w:val="16"/>
        </w:rPr>
        <w:t>________________________________________________________</w:t>
      </w:r>
    </w:p>
    <w:p w14:paraId="48CFE779" w14:textId="77777777" w:rsidR="00AE08AB" w:rsidRDefault="00AA2D9E">
      <w:pPr>
        <w:spacing w:after="60"/>
      </w:pPr>
      <w:r>
        <w:rPr>
          <w:color w:val="B9B9B9"/>
          <w:sz w:val="16"/>
        </w:rPr>
        <w:t>________________________________________________________</w:t>
      </w:r>
    </w:p>
    <w:p w14:paraId="6AEFF69B" w14:textId="77777777" w:rsidR="00AE08AB" w:rsidRDefault="00AA2D9E">
      <w:pPr>
        <w:pStyle w:val="Heading2"/>
      </w:pPr>
      <w:r>
        <w:t>Listen</w:t>
      </w:r>
    </w:p>
    <w:p w14:paraId="12D4767F" w14:textId="77777777" w:rsidR="00AE08AB" w:rsidRDefault="00AA2D9E">
      <w:r>
        <w:t>Remain quiet for a moment. What truth, Scripture, conviction, or gentle reminder is rising?</w:t>
      </w:r>
    </w:p>
    <w:p w14:paraId="7BD2A60C" w14:textId="77777777" w:rsidR="00AE08AB" w:rsidRDefault="00AA2D9E">
      <w:pPr>
        <w:spacing w:after="60"/>
      </w:pPr>
      <w:r>
        <w:rPr>
          <w:color w:val="B9B9B9"/>
          <w:sz w:val="16"/>
        </w:rPr>
        <w:t>________________________________________________________</w:t>
      </w:r>
    </w:p>
    <w:p w14:paraId="5B39183D" w14:textId="77777777" w:rsidR="00AE08AB" w:rsidRDefault="00AA2D9E">
      <w:pPr>
        <w:spacing w:after="60"/>
      </w:pPr>
      <w:r>
        <w:rPr>
          <w:color w:val="B9B9B9"/>
          <w:sz w:val="16"/>
        </w:rPr>
        <w:t>________________________________________________________</w:t>
      </w:r>
    </w:p>
    <w:p w14:paraId="3863BBFF" w14:textId="77777777" w:rsidR="00AE08AB" w:rsidRDefault="00AA2D9E">
      <w:pPr>
        <w:pStyle w:val="Heading2"/>
      </w:pPr>
      <w:r>
        <w:t>My Unfiltered Prayer</w:t>
      </w:r>
    </w:p>
    <w:p w14:paraId="652FE553" w14:textId="77777777" w:rsidR="00AE08AB" w:rsidRDefault="00AA2D9E">
      <w:r>
        <w:t>God, as I sit with you have done hard things, what I most need to tell You honestly is…</w:t>
      </w:r>
    </w:p>
    <w:p w14:paraId="797D8A20" w14:textId="77777777" w:rsidR="00AE08AB" w:rsidRDefault="00AA2D9E">
      <w:pPr>
        <w:spacing w:after="60"/>
      </w:pPr>
      <w:r>
        <w:rPr>
          <w:color w:val="B9B9B9"/>
          <w:sz w:val="16"/>
        </w:rPr>
        <w:t>________________________________________________________</w:t>
      </w:r>
    </w:p>
    <w:p w14:paraId="6028D9D2" w14:textId="77777777" w:rsidR="00AE08AB" w:rsidRDefault="00AA2D9E">
      <w:pPr>
        <w:spacing w:after="60"/>
      </w:pPr>
      <w:r>
        <w:rPr>
          <w:color w:val="B9B9B9"/>
          <w:sz w:val="16"/>
        </w:rPr>
        <w:t>________________________________________________________</w:t>
      </w:r>
    </w:p>
    <w:p w14:paraId="1A393238" w14:textId="77777777" w:rsidR="00AE08AB" w:rsidRDefault="00AA2D9E">
      <w:pPr>
        <w:spacing w:after="60"/>
      </w:pPr>
      <w:r>
        <w:rPr>
          <w:color w:val="B9B9B9"/>
          <w:sz w:val="16"/>
        </w:rPr>
        <w:t>________________________________________________________</w:t>
      </w:r>
    </w:p>
    <w:p w14:paraId="1F485B86" w14:textId="77777777" w:rsidR="00AE08AB" w:rsidRDefault="00AA2D9E">
      <w:pPr>
        <w:spacing w:after="60"/>
      </w:pPr>
      <w:r>
        <w:rPr>
          <w:color w:val="B9B9B9"/>
          <w:sz w:val="16"/>
        </w:rPr>
        <w:lastRenderedPageBreak/>
        <w:t>________________________________________________________</w:t>
      </w:r>
    </w:p>
    <w:p w14:paraId="35EBDA9A" w14:textId="77777777" w:rsidR="00AE08AB" w:rsidRDefault="00AA2D9E">
      <w:pPr>
        <w:spacing w:after="60"/>
      </w:pPr>
      <w:r>
        <w:rPr>
          <w:color w:val="B9B9B9"/>
          <w:sz w:val="16"/>
        </w:rPr>
        <w:t>________________________________________________________</w:t>
      </w:r>
    </w:p>
    <w:p w14:paraId="342E2541" w14:textId="77777777" w:rsidR="00AE08AB" w:rsidRDefault="00AA2D9E">
      <w:pPr>
        <w:spacing w:after="60"/>
      </w:pPr>
      <w:r>
        <w:rPr>
          <w:color w:val="B9B9B9"/>
          <w:sz w:val="16"/>
        </w:rPr>
        <w:t>________________________________________________________</w:t>
      </w:r>
    </w:p>
    <w:p w14:paraId="69580A40" w14:textId="77777777" w:rsidR="00AE08AB" w:rsidRDefault="00AA2D9E">
      <w:pPr>
        <w:spacing w:after="60"/>
      </w:pPr>
      <w:r>
        <w:rPr>
          <w:color w:val="B9B9B9"/>
          <w:sz w:val="16"/>
        </w:rPr>
        <w:t>________________________________________________________</w:t>
      </w:r>
    </w:p>
    <w:p w14:paraId="718E18B5" w14:textId="77777777" w:rsidR="00AE08AB" w:rsidRDefault="00AA2D9E">
      <w:r>
        <w:br w:type="page"/>
      </w:r>
    </w:p>
    <w:p w14:paraId="7356C153" w14:textId="77777777" w:rsidR="00AE08AB" w:rsidRDefault="00AA2D9E">
      <w:pPr>
        <w:pStyle w:val="Heading2"/>
      </w:pPr>
      <w:r>
        <w:lastRenderedPageBreak/>
        <w:t>DAY 9</w:t>
      </w:r>
    </w:p>
    <w:p w14:paraId="62438ACE" w14:textId="77777777" w:rsidR="00AE08AB" w:rsidRDefault="00AA2D9E">
      <w:pPr>
        <w:pStyle w:val="Heading1"/>
      </w:pPr>
      <w:r>
        <w:t>Strength and Vulnerability</w:t>
      </w:r>
    </w:p>
    <w:p w14:paraId="5430F234" w14:textId="77777777" w:rsidR="00AE08AB" w:rsidRDefault="00AA2D9E">
      <w:r>
        <w:rPr>
          <w:b/>
          <w:color w:val="B08D3A"/>
        </w:rPr>
        <w:t xml:space="preserve">SCRIPTURE ANCHOR  </w:t>
      </w:r>
      <w:r>
        <w:t>2 Corinthians 12:10</w:t>
      </w:r>
    </w:p>
    <w:p w14:paraId="74C887E9" w14:textId="77777777" w:rsidR="00AE08AB" w:rsidRDefault="00AA2D9E">
      <w:pPr>
        <w:pStyle w:val="Heading2"/>
      </w:pPr>
      <w:r>
        <w:t>Pause</w:t>
      </w:r>
    </w:p>
    <w:p w14:paraId="4C12D960" w14:textId="77777777" w:rsidR="00AE08AB" w:rsidRDefault="00AA2D9E">
      <w:r>
        <w:t>Take three slow breaths. Let your body become still. You do not have to solve anything before you pray.</w:t>
      </w:r>
    </w:p>
    <w:p w14:paraId="0A2A08BA" w14:textId="77777777" w:rsidR="00AE08AB" w:rsidRDefault="00AA2D9E">
      <w:pPr>
        <w:pStyle w:val="Heading2"/>
      </w:pPr>
      <w:r>
        <w:t>Guided Prayer</w:t>
      </w:r>
    </w:p>
    <w:p w14:paraId="099D7AAD" w14:textId="77777777" w:rsidR="00AE08AB" w:rsidRDefault="00AA2D9E">
      <w:r>
        <w:t>Father, I bring You the reality of strength and vulnerability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7977EDAD" w14:textId="77777777" w:rsidR="00AE08AB" w:rsidRDefault="00AA2D9E">
      <w:pPr>
        <w:pStyle w:val="Heading2"/>
      </w:pPr>
      <w:r>
        <w:t>Release</w:t>
      </w:r>
    </w:p>
    <w:p w14:paraId="08E5F3D9" w14:textId="77777777" w:rsidR="00AE08AB" w:rsidRDefault="00AA2D9E">
      <w:r>
        <w:t>Complete this sentence slowly: “Father, today I place into Your hands…”</w:t>
      </w:r>
    </w:p>
    <w:p w14:paraId="78C871D1" w14:textId="77777777" w:rsidR="00AE08AB" w:rsidRDefault="00AA2D9E">
      <w:pPr>
        <w:spacing w:after="60"/>
      </w:pPr>
      <w:r>
        <w:rPr>
          <w:color w:val="B9B9B9"/>
          <w:sz w:val="16"/>
        </w:rPr>
        <w:t>________________________________________________________</w:t>
      </w:r>
    </w:p>
    <w:p w14:paraId="3CC362A6" w14:textId="77777777" w:rsidR="00AE08AB" w:rsidRDefault="00AA2D9E">
      <w:pPr>
        <w:spacing w:after="60"/>
      </w:pPr>
      <w:r>
        <w:rPr>
          <w:color w:val="B9B9B9"/>
          <w:sz w:val="16"/>
        </w:rPr>
        <w:t>________________________________________________________</w:t>
      </w:r>
    </w:p>
    <w:p w14:paraId="2EAC60BC" w14:textId="77777777" w:rsidR="00AE08AB" w:rsidRDefault="00AA2D9E">
      <w:pPr>
        <w:pStyle w:val="Heading2"/>
      </w:pPr>
      <w:r>
        <w:t>Listen</w:t>
      </w:r>
    </w:p>
    <w:p w14:paraId="2607CB63" w14:textId="77777777" w:rsidR="00AE08AB" w:rsidRDefault="00AA2D9E">
      <w:r>
        <w:t>Remain quiet for a moment. What truth, Scripture, conviction, or gentle reminder is rising?</w:t>
      </w:r>
    </w:p>
    <w:p w14:paraId="14126C8F" w14:textId="77777777" w:rsidR="00AE08AB" w:rsidRDefault="00AA2D9E">
      <w:pPr>
        <w:spacing w:after="60"/>
      </w:pPr>
      <w:r>
        <w:rPr>
          <w:color w:val="B9B9B9"/>
          <w:sz w:val="16"/>
        </w:rPr>
        <w:t>________________________________________________________</w:t>
      </w:r>
    </w:p>
    <w:p w14:paraId="21DB6A64" w14:textId="77777777" w:rsidR="00AE08AB" w:rsidRDefault="00AA2D9E">
      <w:pPr>
        <w:spacing w:after="60"/>
      </w:pPr>
      <w:r>
        <w:rPr>
          <w:color w:val="B9B9B9"/>
          <w:sz w:val="16"/>
        </w:rPr>
        <w:t>________________________________________________________</w:t>
      </w:r>
    </w:p>
    <w:p w14:paraId="798D39E5" w14:textId="77777777" w:rsidR="00AE08AB" w:rsidRDefault="00AA2D9E">
      <w:pPr>
        <w:pStyle w:val="Heading2"/>
      </w:pPr>
      <w:r>
        <w:t>My Unfiltered Prayer</w:t>
      </w:r>
    </w:p>
    <w:p w14:paraId="39F2EF8B" w14:textId="77777777" w:rsidR="00AE08AB" w:rsidRDefault="00AA2D9E">
      <w:r>
        <w:t>God, as I sit with strength and vulnerability, what I most need to tell You honestly is…</w:t>
      </w:r>
    </w:p>
    <w:p w14:paraId="37DC69F5" w14:textId="77777777" w:rsidR="00AE08AB" w:rsidRDefault="00AA2D9E">
      <w:pPr>
        <w:spacing w:after="60"/>
      </w:pPr>
      <w:r>
        <w:rPr>
          <w:color w:val="B9B9B9"/>
          <w:sz w:val="16"/>
        </w:rPr>
        <w:t>________________________________________________________</w:t>
      </w:r>
    </w:p>
    <w:p w14:paraId="1DD9BA44" w14:textId="77777777" w:rsidR="00AE08AB" w:rsidRDefault="00AA2D9E">
      <w:pPr>
        <w:spacing w:after="60"/>
      </w:pPr>
      <w:r>
        <w:rPr>
          <w:color w:val="B9B9B9"/>
          <w:sz w:val="16"/>
        </w:rPr>
        <w:t>________________________________________________________</w:t>
      </w:r>
    </w:p>
    <w:p w14:paraId="44CB8983" w14:textId="77777777" w:rsidR="00AE08AB" w:rsidRDefault="00AA2D9E">
      <w:pPr>
        <w:spacing w:after="60"/>
      </w:pPr>
      <w:r>
        <w:rPr>
          <w:color w:val="B9B9B9"/>
          <w:sz w:val="16"/>
        </w:rPr>
        <w:t>________________________________________________________</w:t>
      </w:r>
    </w:p>
    <w:p w14:paraId="4F673304" w14:textId="77777777" w:rsidR="00AE08AB" w:rsidRDefault="00AA2D9E">
      <w:pPr>
        <w:spacing w:after="60"/>
      </w:pPr>
      <w:r>
        <w:rPr>
          <w:color w:val="B9B9B9"/>
          <w:sz w:val="16"/>
        </w:rPr>
        <w:lastRenderedPageBreak/>
        <w:t>________________________________________________________</w:t>
      </w:r>
    </w:p>
    <w:p w14:paraId="451D04C8" w14:textId="77777777" w:rsidR="00AE08AB" w:rsidRDefault="00AA2D9E">
      <w:pPr>
        <w:spacing w:after="60"/>
      </w:pPr>
      <w:r>
        <w:rPr>
          <w:color w:val="B9B9B9"/>
          <w:sz w:val="16"/>
        </w:rPr>
        <w:t>________________________________________________________</w:t>
      </w:r>
    </w:p>
    <w:p w14:paraId="054D4ED1" w14:textId="77777777" w:rsidR="00AE08AB" w:rsidRDefault="00AA2D9E">
      <w:pPr>
        <w:spacing w:after="60"/>
      </w:pPr>
      <w:r>
        <w:rPr>
          <w:color w:val="B9B9B9"/>
          <w:sz w:val="16"/>
        </w:rPr>
        <w:t>________________________________________________________</w:t>
      </w:r>
    </w:p>
    <w:p w14:paraId="01D55975" w14:textId="77777777" w:rsidR="00AE08AB" w:rsidRDefault="00AA2D9E">
      <w:pPr>
        <w:spacing w:after="60"/>
      </w:pPr>
      <w:r>
        <w:rPr>
          <w:color w:val="B9B9B9"/>
          <w:sz w:val="16"/>
        </w:rPr>
        <w:t>________________________________________________________</w:t>
      </w:r>
    </w:p>
    <w:p w14:paraId="70D59373" w14:textId="77777777" w:rsidR="00AE08AB" w:rsidRDefault="00AA2D9E">
      <w:r>
        <w:br w:type="page"/>
      </w:r>
    </w:p>
    <w:p w14:paraId="4C869A97" w14:textId="77777777" w:rsidR="00AE08AB" w:rsidRDefault="00AA2D9E">
      <w:pPr>
        <w:pStyle w:val="Heading2"/>
      </w:pPr>
      <w:r>
        <w:lastRenderedPageBreak/>
        <w:t>DAY 10</w:t>
      </w:r>
    </w:p>
    <w:p w14:paraId="62E56E57" w14:textId="77777777" w:rsidR="00AE08AB" w:rsidRDefault="00AA2D9E">
      <w:pPr>
        <w:pStyle w:val="Heading1"/>
      </w:pPr>
      <w:r>
        <w:t>The Courage to Ask</w:t>
      </w:r>
    </w:p>
    <w:p w14:paraId="16C6F77E" w14:textId="77777777" w:rsidR="00AE08AB" w:rsidRDefault="00AA2D9E">
      <w:r>
        <w:rPr>
          <w:b/>
          <w:color w:val="B08D3A"/>
        </w:rPr>
        <w:t xml:space="preserve">SCRIPTURE ANCHOR  </w:t>
      </w:r>
      <w:r>
        <w:t>Ecclesiastes 4:9-10</w:t>
      </w:r>
    </w:p>
    <w:p w14:paraId="6A116839" w14:textId="77777777" w:rsidR="00AE08AB" w:rsidRDefault="00AA2D9E">
      <w:pPr>
        <w:pStyle w:val="Heading2"/>
      </w:pPr>
      <w:r>
        <w:t>Pause</w:t>
      </w:r>
    </w:p>
    <w:p w14:paraId="38D84F8A" w14:textId="77777777" w:rsidR="00AE08AB" w:rsidRDefault="00AA2D9E">
      <w:r>
        <w:t>Take three slow breaths. Let your body become still. You do not have to solve anything before you pray.</w:t>
      </w:r>
    </w:p>
    <w:p w14:paraId="5D702C22" w14:textId="77777777" w:rsidR="00AE08AB" w:rsidRDefault="00AA2D9E">
      <w:pPr>
        <w:pStyle w:val="Heading2"/>
      </w:pPr>
      <w:r>
        <w:t>Guided Prayer</w:t>
      </w:r>
    </w:p>
    <w:p w14:paraId="335A0DBD" w14:textId="77777777" w:rsidR="00AE08AB" w:rsidRDefault="00AA2D9E">
      <w:r>
        <w:t>Father, I bring You the reality of the courage to ask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w:t>
      </w:r>
      <w:r>
        <w:t>ons remain unanswered. In Jesus' name, Amen.</w:t>
      </w:r>
    </w:p>
    <w:p w14:paraId="20CDC907" w14:textId="77777777" w:rsidR="00AE08AB" w:rsidRDefault="00AA2D9E">
      <w:pPr>
        <w:pStyle w:val="Heading2"/>
      </w:pPr>
      <w:r>
        <w:t>Release</w:t>
      </w:r>
    </w:p>
    <w:p w14:paraId="11A5E252" w14:textId="77777777" w:rsidR="00AE08AB" w:rsidRDefault="00AA2D9E">
      <w:r>
        <w:t>Complete this sentence slowly: “Father, today I place into Your hands…”</w:t>
      </w:r>
    </w:p>
    <w:p w14:paraId="23E80FED" w14:textId="77777777" w:rsidR="00AE08AB" w:rsidRDefault="00AA2D9E">
      <w:pPr>
        <w:spacing w:after="60"/>
      </w:pPr>
      <w:r>
        <w:rPr>
          <w:color w:val="B9B9B9"/>
          <w:sz w:val="16"/>
        </w:rPr>
        <w:t>________________________________________________________</w:t>
      </w:r>
    </w:p>
    <w:p w14:paraId="18B7AA0D" w14:textId="77777777" w:rsidR="00AE08AB" w:rsidRDefault="00AA2D9E">
      <w:pPr>
        <w:spacing w:after="60"/>
      </w:pPr>
      <w:r>
        <w:rPr>
          <w:color w:val="B9B9B9"/>
          <w:sz w:val="16"/>
        </w:rPr>
        <w:t>________________________________________________________</w:t>
      </w:r>
    </w:p>
    <w:p w14:paraId="59037BFA" w14:textId="77777777" w:rsidR="00AE08AB" w:rsidRDefault="00AA2D9E">
      <w:pPr>
        <w:pStyle w:val="Heading2"/>
      </w:pPr>
      <w:r>
        <w:t>Listen</w:t>
      </w:r>
    </w:p>
    <w:p w14:paraId="75B81C0E" w14:textId="77777777" w:rsidR="00AE08AB" w:rsidRDefault="00AA2D9E">
      <w:r>
        <w:t>Remain quiet for a moment. What truth, Scripture, conviction, or gentle reminder is rising?</w:t>
      </w:r>
    </w:p>
    <w:p w14:paraId="3319370E" w14:textId="77777777" w:rsidR="00AE08AB" w:rsidRDefault="00AA2D9E">
      <w:pPr>
        <w:spacing w:after="60"/>
      </w:pPr>
      <w:r>
        <w:rPr>
          <w:color w:val="B9B9B9"/>
          <w:sz w:val="16"/>
        </w:rPr>
        <w:t>________________________________________________________</w:t>
      </w:r>
    </w:p>
    <w:p w14:paraId="6961D233" w14:textId="77777777" w:rsidR="00AE08AB" w:rsidRDefault="00AA2D9E">
      <w:pPr>
        <w:spacing w:after="60"/>
      </w:pPr>
      <w:r>
        <w:rPr>
          <w:color w:val="B9B9B9"/>
          <w:sz w:val="16"/>
        </w:rPr>
        <w:t>________________________________________________________</w:t>
      </w:r>
    </w:p>
    <w:p w14:paraId="68C9DE9E" w14:textId="77777777" w:rsidR="00AE08AB" w:rsidRDefault="00AA2D9E">
      <w:pPr>
        <w:pStyle w:val="Heading2"/>
      </w:pPr>
      <w:r>
        <w:t>My Unfiltered Prayer</w:t>
      </w:r>
    </w:p>
    <w:p w14:paraId="236E496A" w14:textId="77777777" w:rsidR="00AE08AB" w:rsidRDefault="00AA2D9E">
      <w:r>
        <w:t>God, as I sit with the courage to ask, what I most need to tell You honestly is…</w:t>
      </w:r>
    </w:p>
    <w:p w14:paraId="59031E34" w14:textId="77777777" w:rsidR="00AE08AB" w:rsidRDefault="00AA2D9E">
      <w:pPr>
        <w:spacing w:after="60"/>
      </w:pPr>
      <w:r>
        <w:rPr>
          <w:color w:val="B9B9B9"/>
          <w:sz w:val="16"/>
        </w:rPr>
        <w:t>________________________________________________________</w:t>
      </w:r>
    </w:p>
    <w:p w14:paraId="67AAA1A8" w14:textId="77777777" w:rsidR="00AE08AB" w:rsidRDefault="00AA2D9E">
      <w:pPr>
        <w:spacing w:after="60"/>
      </w:pPr>
      <w:r>
        <w:rPr>
          <w:color w:val="B9B9B9"/>
          <w:sz w:val="16"/>
        </w:rPr>
        <w:t>________________________________________________________</w:t>
      </w:r>
    </w:p>
    <w:p w14:paraId="18089209" w14:textId="77777777" w:rsidR="00AE08AB" w:rsidRDefault="00AA2D9E">
      <w:pPr>
        <w:spacing w:after="60"/>
      </w:pPr>
      <w:r>
        <w:rPr>
          <w:color w:val="B9B9B9"/>
          <w:sz w:val="16"/>
        </w:rPr>
        <w:t>________________________________________________________</w:t>
      </w:r>
    </w:p>
    <w:p w14:paraId="1BD71B3E" w14:textId="77777777" w:rsidR="00AE08AB" w:rsidRDefault="00AA2D9E">
      <w:pPr>
        <w:spacing w:after="60"/>
      </w:pPr>
      <w:r>
        <w:rPr>
          <w:color w:val="B9B9B9"/>
          <w:sz w:val="16"/>
        </w:rPr>
        <w:t>________________________________________________________</w:t>
      </w:r>
    </w:p>
    <w:p w14:paraId="263CE74D" w14:textId="77777777" w:rsidR="00AE08AB" w:rsidRDefault="00AA2D9E">
      <w:pPr>
        <w:spacing w:after="60"/>
      </w:pPr>
      <w:r>
        <w:rPr>
          <w:color w:val="B9B9B9"/>
          <w:sz w:val="16"/>
        </w:rPr>
        <w:lastRenderedPageBreak/>
        <w:t>________________________________________________________</w:t>
      </w:r>
    </w:p>
    <w:p w14:paraId="09823D48" w14:textId="77777777" w:rsidR="00AE08AB" w:rsidRDefault="00AA2D9E">
      <w:pPr>
        <w:spacing w:after="60"/>
      </w:pPr>
      <w:r>
        <w:rPr>
          <w:color w:val="B9B9B9"/>
          <w:sz w:val="16"/>
        </w:rPr>
        <w:t>________________________________________________________</w:t>
      </w:r>
    </w:p>
    <w:p w14:paraId="6475B17F" w14:textId="77777777" w:rsidR="00AE08AB" w:rsidRDefault="00AA2D9E">
      <w:pPr>
        <w:spacing w:after="60"/>
      </w:pPr>
      <w:r>
        <w:rPr>
          <w:color w:val="B9B9B9"/>
          <w:sz w:val="16"/>
        </w:rPr>
        <w:t>________________________________________________________</w:t>
      </w:r>
    </w:p>
    <w:p w14:paraId="122733C6" w14:textId="77777777" w:rsidR="00AE08AB" w:rsidRDefault="00AA2D9E">
      <w:r>
        <w:br w:type="page"/>
      </w:r>
    </w:p>
    <w:p w14:paraId="04F9F638" w14:textId="77777777" w:rsidR="00AE08AB" w:rsidRDefault="00AA2D9E">
      <w:pPr>
        <w:pStyle w:val="Heading2"/>
      </w:pPr>
      <w:r>
        <w:lastRenderedPageBreak/>
        <w:t>DAY 11</w:t>
      </w:r>
    </w:p>
    <w:p w14:paraId="04677A2B" w14:textId="77777777" w:rsidR="00AE08AB" w:rsidRDefault="00AA2D9E">
      <w:pPr>
        <w:pStyle w:val="Heading1"/>
      </w:pPr>
      <w:r>
        <w:t>Endurance Builds Character</w:t>
      </w:r>
    </w:p>
    <w:p w14:paraId="10C68377" w14:textId="77777777" w:rsidR="00AE08AB" w:rsidRDefault="00AA2D9E">
      <w:r>
        <w:rPr>
          <w:b/>
          <w:color w:val="B08D3A"/>
        </w:rPr>
        <w:t xml:space="preserve">SCRIPTURE ANCHOR  </w:t>
      </w:r>
      <w:r>
        <w:t>Romans 5:3-5</w:t>
      </w:r>
    </w:p>
    <w:p w14:paraId="2AAE166B" w14:textId="77777777" w:rsidR="00AE08AB" w:rsidRDefault="00AA2D9E">
      <w:pPr>
        <w:pStyle w:val="Heading2"/>
      </w:pPr>
      <w:r>
        <w:t>Pause</w:t>
      </w:r>
    </w:p>
    <w:p w14:paraId="739EC476" w14:textId="77777777" w:rsidR="00AE08AB" w:rsidRDefault="00AA2D9E">
      <w:r>
        <w:t>Take three slow breaths. Let your body become still. You do not have to solve anything before you pray.</w:t>
      </w:r>
    </w:p>
    <w:p w14:paraId="2CE3C88C" w14:textId="77777777" w:rsidR="00AE08AB" w:rsidRDefault="00AA2D9E">
      <w:pPr>
        <w:pStyle w:val="Heading2"/>
      </w:pPr>
      <w:r>
        <w:t>Guided Prayer</w:t>
      </w:r>
    </w:p>
    <w:p w14:paraId="39916911" w14:textId="77777777" w:rsidR="00AE08AB" w:rsidRDefault="00AA2D9E">
      <w:r>
        <w:t>Father, I bring You the reality of endurance builds character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1A789296" w14:textId="77777777" w:rsidR="00AE08AB" w:rsidRDefault="00AA2D9E">
      <w:pPr>
        <w:pStyle w:val="Heading2"/>
      </w:pPr>
      <w:r>
        <w:t>Release</w:t>
      </w:r>
    </w:p>
    <w:p w14:paraId="1E9C3D11" w14:textId="77777777" w:rsidR="00AE08AB" w:rsidRDefault="00AA2D9E">
      <w:r>
        <w:t>Complete this sentence slowly: “Father, today I place into Your hands…”</w:t>
      </w:r>
    </w:p>
    <w:p w14:paraId="6ADF6DF8" w14:textId="77777777" w:rsidR="00AE08AB" w:rsidRDefault="00AA2D9E">
      <w:pPr>
        <w:spacing w:after="60"/>
      </w:pPr>
      <w:r>
        <w:rPr>
          <w:color w:val="B9B9B9"/>
          <w:sz w:val="16"/>
        </w:rPr>
        <w:t>________________________________________________________</w:t>
      </w:r>
    </w:p>
    <w:p w14:paraId="188AB729" w14:textId="77777777" w:rsidR="00AE08AB" w:rsidRDefault="00AA2D9E">
      <w:pPr>
        <w:spacing w:after="60"/>
      </w:pPr>
      <w:r>
        <w:rPr>
          <w:color w:val="B9B9B9"/>
          <w:sz w:val="16"/>
        </w:rPr>
        <w:t>________________________________________________________</w:t>
      </w:r>
    </w:p>
    <w:p w14:paraId="1CA1614F" w14:textId="77777777" w:rsidR="00AE08AB" w:rsidRDefault="00AA2D9E">
      <w:pPr>
        <w:pStyle w:val="Heading2"/>
      </w:pPr>
      <w:r>
        <w:t>Listen</w:t>
      </w:r>
    </w:p>
    <w:p w14:paraId="761EDD20" w14:textId="77777777" w:rsidR="00AE08AB" w:rsidRDefault="00AA2D9E">
      <w:r>
        <w:t>Remain quiet for a moment. What truth, Scripture, conviction, or gentle reminder is rising?</w:t>
      </w:r>
    </w:p>
    <w:p w14:paraId="19161521" w14:textId="77777777" w:rsidR="00AE08AB" w:rsidRDefault="00AA2D9E">
      <w:pPr>
        <w:spacing w:after="60"/>
      </w:pPr>
      <w:r>
        <w:rPr>
          <w:color w:val="B9B9B9"/>
          <w:sz w:val="16"/>
        </w:rPr>
        <w:t>________________________________________________________</w:t>
      </w:r>
    </w:p>
    <w:p w14:paraId="7F355A3E" w14:textId="77777777" w:rsidR="00AE08AB" w:rsidRDefault="00AA2D9E">
      <w:pPr>
        <w:spacing w:after="60"/>
      </w:pPr>
      <w:r>
        <w:rPr>
          <w:color w:val="B9B9B9"/>
          <w:sz w:val="16"/>
        </w:rPr>
        <w:t>________________________________________________________</w:t>
      </w:r>
    </w:p>
    <w:p w14:paraId="3CD3F2C3" w14:textId="77777777" w:rsidR="00AE08AB" w:rsidRDefault="00AA2D9E">
      <w:pPr>
        <w:pStyle w:val="Heading2"/>
      </w:pPr>
      <w:r>
        <w:t>My Unfiltered Prayer</w:t>
      </w:r>
    </w:p>
    <w:p w14:paraId="2A14EE98" w14:textId="77777777" w:rsidR="00AE08AB" w:rsidRDefault="00AA2D9E">
      <w:r>
        <w:t>God, as I sit with endurance builds character, what I most need to tell You honestly is…</w:t>
      </w:r>
    </w:p>
    <w:p w14:paraId="00120933" w14:textId="77777777" w:rsidR="00AE08AB" w:rsidRDefault="00AA2D9E">
      <w:pPr>
        <w:spacing w:after="60"/>
      </w:pPr>
      <w:r>
        <w:rPr>
          <w:color w:val="B9B9B9"/>
          <w:sz w:val="16"/>
        </w:rPr>
        <w:t>________________________________________________________</w:t>
      </w:r>
    </w:p>
    <w:p w14:paraId="4EF7A40C" w14:textId="77777777" w:rsidR="00AE08AB" w:rsidRDefault="00AA2D9E">
      <w:pPr>
        <w:spacing w:after="60"/>
      </w:pPr>
      <w:r>
        <w:rPr>
          <w:color w:val="B9B9B9"/>
          <w:sz w:val="16"/>
        </w:rPr>
        <w:t>________________________________________________________</w:t>
      </w:r>
    </w:p>
    <w:p w14:paraId="0D5D34E2" w14:textId="77777777" w:rsidR="00AE08AB" w:rsidRDefault="00AA2D9E">
      <w:pPr>
        <w:spacing w:after="60"/>
      </w:pPr>
      <w:r>
        <w:rPr>
          <w:color w:val="B9B9B9"/>
          <w:sz w:val="16"/>
        </w:rPr>
        <w:t>________________________________________________________</w:t>
      </w:r>
    </w:p>
    <w:p w14:paraId="4BC27F05" w14:textId="77777777" w:rsidR="00AE08AB" w:rsidRDefault="00AA2D9E">
      <w:pPr>
        <w:spacing w:after="60"/>
      </w:pPr>
      <w:r>
        <w:rPr>
          <w:color w:val="B9B9B9"/>
          <w:sz w:val="16"/>
        </w:rPr>
        <w:lastRenderedPageBreak/>
        <w:t>________________________________________________________</w:t>
      </w:r>
    </w:p>
    <w:p w14:paraId="7F8FB024" w14:textId="77777777" w:rsidR="00AE08AB" w:rsidRDefault="00AA2D9E">
      <w:pPr>
        <w:spacing w:after="60"/>
      </w:pPr>
      <w:r>
        <w:rPr>
          <w:color w:val="B9B9B9"/>
          <w:sz w:val="16"/>
        </w:rPr>
        <w:t>________________________________________________________</w:t>
      </w:r>
    </w:p>
    <w:p w14:paraId="4665404D" w14:textId="77777777" w:rsidR="00AE08AB" w:rsidRDefault="00AA2D9E">
      <w:pPr>
        <w:spacing w:after="60"/>
      </w:pPr>
      <w:r>
        <w:rPr>
          <w:color w:val="B9B9B9"/>
          <w:sz w:val="16"/>
        </w:rPr>
        <w:t>________________________________________________________</w:t>
      </w:r>
    </w:p>
    <w:p w14:paraId="3560A11D" w14:textId="77777777" w:rsidR="00AE08AB" w:rsidRDefault="00AA2D9E">
      <w:pPr>
        <w:spacing w:after="60"/>
      </w:pPr>
      <w:r>
        <w:rPr>
          <w:color w:val="B9B9B9"/>
          <w:sz w:val="16"/>
        </w:rPr>
        <w:t>________________________________________________________</w:t>
      </w:r>
    </w:p>
    <w:p w14:paraId="5711B8E4" w14:textId="77777777" w:rsidR="00AE08AB" w:rsidRDefault="00AA2D9E">
      <w:r>
        <w:br w:type="page"/>
      </w:r>
    </w:p>
    <w:p w14:paraId="5DEED71F" w14:textId="77777777" w:rsidR="00AE08AB" w:rsidRDefault="00AA2D9E">
      <w:pPr>
        <w:pStyle w:val="Heading2"/>
      </w:pPr>
      <w:r>
        <w:lastRenderedPageBreak/>
        <w:t>DAY 12</w:t>
      </w:r>
    </w:p>
    <w:p w14:paraId="2EBFA75D" w14:textId="77777777" w:rsidR="00AE08AB" w:rsidRDefault="00AA2D9E">
      <w:pPr>
        <w:pStyle w:val="Heading1"/>
      </w:pPr>
      <w:r>
        <w:t>Strength for Fathers</w:t>
      </w:r>
    </w:p>
    <w:p w14:paraId="0984723B" w14:textId="77777777" w:rsidR="00AE08AB" w:rsidRDefault="00AA2D9E">
      <w:r>
        <w:rPr>
          <w:b/>
          <w:color w:val="B08D3A"/>
        </w:rPr>
        <w:t xml:space="preserve">SCRIPTURE ANCHOR  </w:t>
      </w:r>
      <w:r>
        <w:t>Joshua 24:15</w:t>
      </w:r>
    </w:p>
    <w:p w14:paraId="391EF3F0" w14:textId="77777777" w:rsidR="00AE08AB" w:rsidRDefault="00AA2D9E">
      <w:pPr>
        <w:pStyle w:val="Heading2"/>
      </w:pPr>
      <w:r>
        <w:t>Pause</w:t>
      </w:r>
    </w:p>
    <w:p w14:paraId="738101FF" w14:textId="77777777" w:rsidR="00AE08AB" w:rsidRDefault="00AA2D9E">
      <w:r>
        <w:t>Take three slow breaths. Let your body become still. You do not have to solve anything before you pray.</w:t>
      </w:r>
    </w:p>
    <w:p w14:paraId="37367C3D" w14:textId="77777777" w:rsidR="00AE08AB" w:rsidRDefault="00AA2D9E">
      <w:pPr>
        <w:pStyle w:val="Heading2"/>
      </w:pPr>
      <w:r>
        <w:t>Guided Prayer</w:t>
      </w:r>
    </w:p>
    <w:p w14:paraId="4048F984" w14:textId="77777777" w:rsidR="00AE08AB" w:rsidRDefault="00AA2D9E">
      <w:r>
        <w:t>Father, I bring You the reality of strength for fathers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4A991020" w14:textId="77777777" w:rsidR="00AE08AB" w:rsidRDefault="00AA2D9E">
      <w:pPr>
        <w:pStyle w:val="Heading2"/>
      </w:pPr>
      <w:r>
        <w:t>Release</w:t>
      </w:r>
    </w:p>
    <w:p w14:paraId="6D0C66ED" w14:textId="77777777" w:rsidR="00AE08AB" w:rsidRDefault="00AA2D9E">
      <w:r>
        <w:t>Complete this sentence slowly: “Father, today I place into Your hands…”</w:t>
      </w:r>
    </w:p>
    <w:p w14:paraId="0FD580FF" w14:textId="77777777" w:rsidR="00AE08AB" w:rsidRDefault="00AA2D9E">
      <w:pPr>
        <w:spacing w:after="60"/>
      </w:pPr>
      <w:r>
        <w:rPr>
          <w:color w:val="B9B9B9"/>
          <w:sz w:val="16"/>
        </w:rPr>
        <w:t>________________________________________________________</w:t>
      </w:r>
    </w:p>
    <w:p w14:paraId="0CC26386" w14:textId="77777777" w:rsidR="00AE08AB" w:rsidRDefault="00AA2D9E">
      <w:pPr>
        <w:spacing w:after="60"/>
      </w:pPr>
      <w:r>
        <w:rPr>
          <w:color w:val="B9B9B9"/>
          <w:sz w:val="16"/>
        </w:rPr>
        <w:t>________________________________________________________</w:t>
      </w:r>
    </w:p>
    <w:p w14:paraId="1870B797" w14:textId="77777777" w:rsidR="00AE08AB" w:rsidRDefault="00AA2D9E">
      <w:pPr>
        <w:pStyle w:val="Heading2"/>
      </w:pPr>
      <w:r>
        <w:t>Listen</w:t>
      </w:r>
    </w:p>
    <w:p w14:paraId="373FE044" w14:textId="77777777" w:rsidR="00AE08AB" w:rsidRDefault="00AA2D9E">
      <w:r>
        <w:t>Remain quiet for a moment. What truth, Scripture, conviction, or gentle reminder is rising?</w:t>
      </w:r>
    </w:p>
    <w:p w14:paraId="288B6453" w14:textId="77777777" w:rsidR="00AE08AB" w:rsidRDefault="00AA2D9E">
      <w:pPr>
        <w:spacing w:after="60"/>
      </w:pPr>
      <w:r>
        <w:rPr>
          <w:color w:val="B9B9B9"/>
          <w:sz w:val="16"/>
        </w:rPr>
        <w:t>________________________________________________________</w:t>
      </w:r>
    </w:p>
    <w:p w14:paraId="069492E8" w14:textId="77777777" w:rsidR="00AE08AB" w:rsidRDefault="00AA2D9E">
      <w:pPr>
        <w:spacing w:after="60"/>
      </w:pPr>
      <w:r>
        <w:rPr>
          <w:color w:val="B9B9B9"/>
          <w:sz w:val="16"/>
        </w:rPr>
        <w:t>________________________________________________________</w:t>
      </w:r>
    </w:p>
    <w:p w14:paraId="0CD47E17" w14:textId="77777777" w:rsidR="00AE08AB" w:rsidRDefault="00AA2D9E">
      <w:pPr>
        <w:pStyle w:val="Heading2"/>
      </w:pPr>
      <w:r>
        <w:t>My Unfiltered Prayer</w:t>
      </w:r>
    </w:p>
    <w:p w14:paraId="4EF5E77C" w14:textId="77777777" w:rsidR="00AE08AB" w:rsidRDefault="00AA2D9E">
      <w:r>
        <w:t>God, as I sit with strength for fathers, what I most need to tell You honestly is…</w:t>
      </w:r>
    </w:p>
    <w:p w14:paraId="4ABE638D" w14:textId="77777777" w:rsidR="00AE08AB" w:rsidRDefault="00AA2D9E">
      <w:pPr>
        <w:spacing w:after="60"/>
      </w:pPr>
      <w:r>
        <w:rPr>
          <w:color w:val="B9B9B9"/>
          <w:sz w:val="16"/>
        </w:rPr>
        <w:t>________________________________________________________</w:t>
      </w:r>
    </w:p>
    <w:p w14:paraId="04FDFA75" w14:textId="77777777" w:rsidR="00AE08AB" w:rsidRDefault="00AA2D9E">
      <w:pPr>
        <w:spacing w:after="60"/>
      </w:pPr>
      <w:r>
        <w:rPr>
          <w:color w:val="B9B9B9"/>
          <w:sz w:val="16"/>
        </w:rPr>
        <w:t>________________________________________________________</w:t>
      </w:r>
    </w:p>
    <w:p w14:paraId="1E7E1301" w14:textId="77777777" w:rsidR="00AE08AB" w:rsidRDefault="00AA2D9E">
      <w:pPr>
        <w:spacing w:after="60"/>
      </w:pPr>
      <w:r>
        <w:rPr>
          <w:color w:val="B9B9B9"/>
          <w:sz w:val="16"/>
        </w:rPr>
        <w:t>________________________________________________________</w:t>
      </w:r>
    </w:p>
    <w:p w14:paraId="65ABBF30" w14:textId="77777777" w:rsidR="00AE08AB" w:rsidRDefault="00AA2D9E">
      <w:pPr>
        <w:spacing w:after="60"/>
      </w:pPr>
      <w:r>
        <w:rPr>
          <w:color w:val="B9B9B9"/>
          <w:sz w:val="16"/>
        </w:rPr>
        <w:t>________________________________________________________</w:t>
      </w:r>
    </w:p>
    <w:p w14:paraId="08D28CA0" w14:textId="77777777" w:rsidR="00AE08AB" w:rsidRDefault="00AA2D9E">
      <w:pPr>
        <w:spacing w:after="60"/>
      </w:pPr>
      <w:r>
        <w:rPr>
          <w:color w:val="B9B9B9"/>
          <w:sz w:val="16"/>
        </w:rPr>
        <w:lastRenderedPageBreak/>
        <w:t>________________________________________________________</w:t>
      </w:r>
    </w:p>
    <w:p w14:paraId="10699717" w14:textId="77777777" w:rsidR="00AE08AB" w:rsidRDefault="00AA2D9E">
      <w:pPr>
        <w:spacing w:after="60"/>
      </w:pPr>
      <w:r>
        <w:rPr>
          <w:color w:val="B9B9B9"/>
          <w:sz w:val="16"/>
        </w:rPr>
        <w:t>________________________________________________________</w:t>
      </w:r>
    </w:p>
    <w:p w14:paraId="3DD61357" w14:textId="77777777" w:rsidR="00AE08AB" w:rsidRDefault="00AA2D9E">
      <w:pPr>
        <w:spacing w:after="60"/>
      </w:pPr>
      <w:r>
        <w:rPr>
          <w:color w:val="B9B9B9"/>
          <w:sz w:val="16"/>
        </w:rPr>
        <w:t>________________________________________________________</w:t>
      </w:r>
    </w:p>
    <w:p w14:paraId="58B0BD1B" w14:textId="77777777" w:rsidR="00AE08AB" w:rsidRDefault="00AA2D9E">
      <w:r>
        <w:br w:type="page"/>
      </w:r>
    </w:p>
    <w:p w14:paraId="0F53A01C" w14:textId="77777777" w:rsidR="00AE08AB" w:rsidRDefault="00AA2D9E">
      <w:pPr>
        <w:pStyle w:val="Heading2"/>
      </w:pPr>
      <w:r>
        <w:lastRenderedPageBreak/>
        <w:t>DAY 13</w:t>
      </w:r>
    </w:p>
    <w:p w14:paraId="163209D9" w14:textId="77777777" w:rsidR="00AE08AB" w:rsidRDefault="00AA2D9E">
      <w:pPr>
        <w:pStyle w:val="Heading1"/>
      </w:pPr>
      <w:r>
        <w:t>Leading While Hurting</w:t>
      </w:r>
    </w:p>
    <w:p w14:paraId="18B07BBD" w14:textId="77777777" w:rsidR="00AE08AB" w:rsidRDefault="00AA2D9E">
      <w:r>
        <w:rPr>
          <w:b/>
          <w:color w:val="B08D3A"/>
        </w:rPr>
        <w:t xml:space="preserve">SCRIPTURE ANCHOR  </w:t>
      </w:r>
      <w:r>
        <w:t>Psalm 112:7</w:t>
      </w:r>
    </w:p>
    <w:p w14:paraId="4587B416" w14:textId="77777777" w:rsidR="00AE08AB" w:rsidRDefault="00AA2D9E">
      <w:pPr>
        <w:pStyle w:val="Heading2"/>
      </w:pPr>
      <w:r>
        <w:t>Pause</w:t>
      </w:r>
    </w:p>
    <w:p w14:paraId="02149334" w14:textId="77777777" w:rsidR="00AE08AB" w:rsidRDefault="00AA2D9E">
      <w:r>
        <w:t>Take three slow breaths. Let your body become still. You do not have to solve anything before you pray.</w:t>
      </w:r>
    </w:p>
    <w:p w14:paraId="6A5FD1E2" w14:textId="77777777" w:rsidR="00AE08AB" w:rsidRDefault="00AA2D9E">
      <w:pPr>
        <w:pStyle w:val="Heading2"/>
      </w:pPr>
      <w:r>
        <w:t>Guided Prayer</w:t>
      </w:r>
    </w:p>
    <w:p w14:paraId="7903BA72" w14:textId="77777777" w:rsidR="00AE08AB" w:rsidRDefault="00AA2D9E">
      <w:r>
        <w:t>Father, I bring You the reality of leading while hurting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w:t>
      </w:r>
      <w:r>
        <w:t>stions remain unanswered. In Jesus' name, Amen.</w:t>
      </w:r>
    </w:p>
    <w:p w14:paraId="1F14951D" w14:textId="77777777" w:rsidR="00AE08AB" w:rsidRDefault="00AA2D9E">
      <w:pPr>
        <w:pStyle w:val="Heading2"/>
      </w:pPr>
      <w:r>
        <w:t>Release</w:t>
      </w:r>
    </w:p>
    <w:p w14:paraId="73A92A03" w14:textId="77777777" w:rsidR="00AE08AB" w:rsidRDefault="00AA2D9E">
      <w:r>
        <w:t>Complete this sentence slowly: “Father, today I place into Your hands…”</w:t>
      </w:r>
    </w:p>
    <w:p w14:paraId="3BBDA2EF" w14:textId="77777777" w:rsidR="00AE08AB" w:rsidRDefault="00AA2D9E">
      <w:pPr>
        <w:spacing w:after="60"/>
      </w:pPr>
      <w:r>
        <w:rPr>
          <w:color w:val="B9B9B9"/>
          <w:sz w:val="16"/>
        </w:rPr>
        <w:t>________________________________________________________</w:t>
      </w:r>
    </w:p>
    <w:p w14:paraId="75208FC0" w14:textId="77777777" w:rsidR="00AE08AB" w:rsidRDefault="00AA2D9E">
      <w:pPr>
        <w:spacing w:after="60"/>
      </w:pPr>
      <w:r>
        <w:rPr>
          <w:color w:val="B9B9B9"/>
          <w:sz w:val="16"/>
        </w:rPr>
        <w:t>________________________________________________________</w:t>
      </w:r>
    </w:p>
    <w:p w14:paraId="7D37AC49" w14:textId="77777777" w:rsidR="00AE08AB" w:rsidRDefault="00AA2D9E">
      <w:pPr>
        <w:pStyle w:val="Heading2"/>
      </w:pPr>
      <w:r>
        <w:t>Listen</w:t>
      </w:r>
    </w:p>
    <w:p w14:paraId="5BD97051" w14:textId="77777777" w:rsidR="00AE08AB" w:rsidRDefault="00AA2D9E">
      <w:r>
        <w:t>Remain quiet for a moment. What truth, Scripture, conviction, or gentle reminder is rising?</w:t>
      </w:r>
    </w:p>
    <w:p w14:paraId="3FB6C0BF" w14:textId="77777777" w:rsidR="00AE08AB" w:rsidRDefault="00AA2D9E">
      <w:pPr>
        <w:spacing w:after="60"/>
      </w:pPr>
      <w:r>
        <w:rPr>
          <w:color w:val="B9B9B9"/>
          <w:sz w:val="16"/>
        </w:rPr>
        <w:t>________________________________________________________</w:t>
      </w:r>
    </w:p>
    <w:p w14:paraId="610D39C0" w14:textId="77777777" w:rsidR="00AE08AB" w:rsidRDefault="00AA2D9E">
      <w:pPr>
        <w:spacing w:after="60"/>
      </w:pPr>
      <w:r>
        <w:rPr>
          <w:color w:val="B9B9B9"/>
          <w:sz w:val="16"/>
        </w:rPr>
        <w:t>________________________________________________________</w:t>
      </w:r>
    </w:p>
    <w:p w14:paraId="536D56D6" w14:textId="77777777" w:rsidR="00AE08AB" w:rsidRDefault="00AA2D9E">
      <w:pPr>
        <w:pStyle w:val="Heading2"/>
      </w:pPr>
      <w:r>
        <w:t>My Unfiltered Prayer</w:t>
      </w:r>
    </w:p>
    <w:p w14:paraId="24A932A6" w14:textId="77777777" w:rsidR="00AE08AB" w:rsidRDefault="00AA2D9E">
      <w:r>
        <w:t>God, as I sit with leading while hurting, what I most need to tell You honestly is…</w:t>
      </w:r>
    </w:p>
    <w:p w14:paraId="0A08DB28" w14:textId="77777777" w:rsidR="00AE08AB" w:rsidRDefault="00AA2D9E">
      <w:pPr>
        <w:spacing w:after="60"/>
      </w:pPr>
      <w:r>
        <w:rPr>
          <w:color w:val="B9B9B9"/>
          <w:sz w:val="16"/>
        </w:rPr>
        <w:t>________________________________________________________</w:t>
      </w:r>
    </w:p>
    <w:p w14:paraId="10CC40A3" w14:textId="77777777" w:rsidR="00AE08AB" w:rsidRDefault="00AA2D9E">
      <w:pPr>
        <w:spacing w:after="60"/>
      </w:pPr>
      <w:r>
        <w:rPr>
          <w:color w:val="B9B9B9"/>
          <w:sz w:val="16"/>
        </w:rPr>
        <w:t>________________________________________________________</w:t>
      </w:r>
    </w:p>
    <w:p w14:paraId="06D85C0D" w14:textId="77777777" w:rsidR="00AE08AB" w:rsidRDefault="00AA2D9E">
      <w:pPr>
        <w:spacing w:after="60"/>
      </w:pPr>
      <w:r>
        <w:rPr>
          <w:color w:val="B9B9B9"/>
          <w:sz w:val="16"/>
        </w:rPr>
        <w:t>________________________________________________________</w:t>
      </w:r>
    </w:p>
    <w:p w14:paraId="354FFFFE" w14:textId="77777777" w:rsidR="00AE08AB" w:rsidRDefault="00AA2D9E">
      <w:pPr>
        <w:spacing w:after="60"/>
      </w:pPr>
      <w:r>
        <w:rPr>
          <w:color w:val="B9B9B9"/>
          <w:sz w:val="16"/>
        </w:rPr>
        <w:lastRenderedPageBreak/>
        <w:t>________________________________________________________</w:t>
      </w:r>
    </w:p>
    <w:p w14:paraId="591C7FA0" w14:textId="77777777" w:rsidR="00AE08AB" w:rsidRDefault="00AA2D9E">
      <w:pPr>
        <w:spacing w:after="60"/>
      </w:pPr>
      <w:r>
        <w:rPr>
          <w:color w:val="B9B9B9"/>
          <w:sz w:val="16"/>
        </w:rPr>
        <w:t>________________________________________________________</w:t>
      </w:r>
    </w:p>
    <w:p w14:paraId="3558FA7D" w14:textId="77777777" w:rsidR="00AE08AB" w:rsidRDefault="00AA2D9E">
      <w:pPr>
        <w:spacing w:after="60"/>
      </w:pPr>
      <w:r>
        <w:rPr>
          <w:color w:val="B9B9B9"/>
          <w:sz w:val="16"/>
        </w:rPr>
        <w:t>________________________________________________________</w:t>
      </w:r>
    </w:p>
    <w:p w14:paraId="318E4D53" w14:textId="77777777" w:rsidR="00AE08AB" w:rsidRDefault="00AA2D9E">
      <w:pPr>
        <w:spacing w:after="60"/>
      </w:pPr>
      <w:r>
        <w:rPr>
          <w:color w:val="B9B9B9"/>
          <w:sz w:val="16"/>
        </w:rPr>
        <w:t>________________________________________________________</w:t>
      </w:r>
    </w:p>
    <w:p w14:paraId="3B3940AB" w14:textId="77777777" w:rsidR="00AE08AB" w:rsidRDefault="00AA2D9E">
      <w:r>
        <w:br w:type="page"/>
      </w:r>
    </w:p>
    <w:p w14:paraId="1E72BFF5" w14:textId="77777777" w:rsidR="00AE08AB" w:rsidRDefault="00AA2D9E">
      <w:pPr>
        <w:pStyle w:val="Heading2"/>
      </w:pPr>
      <w:r>
        <w:lastRenderedPageBreak/>
        <w:t>DAY 14</w:t>
      </w:r>
    </w:p>
    <w:p w14:paraId="333AD9B2" w14:textId="77777777" w:rsidR="00AE08AB" w:rsidRDefault="00AA2D9E">
      <w:pPr>
        <w:pStyle w:val="Heading1"/>
      </w:pPr>
      <w:r>
        <w:t>Protecting Without Pretending</w:t>
      </w:r>
    </w:p>
    <w:p w14:paraId="73BE4446" w14:textId="77777777" w:rsidR="00AE08AB" w:rsidRDefault="00AA2D9E">
      <w:r>
        <w:rPr>
          <w:b/>
          <w:color w:val="B08D3A"/>
        </w:rPr>
        <w:t xml:space="preserve">SCRIPTURE ANCHOR  </w:t>
      </w:r>
      <w:r>
        <w:t>Psalm 62:8</w:t>
      </w:r>
    </w:p>
    <w:p w14:paraId="654E1DA0" w14:textId="77777777" w:rsidR="00AE08AB" w:rsidRDefault="00AA2D9E">
      <w:pPr>
        <w:pStyle w:val="Heading2"/>
      </w:pPr>
      <w:r>
        <w:t>Pause</w:t>
      </w:r>
    </w:p>
    <w:p w14:paraId="00D3680F" w14:textId="77777777" w:rsidR="00AE08AB" w:rsidRDefault="00AA2D9E">
      <w:r>
        <w:t>Take three slow breaths. Let your body become still. You do not have to solve anything before you pray.</w:t>
      </w:r>
    </w:p>
    <w:p w14:paraId="494BAE43" w14:textId="77777777" w:rsidR="00AE08AB" w:rsidRDefault="00AA2D9E">
      <w:pPr>
        <w:pStyle w:val="Heading2"/>
      </w:pPr>
      <w:r>
        <w:t>Guided Prayer</w:t>
      </w:r>
    </w:p>
    <w:p w14:paraId="77691DA0" w14:textId="77777777" w:rsidR="00AE08AB" w:rsidRDefault="00AA2D9E">
      <w:r>
        <w:t xml:space="preserve">Father, I bring You the reality of protecting without pretending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w:t>
      </w:r>
      <w:r>
        <w:t>some questions remain unanswered. In Jesus' name, Amen.</w:t>
      </w:r>
    </w:p>
    <w:p w14:paraId="16A26DE7" w14:textId="77777777" w:rsidR="00AE08AB" w:rsidRDefault="00AA2D9E">
      <w:pPr>
        <w:pStyle w:val="Heading2"/>
      </w:pPr>
      <w:r>
        <w:t>Release</w:t>
      </w:r>
    </w:p>
    <w:p w14:paraId="705EE43F" w14:textId="77777777" w:rsidR="00AE08AB" w:rsidRDefault="00AA2D9E">
      <w:r>
        <w:t>Complete this sentence slowly: “Father, today I place into Your hands…”</w:t>
      </w:r>
    </w:p>
    <w:p w14:paraId="036740F9" w14:textId="77777777" w:rsidR="00AE08AB" w:rsidRDefault="00AA2D9E">
      <w:pPr>
        <w:spacing w:after="60"/>
      </w:pPr>
      <w:r>
        <w:rPr>
          <w:color w:val="B9B9B9"/>
          <w:sz w:val="16"/>
        </w:rPr>
        <w:t>________________________________________________________</w:t>
      </w:r>
    </w:p>
    <w:p w14:paraId="2B343C24" w14:textId="77777777" w:rsidR="00AE08AB" w:rsidRDefault="00AA2D9E">
      <w:pPr>
        <w:spacing w:after="60"/>
      </w:pPr>
      <w:r>
        <w:rPr>
          <w:color w:val="B9B9B9"/>
          <w:sz w:val="16"/>
        </w:rPr>
        <w:t>________________________________________________________</w:t>
      </w:r>
    </w:p>
    <w:p w14:paraId="0DF406F3" w14:textId="77777777" w:rsidR="00AE08AB" w:rsidRDefault="00AA2D9E">
      <w:pPr>
        <w:pStyle w:val="Heading2"/>
      </w:pPr>
      <w:r>
        <w:t>Listen</w:t>
      </w:r>
    </w:p>
    <w:p w14:paraId="65BB51E5" w14:textId="77777777" w:rsidR="00AE08AB" w:rsidRDefault="00AA2D9E">
      <w:r>
        <w:t>Remain quiet for a moment. What truth, Scripture, conviction, or gentle reminder is rising?</w:t>
      </w:r>
    </w:p>
    <w:p w14:paraId="5E41B22E" w14:textId="77777777" w:rsidR="00AE08AB" w:rsidRDefault="00AA2D9E">
      <w:pPr>
        <w:spacing w:after="60"/>
      </w:pPr>
      <w:r>
        <w:rPr>
          <w:color w:val="B9B9B9"/>
          <w:sz w:val="16"/>
        </w:rPr>
        <w:t>________________________________________________________</w:t>
      </w:r>
    </w:p>
    <w:p w14:paraId="195D6F72" w14:textId="77777777" w:rsidR="00AE08AB" w:rsidRDefault="00AA2D9E">
      <w:pPr>
        <w:spacing w:after="60"/>
      </w:pPr>
      <w:r>
        <w:rPr>
          <w:color w:val="B9B9B9"/>
          <w:sz w:val="16"/>
        </w:rPr>
        <w:t>________________________________________________________</w:t>
      </w:r>
    </w:p>
    <w:p w14:paraId="30892EFF" w14:textId="77777777" w:rsidR="00AE08AB" w:rsidRDefault="00AA2D9E">
      <w:pPr>
        <w:pStyle w:val="Heading2"/>
      </w:pPr>
      <w:r>
        <w:t>My Unfiltered Prayer</w:t>
      </w:r>
    </w:p>
    <w:p w14:paraId="19DCCA86" w14:textId="77777777" w:rsidR="00AE08AB" w:rsidRDefault="00AA2D9E">
      <w:r>
        <w:t>God, as I sit with protecting without pretending, what I most need to tell You honestly is…</w:t>
      </w:r>
    </w:p>
    <w:p w14:paraId="46524102" w14:textId="77777777" w:rsidR="00AE08AB" w:rsidRDefault="00AA2D9E">
      <w:pPr>
        <w:spacing w:after="60"/>
      </w:pPr>
      <w:r>
        <w:rPr>
          <w:color w:val="B9B9B9"/>
          <w:sz w:val="16"/>
        </w:rPr>
        <w:t>________________________________________________________</w:t>
      </w:r>
    </w:p>
    <w:p w14:paraId="5C94CAC2" w14:textId="77777777" w:rsidR="00AE08AB" w:rsidRDefault="00AA2D9E">
      <w:pPr>
        <w:spacing w:after="60"/>
      </w:pPr>
      <w:r>
        <w:rPr>
          <w:color w:val="B9B9B9"/>
          <w:sz w:val="16"/>
        </w:rPr>
        <w:t>________________________________________________________</w:t>
      </w:r>
    </w:p>
    <w:p w14:paraId="533356EE" w14:textId="77777777" w:rsidR="00AE08AB" w:rsidRDefault="00AA2D9E">
      <w:pPr>
        <w:spacing w:after="60"/>
      </w:pPr>
      <w:r>
        <w:rPr>
          <w:color w:val="B9B9B9"/>
          <w:sz w:val="16"/>
        </w:rPr>
        <w:t>________________________________________________________</w:t>
      </w:r>
    </w:p>
    <w:p w14:paraId="739ADC39" w14:textId="77777777" w:rsidR="00AE08AB" w:rsidRDefault="00AA2D9E">
      <w:pPr>
        <w:spacing w:after="60"/>
      </w:pPr>
      <w:r>
        <w:rPr>
          <w:color w:val="B9B9B9"/>
          <w:sz w:val="16"/>
        </w:rPr>
        <w:lastRenderedPageBreak/>
        <w:t>________________________________________________________</w:t>
      </w:r>
    </w:p>
    <w:p w14:paraId="16FF68E7" w14:textId="77777777" w:rsidR="00AE08AB" w:rsidRDefault="00AA2D9E">
      <w:pPr>
        <w:spacing w:after="60"/>
      </w:pPr>
      <w:r>
        <w:rPr>
          <w:color w:val="B9B9B9"/>
          <w:sz w:val="16"/>
        </w:rPr>
        <w:t>________________________________________________________</w:t>
      </w:r>
    </w:p>
    <w:p w14:paraId="5F681280" w14:textId="77777777" w:rsidR="00AE08AB" w:rsidRDefault="00AA2D9E">
      <w:pPr>
        <w:spacing w:after="60"/>
      </w:pPr>
      <w:r>
        <w:rPr>
          <w:color w:val="B9B9B9"/>
          <w:sz w:val="16"/>
        </w:rPr>
        <w:t>________________________________________________________</w:t>
      </w:r>
    </w:p>
    <w:p w14:paraId="369A9543" w14:textId="77777777" w:rsidR="00AE08AB" w:rsidRDefault="00AA2D9E">
      <w:pPr>
        <w:spacing w:after="60"/>
      </w:pPr>
      <w:r>
        <w:rPr>
          <w:color w:val="B9B9B9"/>
          <w:sz w:val="16"/>
        </w:rPr>
        <w:t>________________________________________________________</w:t>
      </w:r>
    </w:p>
    <w:p w14:paraId="635D003B" w14:textId="77777777" w:rsidR="00AE08AB" w:rsidRDefault="00AA2D9E">
      <w:pPr>
        <w:pStyle w:val="Heading1"/>
      </w:pPr>
      <w:r>
        <w:t>Sacred Pause</w:t>
      </w:r>
    </w:p>
    <w:p w14:paraId="01DECFEC" w14:textId="77777777" w:rsidR="00AE08AB" w:rsidRDefault="00AA2D9E">
      <w:pPr>
        <w:pStyle w:val="Heading3"/>
      </w:pPr>
      <w:r>
        <w:t>What happened within me this week?</w:t>
      </w:r>
    </w:p>
    <w:p w14:paraId="5BDB4735" w14:textId="77777777" w:rsidR="00AE08AB" w:rsidRDefault="00AA2D9E">
      <w:pPr>
        <w:spacing w:after="60"/>
      </w:pPr>
      <w:r>
        <w:rPr>
          <w:color w:val="B9B9B9"/>
          <w:sz w:val="16"/>
        </w:rPr>
        <w:t>________________________________________________________</w:t>
      </w:r>
    </w:p>
    <w:p w14:paraId="0647981F" w14:textId="77777777" w:rsidR="00AE08AB" w:rsidRDefault="00AA2D9E">
      <w:pPr>
        <w:pStyle w:val="Heading3"/>
      </w:pPr>
      <w:r>
        <w:t>What emotion appeared most often?</w:t>
      </w:r>
    </w:p>
    <w:p w14:paraId="03A39BE8" w14:textId="77777777" w:rsidR="00AE08AB" w:rsidRDefault="00AA2D9E">
      <w:pPr>
        <w:spacing w:after="60"/>
      </w:pPr>
      <w:r>
        <w:rPr>
          <w:color w:val="B9B9B9"/>
          <w:sz w:val="16"/>
        </w:rPr>
        <w:t>________________________________________________________</w:t>
      </w:r>
    </w:p>
    <w:p w14:paraId="36A0C110" w14:textId="77777777" w:rsidR="00AE08AB" w:rsidRDefault="00AA2D9E">
      <w:pPr>
        <w:pStyle w:val="Heading3"/>
      </w:pPr>
      <w:r>
        <w:t>Where did I recognize God's grace?</w:t>
      </w:r>
    </w:p>
    <w:p w14:paraId="501B5BFA" w14:textId="77777777" w:rsidR="00AE08AB" w:rsidRDefault="00AA2D9E">
      <w:pPr>
        <w:spacing w:after="60"/>
      </w:pPr>
      <w:r>
        <w:rPr>
          <w:color w:val="B9B9B9"/>
          <w:sz w:val="16"/>
        </w:rPr>
        <w:t>________________________________________________________</w:t>
      </w:r>
    </w:p>
    <w:p w14:paraId="44A46581" w14:textId="77777777" w:rsidR="00AE08AB" w:rsidRDefault="00AA2D9E">
      <w:pPr>
        <w:pStyle w:val="Heading3"/>
      </w:pPr>
      <w:r>
        <w:t>What do I refuse to carry into another week?</w:t>
      </w:r>
    </w:p>
    <w:p w14:paraId="71D6DDFA" w14:textId="77777777" w:rsidR="00AE08AB" w:rsidRDefault="00AA2D9E">
      <w:pPr>
        <w:spacing w:after="60"/>
      </w:pPr>
      <w:r>
        <w:rPr>
          <w:color w:val="B9B9B9"/>
          <w:sz w:val="16"/>
        </w:rPr>
        <w:t>________________________________________________________</w:t>
      </w:r>
    </w:p>
    <w:p w14:paraId="5B0EB109" w14:textId="77777777" w:rsidR="00AE08AB" w:rsidRDefault="00AA2D9E">
      <w:pPr>
        <w:pStyle w:val="Heading3"/>
      </w:pPr>
      <w:r>
        <w:t>What do I need to receive from God now?</w:t>
      </w:r>
    </w:p>
    <w:p w14:paraId="5DAA91CA" w14:textId="77777777" w:rsidR="00AE08AB" w:rsidRDefault="00AA2D9E">
      <w:pPr>
        <w:spacing w:after="60"/>
      </w:pPr>
      <w:r>
        <w:rPr>
          <w:color w:val="B9B9B9"/>
          <w:sz w:val="16"/>
        </w:rPr>
        <w:t>________________________________________________________</w:t>
      </w:r>
    </w:p>
    <w:p w14:paraId="73A7E552" w14:textId="77777777" w:rsidR="00AE08AB" w:rsidRDefault="00AA2D9E">
      <w:r>
        <w:br w:type="page"/>
      </w:r>
    </w:p>
    <w:p w14:paraId="0B156D0F" w14:textId="77777777" w:rsidR="00AE08AB" w:rsidRDefault="00AA2D9E">
      <w:pPr>
        <w:pStyle w:val="Heading2"/>
      </w:pPr>
      <w:r>
        <w:lastRenderedPageBreak/>
        <w:t>DAY 15</w:t>
      </w:r>
    </w:p>
    <w:p w14:paraId="50058C13" w14:textId="77777777" w:rsidR="00AE08AB" w:rsidRDefault="00AA2D9E">
      <w:pPr>
        <w:pStyle w:val="Heading1"/>
      </w:pPr>
      <w:r>
        <w:t>The Strength to Rest</w:t>
      </w:r>
    </w:p>
    <w:p w14:paraId="7FDB9482" w14:textId="77777777" w:rsidR="00AE08AB" w:rsidRDefault="00AA2D9E">
      <w:r>
        <w:rPr>
          <w:b/>
          <w:color w:val="B08D3A"/>
        </w:rPr>
        <w:t xml:space="preserve">SCRIPTURE ANCHOR  </w:t>
      </w:r>
      <w:r>
        <w:t>Mark 6:31</w:t>
      </w:r>
    </w:p>
    <w:p w14:paraId="25DD36BD" w14:textId="77777777" w:rsidR="00AE08AB" w:rsidRDefault="00AA2D9E">
      <w:pPr>
        <w:pStyle w:val="Heading2"/>
      </w:pPr>
      <w:r>
        <w:t>Pause</w:t>
      </w:r>
    </w:p>
    <w:p w14:paraId="3289BFB6" w14:textId="77777777" w:rsidR="00AE08AB" w:rsidRDefault="00AA2D9E">
      <w:r>
        <w:t>Take three slow breaths. Let your body become still. You do not have to solve anything before you pray.</w:t>
      </w:r>
    </w:p>
    <w:p w14:paraId="698C74CB" w14:textId="77777777" w:rsidR="00AE08AB" w:rsidRDefault="00AA2D9E">
      <w:pPr>
        <w:pStyle w:val="Heading2"/>
      </w:pPr>
      <w:r>
        <w:t>Guided Prayer</w:t>
      </w:r>
    </w:p>
    <w:p w14:paraId="4C697B1E" w14:textId="77777777" w:rsidR="00AE08AB" w:rsidRDefault="00AA2D9E">
      <w:r>
        <w:t>Father, I bring You the reality of the strength to rest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05A512E8" w14:textId="77777777" w:rsidR="00AE08AB" w:rsidRDefault="00AA2D9E">
      <w:pPr>
        <w:pStyle w:val="Heading2"/>
      </w:pPr>
      <w:r>
        <w:t>Release</w:t>
      </w:r>
    </w:p>
    <w:p w14:paraId="28D2FC10" w14:textId="77777777" w:rsidR="00AE08AB" w:rsidRDefault="00AA2D9E">
      <w:r>
        <w:t>Complete this sentence slowly: “Father, today I place into Your hands…”</w:t>
      </w:r>
    </w:p>
    <w:p w14:paraId="411CCAFA" w14:textId="77777777" w:rsidR="00AE08AB" w:rsidRDefault="00AA2D9E">
      <w:pPr>
        <w:spacing w:after="60"/>
      </w:pPr>
      <w:r>
        <w:rPr>
          <w:color w:val="B9B9B9"/>
          <w:sz w:val="16"/>
        </w:rPr>
        <w:t>________________________________________________________</w:t>
      </w:r>
    </w:p>
    <w:p w14:paraId="08A3B882" w14:textId="77777777" w:rsidR="00AE08AB" w:rsidRDefault="00AA2D9E">
      <w:pPr>
        <w:spacing w:after="60"/>
      </w:pPr>
      <w:r>
        <w:rPr>
          <w:color w:val="B9B9B9"/>
          <w:sz w:val="16"/>
        </w:rPr>
        <w:t>________________________________________________________</w:t>
      </w:r>
    </w:p>
    <w:p w14:paraId="0BEA04FC" w14:textId="77777777" w:rsidR="00AE08AB" w:rsidRDefault="00AA2D9E">
      <w:pPr>
        <w:pStyle w:val="Heading2"/>
      </w:pPr>
      <w:r>
        <w:t>Listen</w:t>
      </w:r>
    </w:p>
    <w:p w14:paraId="2BCDDC0A" w14:textId="77777777" w:rsidR="00AE08AB" w:rsidRDefault="00AA2D9E">
      <w:r>
        <w:t>Remain quiet for a moment. What truth, Scripture, conviction, or gentle reminder is rising?</w:t>
      </w:r>
    </w:p>
    <w:p w14:paraId="137F30B8" w14:textId="77777777" w:rsidR="00AE08AB" w:rsidRDefault="00AA2D9E">
      <w:pPr>
        <w:spacing w:after="60"/>
      </w:pPr>
      <w:r>
        <w:rPr>
          <w:color w:val="B9B9B9"/>
          <w:sz w:val="16"/>
        </w:rPr>
        <w:t>________________________________________________________</w:t>
      </w:r>
    </w:p>
    <w:p w14:paraId="117CC875" w14:textId="77777777" w:rsidR="00AE08AB" w:rsidRDefault="00AA2D9E">
      <w:pPr>
        <w:spacing w:after="60"/>
      </w:pPr>
      <w:r>
        <w:rPr>
          <w:color w:val="B9B9B9"/>
          <w:sz w:val="16"/>
        </w:rPr>
        <w:t>________________________________________________________</w:t>
      </w:r>
    </w:p>
    <w:p w14:paraId="7B22DA29" w14:textId="77777777" w:rsidR="00AE08AB" w:rsidRDefault="00AA2D9E">
      <w:pPr>
        <w:pStyle w:val="Heading2"/>
      </w:pPr>
      <w:r>
        <w:t>My Unfiltered Prayer</w:t>
      </w:r>
    </w:p>
    <w:p w14:paraId="031856CD" w14:textId="77777777" w:rsidR="00AE08AB" w:rsidRDefault="00AA2D9E">
      <w:r>
        <w:t>God, as I sit with the strength to rest, what I most need to tell You honestly is…</w:t>
      </w:r>
    </w:p>
    <w:p w14:paraId="57C6AC58" w14:textId="77777777" w:rsidR="00AE08AB" w:rsidRDefault="00AA2D9E">
      <w:pPr>
        <w:spacing w:after="60"/>
      </w:pPr>
      <w:r>
        <w:rPr>
          <w:color w:val="B9B9B9"/>
          <w:sz w:val="16"/>
        </w:rPr>
        <w:t>________________________________________________________</w:t>
      </w:r>
    </w:p>
    <w:p w14:paraId="7BCE9CCF" w14:textId="77777777" w:rsidR="00AE08AB" w:rsidRDefault="00AA2D9E">
      <w:pPr>
        <w:spacing w:after="60"/>
      </w:pPr>
      <w:r>
        <w:rPr>
          <w:color w:val="B9B9B9"/>
          <w:sz w:val="16"/>
        </w:rPr>
        <w:t>________________________________________________________</w:t>
      </w:r>
    </w:p>
    <w:p w14:paraId="4062B72C" w14:textId="77777777" w:rsidR="00AE08AB" w:rsidRDefault="00AA2D9E">
      <w:pPr>
        <w:spacing w:after="60"/>
      </w:pPr>
      <w:r>
        <w:rPr>
          <w:color w:val="B9B9B9"/>
          <w:sz w:val="16"/>
        </w:rPr>
        <w:t>________________________________________________________</w:t>
      </w:r>
    </w:p>
    <w:p w14:paraId="2619E422" w14:textId="77777777" w:rsidR="00AE08AB" w:rsidRDefault="00AA2D9E">
      <w:pPr>
        <w:spacing w:after="60"/>
      </w:pPr>
      <w:r>
        <w:rPr>
          <w:color w:val="B9B9B9"/>
          <w:sz w:val="16"/>
        </w:rPr>
        <w:t>________________________________________________________</w:t>
      </w:r>
    </w:p>
    <w:p w14:paraId="4A51BB53" w14:textId="77777777" w:rsidR="00AE08AB" w:rsidRDefault="00AA2D9E">
      <w:pPr>
        <w:spacing w:after="60"/>
      </w:pPr>
      <w:r>
        <w:rPr>
          <w:color w:val="B9B9B9"/>
          <w:sz w:val="16"/>
        </w:rPr>
        <w:lastRenderedPageBreak/>
        <w:t>________________________________________________________</w:t>
      </w:r>
    </w:p>
    <w:p w14:paraId="3C8C4A3A" w14:textId="77777777" w:rsidR="00AE08AB" w:rsidRDefault="00AA2D9E">
      <w:pPr>
        <w:spacing w:after="60"/>
      </w:pPr>
      <w:r>
        <w:rPr>
          <w:color w:val="B9B9B9"/>
          <w:sz w:val="16"/>
        </w:rPr>
        <w:t>________________________________________________________</w:t>
      </w:r>
    </w:p>
    <w:p w14:paraId="6D085C33" w14:textId="77777777" w:rsidR="00AE08AB" w:rsidRDefault="00AA2D9E">
      <w:pPr>
        <w:spacing w:after="60"/>
      </w:pPr>
      <w:r>
        <w:rPr>
          <w:color w:val="B9B9B9"/>
          <w:sz w:val="16"/>
        </w:rPr>
        <w:t>________________________________________________________</w:t>
      </w:r>
    </w:p>
    <w:p w14:paraId="74C5F527" w14:textId="77777777" w:rsidR="00AE08AB" w:rsidRDefault="00AA2D9E">
      <w:r>
        <w:br w:type="page"/>
      </w:r>
    </w:p>
    <w:p w14:paraId="695AD745" w14:textId="77777777" w:rsidR="00AE08AB" w:rsidRDefault="00AA2D9E">
      <w:pPr>
        <w:pStyle w:val="Heading2"/>
      </w:pPr>
      <w:r>
        <w:lastRenderedPageBreak/>
        <w:t>DAY 16</w:t>
      </w:r>
    </w:p>
    <w:p w14:paraId="5D0166E1" w14:textId="77777777" w:rsidR="00AE08AB" w:rsidRDefault="00AA2D9E">
      <w:pPr>
        <w:pStyle w:val="Heading1"/>
      </w:pPr>
      <w:r>
        <w:t>Learning From Setbacks</w:t>
      </w:r>
    </w:p>
    <w:p w14:paraId="19D4A666" w14:textId="77777777" w:rsidR="00AE08AB" w:rsidRDefault="00AA2D9E">
      <w:r>
        <w:rPr>
          <w:b/>
          <w:color w:val="B08D3A"/>
        </w:rPr>
        <w:t xml:space="preserve">SCRIPTURE ANCHOR  </w:t>
      </w:r>
      <w:r>
        <w:t>Proverbs 24:16</w:t>
      </w:r>
    </w:p>
    <w:p w14:paraId="0E0056AC" w14:textId="77777777" w:rsidR="00AE08AB" w:rsidRDefault="00AA2D9E">
      <w:pPr>
        <w:pStyle w:val="Heading2"/>
      </w:pPr>
      <w:r>
        <w:t>Pause</w:t>
      </w:r>
    </w:p>
    <w:p w14:paraId="3E09C021" w14:textId="77777777" w:rsidR="00AE08AB" w:rsidRDefault="00AA2D9E">
      <w:r>
        <w:t>Take three slow breaths. Let your body become still. You do not have to solve anything before you pray.</w:t>
      </w:r>
    </w:p>
    <w:p w14:paraId="171C7BF2" w14:textId="77777777" w:rsidR="00AE08AB" w:rsidRDefault="00AA2D9E">
      <w:pPr>
        <w:pStyle w:val="Heading2"/>
      </w:pPr>
      <w:r>
        <w:t>Guided Prayer</w:t>
      </w:r>
    </w:p>
    <w:p w14:paraId="3ACBB11B" w14:textId="77777777" w:rsidR="00AE08AB" w:rsidRDefault="00AA2D9E">
      <w:r>
        <w:t>Father, I bring You the reality of learning from setbacks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w:t>
      </w:r>
      <w:r>
        <w:t>estions remain unanswered. In Jesus' name, Amen.</w:t>
      </w:r>
    </w:p>
    <w:p w14:paraId="33562982" w14:textId="77777777" w:rsidR="00AE08AB" w:rsidRDefault="00AA2D9E">
      <w:pPr>
        <w:pStyle w:val="Heading2"/>
      </w:pPr>
      <w:r>
        <w:t>Release</w:t>
      </w:r>
    </w:p>
    <w:p w14:paraId="0B832BC2" w14:textId="77777777" w:rsidR="00AE08AB" w:rsidRDefault="00AA2D9E">
      <w:r>
        <w:t>Complete this sentence slowly: “Father, today I place into Your hands…”</w:t>
      </w:r>
    </w:p>
    <w:p w14:paraId="4232688D" w14:textId="77777777" w:rsidR="00AE08AB" w:rsidRDefault="00AA2D9E">
      <w:pPr>
        <w:spacing w:after="60"/>
      </w:pPr>
      <w:r>
        <w:rPr>
          <w:color w:val="B9B9B9"/>
          <w:sz w:val="16"/>
        </w:rPr>
        <w:t>________________________________________________________</w:t>
      </w:r>
    </w:p>
    <w:p w14:paraId="22E1B01B" w14:textId="77777777" w:rsidR="00AE08AB" w:rsidRDefault="00AA2D9E">
      <w:pPr>
        <w:spacing w:after="60"/>
      </w:pPr>
      <w:r>
        <w:rPr>
          <w:color w:val="B9B9B9"/>
          <w:sz w:val="16"/>
        </w:rPr>
        <w:t>________________________________________________________</w:t>
      </w:r>
    </w:p>
    <w:p w14:paraId="472DCF34" w14:textId="77777777" w:rsidR="00AE08AB" w:rsidRDefault="00AA2D9E">
      <w:pPr>
        <w:pStyle w:val="Heading2"/>
      </w:pPr>
      <w:r>
        <w:t>Listen</w:t>
      </w:r>
    </w:p>
    <w:p w14:paraId="4372DE19" w14:textId="77777777" w:rsidR="00AE08AB" w:rsidRDefault="00AA2D9E">
      <w:r>
        <w:t>Remain quiet for a moment. What truth, Scripture, conviction, or gentle reminder is rising?</w:t>
      </w:r>
    </w:p>
    <w:p w14:paraId="28BF479D" w14:textId="77777777" w:rsidR="00AE08AB" w:rsidRDefault="00AA2D9E">
      <w:pPr>
        <w:spacing w:after="60"/>
      </w:pPr>
      <w:r>
        <w:rPr>
          <w:color w:val="B9B9B9"/>
          <w:sz w:val="16"/>
        </w:rPr>
        <w:t>________________________________________________________</w:t>
      </w:r>
    </w:p>
    <w:p w14:paraId="4D2B2667" w14:textId="77777777" w:rsidR="00AE08AB" w:rsidRDefault="00AA2D9E">
      <w:pPr>
        <w:spacing w:after="60"/>
      </w:pPr>
      <w:r>
        <w:rPr>
          <w:color w:val="B9B9B9"/>
          <w:sz w:val="16"/>
        </w:rPr>
        <w:t>________________________________________________________</w:t>
      </w:r>
    </w:p>
    <w:p w14:paraId="0B6D2B7E" w14:textId="77777777" w:rsidR="00AE08AB" w:rsidRDefault="00AA2D9E">
      <w:pPr>
        <w:pStyle w:val="Heading2"/>
      </w:pPr>
      <w:r>
        <w:t>My Unfiltered Prayer</w:t>
      </w:r>
    </w:p>
    <w:p w14:paraId="762A2DBA" w14:textId="77777777" w:rsidR="00AE08AB" w:rsidRDefault="00AA2D9E">
      <w:r>
        <w:t>God, as I sit with learning from setbacks, what I most need to tell You honestly is…</w:t>
      </w:r>
    </w:p>
    <w:p w14:paraId="4B29382C" w14:textId="77777777" w:rsidR="00AE08AB" w:rsidRDefault="00AA2D9E">
      <w:pPr>
        <w:spacing w:after="60"/>
      </w:pPr>
      <w:r>
        <w:rPr>
          <w:color w:val="B9B9B9"/>
          <w:sz w:val="16"/>
        </w:rPr>
        <w:t>________________________________________________________</w:t>
      </w:r>
    </w:p>
    <w:p w14:paraId="075CD6B7" w14:textId="77777777" w:rsidR="00AE08AB" w:rsidRDefault="00AA2D9E">
      <w:pPr>
        <w:spacing w:after="60"/>
      </w:pPr>
      <w:r>
        <w:rPr>
          <w:color w:val="B9B9B9"/>
          <w:sz w:val="16"/>
        </w:rPr>
        <w:t>________________________________________________________</w:t>
      </w:r>
    </w:p>
    <w:p w14:paraId="0FA5DF15" w14:textId="77777777" w:rsidR="00AE08AB" w:rsidRDefault="00AA2D9E">
      <w:pPr>
        <w:spacing w:after="60"/>
      </w:pPr>
      <w:r>
        <w:rPr>
          <w:color w:val="B9B9B9"/>
          <w:sz w:val="16"/>
        </w:rPr>
        <w:t>________________________________________________________</w:t>
      </w:r>
    </w:p>
    <w:p w14:paraId="696BEFBC" w14:textId="77777777" w:rsidR="00AE08AB" w:rsidRDefault="00AA2D9E">
      <w:pPr>
        <w:spacing w:after="60"/>
      </w:pPr>
      <w:r>
        <w:rPr>
          <w:color w:val="B9B9B9"/>
          <w:sz w:val="16"/>
        </w:rPr>
        <w:lastRenderedPageBreak/>
        <w:t>________________________________________________________</w:t>
      </w:r>
    </w:p>
    <w:p w14:paraId="6CD8E798" w14:textId="77777777" w:rsidR="00AE08AB" w:rsidRDefault="00AA2D9E">
      <w:pPr>
        <w:spacing w:after="60"/>
      </w:pPr>
      <w:r>
        <w:rPr>
          <w:color w:val="B9B9B9"/>
          <w:sz w:val="16"/>
        </w:rPr>
        <w:t>________________________________________________________</w:t>
      </w:r>
    </w:p>
    <w:p w14:paraId="5839AC6D" w14:textId="77777777" w:rsidR="00AE08AB" w:rsidRDefault="00AA2D9E">
      <w:pPr>
        <w:spacing w:after="60"/>
      </w:pPr>
      <w:r>
        <w:rPr>
          <w:color w:val="B9B9B9"/>
          <w:sz w:val="16"/>
        </w:rPr>
        <w:t>________________________________________________________</w:t>
      </w:r>
    </w:p>
    <w:p w14:paraId="3798B554" w14:textId="77777777" w:rsidR="00AE08AB" w:rsidRDefault="00AA2D9E">
      <w:pPr>
        <w:spacing w:after="60"/>
      </w:pPr>
      <w:r>
        <w:rPr>
          <w:color w:val="B9B9B9"/>
          <w:sz w:val="16"/>
        </w:rPr>
        <w:t>________________________________________________________</w:t>
      </w:r>
    </w:p>
    <w:p w14:paraId="78712849" w14:textId="77777777" w:rsidR="00AE08AB" w:rsidRDefault="00AA2D9E">
      <w:r>
        <w:br w:type="page"/>
      </w:r>
    </w:p>
    <w:p w14:paraId="28237161" w14:textId="77777777" w:rsidR="00AE08AB" w:rsidRDefault="00AA2D9E">
      <w:pPr>
        <w:pStyle w:val="Heading2"/>
      </w:pPr>
      <w:r>
        <w:lastRenderedPageBreak/>
        <w:t>DAY 17</w:t>
      </w:r>
    </w:p>
    <w:p w14:paraId="72C16FA0" w14:textId="77777777" w:rsidR="00AE08AB" w:rsidRDefault="00AA2D9E">
      <w:pPr>
        <w:pStyle w:val="Heading1"/>
      </w:pPr>
      <w:r>
        <w:t>When You Feel Empty</w:t>
      </w:r>
    </w:p>
    <w:p w14:paraId="01E441B8" w14:textId="77777777" w:rsidR="00AE08AB" w:rsidRDefault="00AA2D9E">
      <w:r>
        <w:rPr>
          <w:b/>
          <w:color w:val="B08D3A"/>
        </w:rPr>
        <w:t xml:space="preserve">SCRIPTURE ANCHOR  </w:t>
      </w:r>
      <w:r>
        <w:t>Isaiah 40:29</w:t>
      </w:r>
    </w:p>
    <w:p w14:paraId="2CB9D53C" w14:textId="77777777" w:rsidR="00AE08AB" w:rsidRDefault="00AA2D9E">
      <w:pPr>
        <w:pStyle w:val="Heading2"/>
      </w:pPr>
      <w:r>
        <w:t>Pause</w:t>
      </w:r>
    </w:p>
    <w:p w14:paraId="70362AC6" w14:textId="77777777" w:rsidR="00AE08AB" w:rsidRDefault="00AA2D9E">
      <w:r>
        <w:t>Take three slow breaths. Let your body become still. You do not have to solve anything before you pray.</w:t>
      </w:r>
    </w:p>
    <w:p w14:paraId="6913E5D0" w14:textId="77777777" w:rsidR="00AE08AB" w:rsidRDefault="00AA2D9E">
      <w:pPr>
        <w:pStyle w:val="Heading2"/>
      </w:pPr>
      <w:r>
        <w:t>Guided Prayer</w:t>
      </w:r>
    </w:p>
    <w:p w14:paraId="3B644E61" w14:textId="77777777" w:rsidR="00AE08AB" w:rsidRDefault="00AA2D9E">
      <w:r>
        <w:t>Father, I bring You the reality of when you feel empty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w:t>
      </w:r>
      <w:r>
        <w:t>ions remain unanswered. In Jesus' name, Amen.</w:t>
      </w:r>
    </w:p>
    <w:p w14:paraId="121FB5B5" w14:textId="77777777" w:rsidR="00AE08AB" w:rsidRDefault="00AA2D9E">
      <w:pPr>
        <w:pStyle w:val="Heading2"/>
      </w:pPr>
      <w:r>
        <w:t>Release</w:t>
      </w:r>
    </w:p>
    <w:p w14:paraId="658AABC1" w14:textId="77777777" w:rsidR="00AE08AB" w:rsidRDefault="00AA2D9E">
      <w:r>
        <w:t>Complete this sentence slowly: “Father, today I place into Your hands…”</w:t>
      </w:r>
    </w:p>
    <w:p w14:paraId="13EC0480" w14:textId="77777777" w:rsidR="00AE08AB" w:rsidRDefault="00AA2D9E">
      <w:pPr>
        <w:spacing w:after="60"/>
      </w:pPr>
      <w:r>
        <w:rPr>
          <w:color w:val="B9B9B9"/>
          <w:sz w:val="16"/>
        </w:rPr>
        <w:t>________________________________________________________</w:t>
      </w:r>
    </w:p>
    <w:p w14:paraId="60755FDD" w14:textId="77777777" w:rsidR="00AE08AB" w:rsidRDefault="00AA2D9E">
      <w:pPr>
        <w:spacing w:after="60"/>
      </w:pPr>
      <w:r>
        <w:rPr>
          <w:color w:val="B9B9B9"/>
          <w:sz w:val="16"/>
        </w:rPr>
        <w:t>________________________________________________________</w:t>
      </w:r>
    </w:p>
    <w:p w14:paraId="11EB986D" w14:textId="77777777" w:rsidR="00AE08AB" w:rsidRDefault="00AA2D9E">
      <w:pPr>
        <w:pStyle w:val="Heading2"/>
      </w:pPr>
      <w:r>
        <w:t>Listen</w:t>
      </w:r>
    </w:p>
    <w:p w14:paraId="164339BC" w14:textId="77777777" w:rsidR="00AE08AB" w:rsidRDefault="00AA2D9E">
      <w:r>
        <w:t>Remain quiet for a moment. What truth, Scripture, conviction, or gentle reminder is rising?</w:t>
      </w:r>
    </w:p>
    <w:p w14:paraId="2C0A9440" w14:textId="77777777" w:rsidR="00AE08AB" w:rsidRDefault="00AA2D9E">
      <w:pPr>
        <w:spacing w:after="60"/>
      </w:pPr>
      <w:r>
        <w:rPr>
          <w:color w:val="B9B9B9"/>
          <w:sz w:val="16"/>
        </w:rPr>
        <w:t>________________________________________________________</w:t>
      </w:r>
    </w:p>
    <w:p w14:paraId="2CE62282" w14:textId="77777777" w:rsidR="00AE08AB" w:rsidRDefault="00AA2D9E">
      <w:pPr>
        <w:spacing w:after="60"/>
      </w:pPr>
      <w:r>
        <w:rPr>
          <w:color w:val="B9B9B9"/>
          <w:sz w:val="16"/>
        </w:rPr>
        <w:t>________________________________________________________</w:t>
      </w:r>
    </w:p>
    <w:p w14:paraId="13C6A51A" w14:textId="77777777" w:rsidR="00AE08AB" w:rsidRDefault="00AA2D9E">
      <w:pPr>
        <w:pStyle w:val="Heading2"/>
      </w:pPr>
      <w:r>
        <w:t>My Unfiltered Prayer</w:t>
      </w:r>
    </w:p>
    <w:p w14:paraId="46B8A20C" w14:textId="77777777" w:rsidR="00AE08AB" w:rsidRDefault="00AA2D9E">
      <w:r>
        <w:t>God, as I sit with when you feel empty, what I most need to tell You honestly is…</w:t>
      </w:r>
    </w:p>
    <w:p w14:paraId="342D8AC4" w14:textId="77777777" w:rsidR="00AE08AB" w:rsidRDefault="00AA2D9E">
      <w:pPr>
        <w:spacing w:after="60"/>
      </w:pPr>
      <w:r>
        <w:rPr>
          <w:color w:val="B9B9B9"/>
          <w:sz w:val="16"/>
        </w:rPr>
        <w:t>________________________________________________________</w:t>
      </w:r>
    </w:p>
    <w:p w14:paraId="523143F7" w14:textId="77777777" w:rsidR="00AE08AB" w:rsidRDefault="00AA2D9E">
      <w:pPr>
        <w:spacing w:after="60"/>
      </w:pPr>
      <w:r>
        <w:rPr>
          <w:color w:val="B9B9B9"/>
          <w:sz w:val="16"/>
        </w:rPr>
        <w:t>________________________________________________________</w:t>
      </w:r>
    </w:p>
    <w:p w14:paraId="47092E80" w14:textId="77777777" w:rsidR="00AE08AB" w:rsidRDefault="00AA2D9E">
      <w:pPr>
        <w:spacing w:after="60"/>
      </w:pPr>
      <w:r>
        <w:rPr>
          <w:color w:val="B9B9B9"/>
          <w:sz w:val="16"/>
        </w:rPr>
        <w:t>________________________________________________________</w:t>
      </w:r>
    </w:p>
    <w:p w14:paraId="4649C130" w14:textId="77777777" w:rsidR="00AE08AB" w:rsidRDefault="00AA2D9E">
      <w:pPr>
        <w:spacing w:after="60"/>
      </w:pPr>
      <w:r>
        <w:rPr>
          <w:color w:val="B9B9B9"/>
          <w:sz w:val="16"/>
        </w:rPr>
        <w:lastRenderedPageBreak/>
        <w:t>________________________________________________________</w:t>
      </w:r>
    </w:p>
    <w:p w14:paraId="16851C5E" w14:textId="77777777" w:rsidR="00AE08AB" w:rsidRDefault="00AA2D9E">
      <w:pPr>
        <w:spacing w:after="60"/>
      </w:pPr>
      <w:r>
        <w:rPr>
          <w:color w:val="B9B9B9"/>
          <w:sz w:val="16"/>
        </w:rPr>
        <w:t>________________________________________________________</w:t>
      </w:r>
    </w:p>
    <w:p w14:paraId="0B9DF208" w14:textId="77777777" w:rsidR="00AE08AB" w:rsidRDefault="00AA2D9E">
      <w:pPr>
        <w:spacing w:after="60"/>
      </w:pPr>
      <w:r>
        <w:rPr>
          <w:color w:val="B9B9B9"/>
          <w:sz w:val="16"/>
        </w:rPr>
        <w:t>________________________________________________________</w:t>
      </w:r>
    </w:p>
    <w:p w14:paraId="455AD301" w14:textId="77777777" w:rsidR="00AE08AB" w:rsidRDefault="00AA2D9E">
      <w:pPr>
        <w:spacing w:after="60"/>
      </w:pPr>
      <w:r>
        <w:rPr>
          <w:color w:val="B9B9B9"/>
          <w:sz w:val="16"/>
        </w:rPr>
        <w:t>________________________________________________________</w:t>
      </w:r>
    </w:p>
    <w:p w14:paraId="485DACBF" w14:textId="77777777" w:rsidR="00AE08AB" w:rsidRDefault="00AA2D9E">
      <w:r>
        <w:br w:type="page"/>
      </w:r>
    </w:p>
    <w:p w14:paraId="4CB8FDFE" w14:textId="77777777" w:rsidR="00AE08AB" w:rsidRDefault="00AA2D9E">
      <w:pPr>
        <w:pStyle w:val="Heading2"/>
      </w:pPr>
      <w:r>
        <w:lastRenderedPageBreak/>
        <w:t>DAY 18</w:t>
      </w:r>
    </w:p>
    <w:p w14:paraId="6FF4D49C" w14:textId="77777777" w:rsidR="00AE08AB" w:rsidRDefault="00AA2D9E">
      <w:pPr>
        <w:pStyle w:val="Heading1"/>
      </w:pPr>
      <w:r>
        <w:t>Borrowed Strength</w:t>
      </w:r>
    </w:p>
    <w:p w14:paraId="1E8D4E9F" w14:textId="77777777" w:rsidR="00AE08AB" w:rsidRDefault="00AA2D9E">
      <w:r>
        <w:rPr>
          <w:b/>
          <w:color w:val="B08D3A"/>
        </w:rPr>
        <w:t xml:space="preserve">SCRIPTURE ANCHOR  </w:t>
      </w:r>
      <w:r>
        <w:t>Exodus 17:12</w:t>
      </w:r>
    </w:p>
    <w:p w14:paraId="2E0DFD9C" w14:textId="77777777" w:rsidR="00AE08AB" w:rsidRDefault="00AA2D9E">
      <w:pPr>
        <w:pStyle w:val="Heading2"/>
      </w:pPr>
      <w:r>
        <w:t>Pause</w:t>
      </w:r>
    </w:p>
    <w:p w14:paraId="69C706F6" w14:textId="77777777" w:rsidR="00AE08AB" w:rsidRDefault="00AA2D9E">
      <w:r>
        <w:t>Take three slow breaths. Let your body become still. You do not have to solve anything before you pray.</w:t>
      </w:r>
    </w:p>
    <w:p w14:paraId="1362FB8A" w14:textId="77777777" w:rsidR="00AE08AB" w:rsidRDefault="00AA2D9E">
      <w:pPr>
        <w:pStyle w:val="Heading2"/>
      </w:pPr>
      <w:r>
        <w:t>Guided Prayer</w:t>
      </w:r>
    </w:p>
    <w:p w14:paraId="57588D63" w14:textId="77777777" w:rsidR="00AE08AB" w:rsidRDefault="00AA2D9E">
      <w:r>
        <w:t>Father, I bring You the reality of borrowed strength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w:t>
      </w:r>
      <w:r>
        <w:t>ns remain unanswered. In Jesus' name, Amen.</w:t>
      </w:r>
    </w:p>
    <w:p w14:paraId="7B34E7E7" w14:textId="77777777" w:rsidR="00AE08AB" w:rsidRDefault="00AA2D9E">
      <w:pPr>
        <w:pStyle w:val="Heading2"/>
      </w:pPr>
      <w:r>
        <w:t>Release</w:t>
      </w:r>
    </w:p>
    <w:p w14:paraId="37B17A0F" w14:textId="77777777" w:rsidR="00AE08AB" w:rsidRDefault="00AA2D9E">
      <w:r>
        <w:t>Complete this sentence slowly: “Father, today I place into Your hands…”</w:t>
      </w:r>
    </w:p>
    <w:p w14:paraId="2EA47614" w14:textId="77777777" w:rsidR="00AE08AB" w:rsidRDefault="00AA2D9E">
      <w:pPr>
        <w:spacing w:after="60"/>
      </w:pPr>
      <w:r>
        <w:rPr>
          <w:color w:val="B9B9B9"/>
          <w:sz w:val="16"/>
        </w:rPr>
        <w:t>________________________________________________________</w:t>
      </w:r>
    </w:p>
    <w:p w14:paraId="7652B4EE" w14:textId="77777777" w:rsidR="00AE08AB" w:rsidRDefault="00AA2D9E">
      <w:pPr>
        <w:spacing w:after="60"/>
      </w:pPr>
      <w:r>
        <w:rPr>
          <w:color w:val="B9B9B9"/>
          <w:sz w:val="16"/>
        </w:rPr>
        <w:t>________________________________________________________</w:t>
      </w:r>
    </w:p>
    <w:p w14:paraId="5DF3FC3B" w14:textId="77777777" w:rsidR="00AE08AB" w:rsidRDefault="00AA2D9E">
      <w:pPr>
        <w:pStyle w:val="Heading2"/>
      </w:pPr>
      <w:r>
        <w:t>Listen</w:t>
      </w:r>
    </w:p>
    <w:p w14:paraId="74204151" w14:textId="77777777" w:rsidR="00AE08AB" w:rsidRDefault="00AA2D9E">
      <w:r>
        <w:t>Remain quiet for a moment. What truth, Scripture, conviction, or gentle reminder is rising?</w:t>
      </w:r>
    </w:p>
    <w:p w14:paraId="1476B11F" w14:textId="77777777" w:rsidR="00AE08AB" w:rsidRDefault="00AA2D9E">
      <w:pPr>
        <w:spacing w:after="60"/>
      </w:pPr>
      <w:r>
        <w:rPr>
          <w:color w:val="B9B9B9"/>
          <w:sz w:val="16"/>
        </w:rPr>
        <w:t>________________________________________________________</w:t>
      </w:r>
    </w:p>
    <w:p w14:paraId="2875ACEF" w14:textId="77777777" w:rsidR="00AE08AB" w:rsidRDefault="00AA2D9E">
      <w:pPr>
        <w:spacing w:after="60"/>
      </w:pPr>
      <w:r>
        <w:rPr>
          <w:color w:val="B9B9B9"/>
          <w:sz w:val="16"/>
        </w:rPr>
        <w:t>________________________________________________________</w:t>
      </w:r>
    </w:p>
    <w:p w14:paraId="457808EB" w14:textId="77777777" w:rsidR="00AE08AB" w:rsidRDefault="00AA2D9E">
      <w:pPr>
        <w:pStyle w:val="Heading2"/>
      </w:pPr>
      <w:r>
        <w:t>My Unfiltered Prayer</w:t>
      </w:r>
    </w:p>
    <w:p w14:paraId="28FAECC6" w14:textId="77777777" w:rsidR="00AE08AB" w:rsidRDefault="00AA2D9E">
      <w:r>
        <w:t>God, as I sit with borrowed strength, what I most need to tell You honestly is…</w:t>
      </w:r>
    </w:p>
    <w:p w14:paraId="3D5A33C2" w14:textId="77777777" w:rsidR="00AE08AB" w:rsidRDefault="00AA2D9E">
      <w:pPr>
        <w:spacing w:after="60"/>
      </w:pPr>
      <w:r>
        <w:rPr>
          <w:color w:val="B9B9B9"/>
          <w:sz w:val="16"/>
        </w:rPr>
        <w:t>________________________________________________________</w:t>
      </w:r>
    </w:p>
    <w:p w14:paraId="48806C6C" w14:textId="77777777" w:rsidR="00AE08AB" w:rsidRDefault="00AA2D9E">
      <w:pPr>
        <w:spacing w:after="60"/>
      </w:pPr>
      <w:r>
        <w:rPr>
          <w:color w:val="B9B9B9"/>
          <w:sz w:val="16"/>
        </w:rPr>
        <w:t>________________________________________________________</w:t>
      </w:r>
    </w:p>
    <w:p w14:paraId="01CC4800" w14:textId="77777777" w:rsidR="00AE08AB" w:rsidRDefault="00AA2D9E">
      <w:pPr>
        <w:spacing w:after="60"/>
      </w:pPr>
      <w:r>
        <w:rPr>
          <w:color w:val="B9B9B9"/>
          <w:sz w:val="16"/>
        </w:rPr>
        <w:t>________________________________________________________</w:t>
      </w:r>
    </w:p>
    <w:p w14:paraId="14F2D689" w14:textId="77777777" w:rsidR="00AE08AB" w:rsidRDefault="00AA2D9E">
      <w:pPr>
        <w:spacing w:after="60"/>
      </w:pPr>
      <w:r>
        <w:rPr>
          <w:color w:val="B9B9B9"/>
          <w:sz w:val="16"/>
        </w:rPr>
        <w:t>________________________________________________________</w:t>
      </w:r>
    </w:p>
    <w:p w14:paraId="431CF188" w14:textId="77777777" w:rsidR="00AE08AB" w:rsidRDefault="00AA2D9E">
      <w:pPr>
        <w:spacing w:after="60"/>
      </w:pPr>
      <w:r>
        <w:rPr>
          <w:color w:val="B9B9B9"/>
          <w:sz w:val="16"/>
        </w:rPr>
        <w:lastRenderedPageBreak/>
        <w:t>________________________________________________________</w:t>
      </w:r>
    </w:p>
    <w:p w14:paraId="486ABBE2" w14:textId="77777777" w:rsidR="00AE08AB" w:rsidRDefault="00AA2D9E">
      <w:pPr>
        <w:spacing w:after="60"/>
      </w:pPr>
      <w:r>
        <w:rPr>
          <w:color w:val="B9B9B9"/>
          <w:sz w:val="16"/>
        </w:rPr>
        <w:t>________________________________________________________</w:t>
      </w:r>
    </w:p>
    <w:p w14:paraId="41B69FE6" w14:textId="77777777" w:rsidR="00AE08AB" w:rsidRDefault="00AA2D9E">
      <w:pPr>
        <w:spacing w:after="60"/>
      </w:pPr>
      <w:r>
        <w:rPr>
          <w:color w:val="B9B9B9"/>
          <w:sz w:val="16"/>
        </w:rPr>
        <w:t>________________________________________________________</w:t>
      </w:r>
    </w:p>
    <w:p w14:paraId="16210962" w14:textId="77777777" w:rsidR="00AE08AB" w:rsidRDefault="00AA2D9E">
      <w:r>
        <w:br w:type="page"/>
      </w:r>
    </w:p>
    <w:p w14:paraId="0C71AB61" w14:textId="77777777" w:rsidR="00AE08AB" w:rsidRDefault="00AA2D9E">
      <w:pPr>
        <w:pStyle w:val="Heading2"/>
      </w:pPr>
      <w:r>
        <w:lastRenderedPageBreak/>
        <w:t>DAY 19</w:t>
      </w:r>
    </w:p>
    <w:p w14:paraId="7FC8533E" w14:textId="77777777" w:rsidR="00AE08AB" w:rsidRDefault="00AA2D9E">
      <w:pPr>
        <w:pStyle w:val="Heading1"/>
      </w:pPr>
      <w:r>
        <w:t>Hope Is Strength</w:t>
      </w:r>
    </w:p>
    <w:p w14:paraId="432E7BC4" w14:textId="77777777" w:rsidR="00AE08AB" w:rsidRDefault="00AA2D9E">
      <w:r>
        <w:rPr>
          <w:b/>
          <w:color w:val="B08D3A"/>
        </w:rPr>
        <w:t xml:space="preserve">SCRIPTURE ANCHOR  </w:t>
      </w:r>
      <w:r>
        <w:t>Romans 15:13</w:t>
      </w:r>
    </w:p>
    <w:p w14:paraId="694EECFC" w14:textId="77777777" w:rsidR="00AE08AB" w:rsidRDefault="00AA2D9E">
      <w:pPr>
        <w:pStyle w:val="Heading2"/>
      </w:pPr>
      <w:r>
        <w:t>Pause</w:t>
      </w:r>
    </w:p>
    <w:p w14:paraId="13E67723" w14:textId="77777777" w:rsidR="00AE08AB" w:rsidRDefault="00AA2D9E">
      <w:r>
        <w:t>Take three slow breaths. Let your body become still. You do not have to solve anything before you pray.</w:t>
      </w:r>
    </w:p>
    <w:p w14:paraId="0B75294C" w14:textId="77777777" w:rsidR="00AE08AB" w:rsidRDefault="00AA2D9E">
      <w:pPr>
        <w:pStyle w:val="Heading2"/>
      </w:pPr>
      <w:r>
        <w:t>Guided Prayer</w:t>
      </w:r>
    </w:p>
    <w:p w14:paraId="28BE0933" w14:textId="77777777" w:rsidR="00AE08AB" w:rsidRDefault="00AA2D9E">
      <w:r>
        <w:t>Father, I bring You the reality of hope is strength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w:t>
      </w:r>
      <w:r>
        <w:t>s remain unanswered. In Jesus' name, Amen.</w:t>
      </w:r>
    </w:p>
    <w:p w14:paraId="1D73B309" w14:textId="77777777" w:rsidR="00AE08AB" w:rsidRDefault="00AA2D9E">
      <w:pPr>
        <w:pStyle w:val="Heading2"/>
      </w:pPr>
      <w:r>
        <w:t>Release</w:t>
      </w:r>
    </w:p>
    <w:p w14:paraId="7AA81B03" w14:textId="77777777" w:rsidR="00AE08AB" w:rsidRDefault="00AA2D9E">
      <w:r>
        <w:t>Complete this sentence slowly: “Father, today I place into Your hands…”</w:t>
      </w:r>
    </w:p>
    <w:p w14:paraId="1E212B84" w14:textId="77777777" w:rsidR="00AE08AB" w:rsidRDefault="00AA2D9E">
      <w:pPr>
        <w:spacing w:after="60"/>
      </w:pPr>
      <w:r>
        <w:rPr>
          <w:color w:val="B9B9B9"/>
          <w:sz w:val="16"/>
        </w:rPr>
        <w:t>________________________________________________________</w:t>
      </w:r>
    </w:p>
    <w:p w14:paraId="798F304E" w14:textId="77777777" w:rsidR="00AE08AB" w:rsidRDefault="00AA2D9E">
      <w:pPr>
        <w:spacing w:after="60"/>
      </w:pPr>
      <w:r>
        <w:rPr>
          <w:color w:val="B9B9B9"/>
          <w:sz w:val="16"/>
        </w:rPr>
        <w:t>________________________________________________________</w:t>
      </w:r>
    </w:p>
    <w:p w14:paraId="053D19E0" w14:textId="77777777" w:rsidR="00AE08AB" w:rsidRDefault="00AA2D9E">
      <w:pPr>
        <w:pStyle w:val="Heading2"/>
      </w:pPr>
      <w:r>
        <w:t>Listen</w:t>
      </w:r>
    </w:p>
    <w:p w14:paraId="14164B78" w14:textId="77777777" w:rsidR="00AE08AB" w:rsidRDefault="00AA2D9E">
      <w:r>
        <w:t>Remain quiet for a moment. What truth, Scripture, conviction, or gentle reminder is rising?</w:t>
      </w:r>
    </w:p>
    <w:p w14:paraId="3659EAB3" w14:textId="77777777" w:rsidR="00AE08AB" w:rsidRDefault="00AA2D9E">
      <w:pPr>
        <w:spacing w:after="60"/>
      </w:pPr>
      <w:r>
        <w:rPr>
          <w:color w:val="B9B9B9"/>
          <w:sz w:val="16"/>
        </w:rPr>
        <w:t>________________________________________________________</w:t>
      </w:r>
    </w:p>
    <w:p w14:paraId="328DA008" w14:textId="77777777" w:rsidR="00AE08AB" w:rsidRDefault="00AA2D9E">
      <w:pPr>
        <w:spacing w:after="60"/>
      </w:pPr>
      <w:r>
        <w:rPr>
          <w:color w:val="B9B9B9"/>
          <w:sz w:val="16"/>
        </w:rPr>
        <w:t>________________________________________________________</w:t>
      </w:r>
    </w:p>
    <w:p w14:paraId="7E4125EC" w14:textId="77777777" w:rsidR="00AE08AB" w:rsidRDefault="00AA2D9E">
      <w:pPr>
        <w:pStyle w:val="Heading2"/>
      </w:pPr>
      <w:r>
        <w:t>My Unfiltered Prayer</w:t>
      </w:r>
    </w:p>
    <w:p w14:paraId="2458D8D4" w14:textId="77777777" w:rsidR="00AE08AB" w:rsidRDefault="00AA2D9E">
      <w:r>
        <w:t>God, as I sit with hope is strength, what I most need to tell You honestly is…</w:t>
      </w:r>
    </w:p>
    <w:p w14:paraId="7F830DDC" w14:textId="77777777" w:rsidR="00AE08AB" w:rsidRDefault="00AA2D9E">
      <w:pPr>
        <w:spacing w:after="60"/>
      </w:pPr>
      <w:r>
        <w:rPr>
          <w:color w:val="B9B9B9"/>
          <w:sz w:val="16"/>
        </w:rPr>
        <w:t>________________________________________________________</w:t>
      </w:r>
    </w:p>
    <w:p w14:paraId="61B7B0BF" w14:textId="77777777" w:rsidR="00AE08AB" w:rsidRDefault="00AA2D9E">
      <w:pPr>
        <w:spacing w:after="60"/>
      </w:pPr>
      <w:r>
        <w:rPr>
          <w:color w:val="B9B9B9"/>
          <w:sz w:val="16"/>
        </w:rPr>
        <w:t>________________________________________________________</w:t>
      </w:r>
    </w:p>
    <w:p w14:paraId="5F048B17" w14:textId="77777777" w:rsidR="00AE08AB" w:rsidRDefault="00AA2D9E">
      <w:pPr>
        <w:spacing w:after="60"/>
      </w:pPr>
      <w:r>
        <w:rPr>
          <w:color w:val="B9B9B9"/>
          <w:sz w:val="16"/>
        </w:rPr>
        <w:t>________________________________________________________</w:t>
      </w:r>
    </w:p>
    <w:p w14:paraId="4C58ED49" w14:textId="77777777" w:rsidR="00AE08AB" w:rsidRDefault="00AA2D9E">
      <w:pPr>
        <w:spacing w:after="60"/>
      </w:pPr>
      <w:r>
        <w:rPr>
          <w:color w:val="B9B9B9"/>
          <w:sz w:val="16"/>
        </w:rPr>
        <w:t>________________________________________________________</w:t>
      </w:r>
    </w:p>
    <w:p w14:paraId="0A93F3FF" w14:textId="77777777" w:rsidR="00AE08AB" w:rsidRDefault="00AA2D9E">
      <w:pPr>
        <w:spacing w:after="60"/>
      </w:pPr>
      <w:r>
        <w:rPr>
          <w:color w:val="B9B9B9"/>
          <w:sz w:val="16"/>
        </w:rPr>
        <w:t>________________________________________________________</w:t>
      </w:r>
    </w:p>
    <w:p w14:paraId="69043562" w14:textId="77777777" w:rsidR="00AE08AB" w:rsidRDefault="00AA2D9E">
      <w:pPr>
        <w:spacing w:after="60"/>
      </w:pPr>
      <w:r>
        <w:rPr>
          <w:color w:val="B9B9B9"/>
          <w:sz w:val="16"/>
        </w:rPr>
        <w:lastRenderedPageBreak/>
        <w:t>________________________________________________________</w:t>
      </w:r>
    </w:p>
    <w:p w14:paraId="6180CFD5" w14:textId="77777777" w:rsidR="00AE08AB" w:rsidRDefault="00AA2D9E">
      <w:pPr>
        <w:spacing w:after="60"/>
      </w:pPr>
      <w:r>
        <w:rPr>
          <w:color w:val="B9B9B9"/>
          <w:sz w:val="16"/>
        </w:rPr>
        <w:t>________________________________________________________</w:t>
      </w:r>
    </w:p>
    <w:p w14:paraId="25B2196A" w14:textId="77777777" w:rsidR="00AE08AB" w:rsidRDefault="00AA2D9E">
      <w:r>
        <w:br w:type="page"/>
      </w:r>
    </w:p>
    <w:p w14:paraId="3C85B4BA" w14:textId="77777777" w:rsidR="00AE08AB" w:rsidRDefault="00AA2D9E">
      <w:pPr>
        <w:pStyle w:val="Heading2"/>
      </w:pPr>
      <w:r>
        <w:lastRenderedPageBreak/>
        <w:t>DAY 20</w:t>
      </w:r>
    </w:p>
    <w:p w14:paraId="70730667" w14:textId="77777777" w:rsidR="00AE08AB" w:rsidRDefault="00AA2D9E">
      <w:pPr>
        <w:pStyle w:val="Heading1"/>
      </w:pPr>
      <w:r>
        <w:t>The Next Right Step</w:t>
      </w:r>
    </w:p>
    <w:p w14:paraId="07C99E86" w14:textId="77777777" w:rsidR="00AE08AB" w:rsidRDefault="00AA2D9E">
      <w:r>
        <w:rPr>
          <w:b/>
          <w:color w:val="B08D3A"/>
        </w:rPr>
        <w:t xml:space="preserve">SCRIPTURE ANCHOR  </w:t>
      </w:r>
      <w:r>
        <w:t>Psalm 37:23</w:t>
      </w:r>
    </w:p>
    <w:p w14:paraId="5CD32CF5" w14:textId="77777777" w:rsidR="00AE08AB" w:rsidRDefault="00AA2D9E">
      <w:pPr>
        <w:pStyle w:val="Heading2"/>
      </w:pPr>
      <w:r>
        <w:t>Pause</w:t>
      </w:r>
    </w:p>
    <w:p w14:paraId="2C708846" w14:textId="77777777" w:rsidR="00AE08AB" w:rsidRDefault="00AA2D9E">
      <w:r>
        <w:t>Take three slow breaths. Let your body become still. You do not have to solve anything before you pray.</w:t>
      </w:r>
    </w:p>
    <w:p w14:paraId="7428B407" w14:textId="77777777" w:rsidR="00AE08AB" w:rsidRDefault="00AA2D9E">
      <w:pPr>
        <w:pStyle w:val="Heading2"/>
      </w:pPr>
      <w:r>
        <w:t>Guided Prayer</w:t>
      </w:r>
    </w:p>
    <w:p w14:paraId="588F5F23" w14:textId="77777777" w:rsidR="00AE08AB" w:rsidRDefault="00AA2D9E">
      <w:r>
        <w:t>Father, I bring You the reality of the next right step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w:t>
      </w:r>
      <w:r>
        <w:t>ions remain unanswered. In Jesus' name, Amen.</w:t>
      </w:r>
    </w:p>
    <w:p w14:paraId="0F419F74" w14:textId="77777777" w:rsidR="00AE08AB" w:rsidRDefault="00AA2D9E">
      <w:pPr>
        <w:pStyle w:val="Heading2"/>
      </w:pPr>
      <w:r>
        <w:t>Release</w:t>
      </w:r>
    </w:p>
    <w:p w14:paraId="638EE188" w14:textId="77777777" w:rsidR="00AE08AB" w:rsidRDefault="00AA2D9E">
      <w:r>
        <w:t>Complete this sentence slowly: “Father, today I place into Your hands…”</w:t>
      </w:r>
    </w:p>
    <w:p w14:paraId="7B6F07AD" w14:textId="77777777" w:rsidR="00AE08AB" w:rsidRDefault="00AA2D9E">
      <w:pPr>
        <w:spacing w:after="60"/>
      </w:pPr>
      <w:r>
        <w:rPr>
          <w:color w:val="B9B9B9"/>
          <w:sz w:val="16"/>
        </w:rPr>
        <w:t>________________________________________________________</w:t>
      </w:r>
    </w:p>
    <w:p w14:paraId="6D867FEA" w14:textId="77777777" w:rsidR="00AE08AB" w:rsidRDefault="00AA2D9E">
      <w:pPr>
        <w:spacing w:after="60"/>
      </w:pPr>
      <w:r>
        <w:rPr>
          <w:color w:val="B9B9B9"/>
          <w:sz w:val="16"/>
        </w:rPr>
        <w:t>________________________________________________________</w:t>
      </w:r>
    </w:p>
    <w:p w14:paraId="5BE62ED0" w14:textId="77777777" w:rsidR="00AE08AB" w:rsidRDefault="00AA2D9E">
      <w:pPr>
        <w:pStyle w:val="Heading2"/>
      </w:pPr>
      <w:r>
        <w:t>Listen</w:t>
      </w:r>
    </w:p>
    <w:p w14:paraId="289ED6AD" w14:textId="77777777" w:rsidR="00AE08AB" w:rsidRDefault="00AA2D9E">
      <w:r>
        <w:t>Remain quiet for a moment. What truth, Scripture, conviction, or gentle reminder is rising?</w:t>
      </w:r>
    </w:p>
    <w:p w14:paraId="709E8103" w14:textId="77777777" w:rsidR="00AE08AB" w:rsidRDefault="00AA2D9E">
      <w:pPr>
        <w:spacing w:after="60"/>
      </w:pPr>
      <w:r>
        <w:rPr>
          <w:color w:val="B9B9B9"/>
          <w:sz w:val="16"/>
        </w:rPr>
        <w:t>________________________________________________________</w:t>
      </w:r>
    </w:p>
    <w:p w14:paraId="0BC84BF3" w14:textId="77777777" w:rsidR="00AE08AB" w:rsidRDefault="00AA2D9E">
      <w:pPr>
        <w:spacing w:after="60"/>
      </w:pPr>
      <w:r>
        <w:rPr>
          <w:color w:val="B9B9B9"/>
          <w:sz w:val="16"/>
        </w:rPr>
        <w:t>________________________________________________________</w:t>
      </w:r>
    </w:p>
    <w:p w14:paraId="1E16667F" w14:textId="77777777" w:rsidR="00AE08AB" w:rsidRDefault="00AA2D9E">
      <w:pPr>
        <w:pStyle w:val="Heading2"/>
      </w:pPr>
      <w:r>
        <w:t>My Unfiltered Prayer</w:t>
      </w:r>
    </w:p>
    <w:p w14:paraId="5C66D8F9" w14:textId="77777777" w:rsidR="00AE08AB" w:rsidRDefault="00AA2D9E">
      <w:r>
        <w:t>God, as I sit with the next right step, what I most need to tell You honestly is…</w:t>
      </w:r>
    </w:p>
    <w:p w14:paraId="709EA331" w14:textId="77777777" w:rsidR="00AE08AB" w:rsidRDefault="00AA2D9E">
      <w:pPr>
        <w:spacing w:after="60"/>
      </w:pPr>
      <w:r>
        <w:rPr>
          <w:color w:val="B9B9B9"/>
          <w:sz w:val="16"/>
        </w:rPr>
        <w:t>________________________________________________________</w:t>
      </w:r>
    </w:p>
    <w:p w14:paraId="10E78DBC" w14:textId="77777777" w:rsidR="00AE08AB" w:rsidRDefault="00AA2D9E">
      <w:pPr>
        <w:spacing w:after="60"/>
      </w:pPr>
      <w:r>
        <w:rPr>
          <w:color w:val="B9B9B9"/>
          <w:sz w:val="16"/>
        </w:rPr>
        <w:t>________________________________________________________</w:t>
      </w:r>
    </w:p>
    <w:p w14:paraId="1E350D63" w14:textId="77777777" w:rsidR="00AE08AB" w:rsidRDefault="00AA2D9E">
      <w:pPr>
        <w:spacing w:after="60"/>
      </w:pPr>
      <w:r>
        <w:rPr>
          <w:color w:val="B9B9B9"/>
          <w:sz w:val="16"/>
        </w:rPr>
        <w:t>________________________________________________________</w:t>
      </w:r>
    </w:p>
    <w:p w14:paraId="744F4942" w14:textId="77777777" w:rsidR="00AE08AB" w:rsidRDefault="00AA2D9E">
      <w:pPr>
        <w:spacing w:after="60"/>
      </w:pPr>
      <w:r>
        <w:rPr>
          <w:color w:val="B9B9B9"/>
          <w:sz w:val="16"/>
        </w:rPr>
        <w:t>________________________________________________________</w:t>
      </w:r>
    </w:p>
    <w:p w14:paraId="20BA4EF5" w14:textId="77777777" w:rsidR="00AE08AB" w:rsidRDefault="00AA2D9E">
      <w:pPr>
        <w:spacing w:after="60"/>
      </w:pPr>
      <w:r>
        <w:rPr>
          <w:color w:val="B9B9B9"/>
          <w:sz w:val="16"/>
        </w:rPr>
        <w:lastRenderedPageBreak/>
        <w:t>________________________________________________________</w:t>
      </w:r>
    </w:p>
    <w:p w14:paraId="2673C8B9" w14:textId="77777777" w:rsidR="00AE08AB" w:rsidRDefault="00AA2D9E">
      <w:pPr>
        <w:spacing w:after="60"/>
      </w:pPr>
      <w:r>
        <w:rPr>
          <w:color w:val="B9B9B9"/>
          <w:sz w:val="16"/>
        </w:rPr>
        <w:t>________________________________________________________</w:t>
      </w:r>
    </w:p>
    <w:p w14:paraId="42E83221" w14:textId="77777777" w:rsidR="00AE08AB" w:rsidRDefault="00AA2D9E">
      <w:pPr>
        <w:spacing w:after="60"/>
      </w:pPr>
      <w:r>
        <w:rPr>
          <w:color w:val="B9B9B9"/>
          <w:sz w:val="16"/>
        </w:rPr>
        <w:t>________________________________________________________</w:t>
      </w:r>
    </w:p>
    <w:p w14:paraId="60D7FC6B" w14:textId="77777777" w:rsidR="00AE08AB" w:rsidRDefault="00AA2D9E">
      <w:r>
        <w:br w:type="page"/>
      </w:r>
    </w:p>
    <w:p w14:paraId="58FB8C4E" w14:textId="77777777" w:rsidR="00AE08AB" w:rsidRDefault="00AA2D9E">
      <w:pPr>
        <w:pStyle w:val="Heading2"/>
      </w:pPr>
      <w:r>
        <w:lastRenderedPageBreak/>
        <w:t>DAY 21</w:t>
      </w:r>
    </w:p>
    <w:p w14:paraId="45427AB5" w14:textId="77777777" w:rsidR="00AE08AB" w:rsidRDefault="00AA2D9E">
      <w:pPr>
        <w:pStyle w:val="Heading1"/>
      </w:pPr>
      <w:r>
        <w:t>Resilience and Community</w:t>
      </w:r>
    </w:p>
    <w:p w14:paraId="226A3A96" w14:textId="77777777" w:rsidR="00AE08AB" w:rsidRDefault="00AA2D9E">
      <w:r>
        <w:rPr>
          <w:b/>
          <w:color w:val="B08D3A"/>
        </w:rPr>
        <w:t xml:space="preserve">SCRIPTURE ANCHOR  </w:t>
      </w:r>
      <w:r>
        <w:t>Hebrews 10:24-25</w:t>
      </w:r>
    </w:p>
    <w:p w14:paraId="6056553F" w14:textId="77777777" w:rsidR="00AE08AB" w:rsidRDefault="00AA2D9E">
      <w:pPr>
        <w:pStyle w:val="Heading2"/>
      </w:pPr>
      <w:r>
        <w:t>Pause</w:t>
      </w:r>
    </w:p>
    <w:p w14:paraId="6B113A09" w14:textId="77777777" w:rsidR="00AE08AB" w:rsidRDefault="00AA2D9E">
      <w:r>
        <w:t>Take three slow breaths. Let your body become still. You do not have to solve anything before you pray.</w:t>
      </w:r>
    </w:p>
    <w:p w14:paraId="0EEC578B" w14:textId="77777777" w:rsidR="00AE08AB" w:rsidRDefault="00AA2D9E">
      <w:pPr>
        <w:pStyle w:val="Heading2"/>
      </w:pPr>
      <w:r>
        <w:t>Guided Prayer</w:t>
      </w:r>
    </w:p>
    <w:p w14:paraId="1BE7351B" w14:textId="77777777" w:rsidR="00AE08AB" w:rsidRDefault="00AA2D9E">
      <w:r>
        <w:t xml:space="preserve">Father, I bring You the reality of resilience and community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w:t>
      </w:r>
      <w:r>
        <w:t>questions remain unanswered. In Jesus' name, Amen.</w:t>
      </w:r>
    </w:p>
    <w:p w14:paraId="0FED1CD6" w14:textId="77777777" w:rsidR="00AE08AB" w:rsidRDefault="00AA2D9E">
      <w:pPr>
        <w:pStyle w:val="Heading2"/>
      </w:pPr>
      <w:r>
        <w:t>Release</w:t>
      </w:r>
    </w:p>
    <w:p w14:paraId="1677F0EC" w14:textId="77777777" w:rsidR="00AE08AB" w:rsidRDefault="00AA2D9E">
      <w:r>
        <w:t>Complete this sentence slowly: “Father, today I place into Your hands…”</w:t>
      </w:r>
    </w:p>
    <w:p w14:paraId="12624389" w14:textId="77777777" w:rsidR="00AE08AB" w:rsidRDefault="00AA2D9E">
      <w:pPr>
        <w:spacing w:after="60"/>
      </w:pPr>
      <w:r>
        <w:rPr>
          <w:color w:val="B9B9B9"/>
          <w:sz w:val="16"/>
        </w:rPr>
        <w:t>________________________________________________________</w:t>
      </w:r>
    </w:p>
    <w:p w14:paraId="5EC5A247" w14:textId="77777777" w:rsidR="00AE08AB" w:rsidRDefault="00AA2D9E">
      <w:pPr>
        <w:spacing w:after="60"/>
      </w:pPr>
      <w:r>
        <w:rPr>
          <w:color w:val="B9B9B9"/>
          <w:sz w:val="16"/>
        </w:rPr>
        <w:t>________________________________________________________</w:t>
      </w:r>
    </w:p>
    <w:p w14:paraId="5EEF70E2" w14:textId="77777777" w:rsidR="00AE08AB" w:rsidRDefault="00AA2D9E">
      <w:pPr>
        <w:pStyle w:val="Heading2"/>
      </w:pPr>
      <w:r>
        <w:t>Listen</w:t>
      </w:r>
    </w:p>
    <w:p w14:paraId="22CA67F1" w14:textId="77777777" w:rsidR="00AE08AB" w:rsidRDefault="00AA2D9E">
      <w:r>
        <w:t>Remain quiet for a moment. What truth, Scripture, conviction, or gentle reminder is rising?</w:t>
      </w:r>
    </w:p>
    <w:p w14:paraId="4A025A39" w14:textId="77777777" w:rsidR="00AE08AB" w:rsidRDefault="00AA2D9E">
      <w:pPr>
        <w:spacing w:after="60"/>
      </w:pPr>
      <w:r>
        <w:rPr>
          <w:color w:val="B9B9B9"/>
          <w:sz w:val="16"/>
        </w:rPr>
        <w:t>________________________________________________________</w:t>
      </w:r>
    </w:p>
    <w:p w14:paraId="574C1618" w14:textId="77777777" w:rsidR="00AE08AB" w:rsidRDefault="00AA2D9E">
      <w:pPr>
        <w:spacing w:after="60"/>
      </w:pPr>
      <w:r>
        <w:rPr>
          <w:color w:val="B9B9B9"/>
          <w:sz w:val="16"/>
        </w:rPr>
        <w:t>________________________________________________________</w:t>
      </w:r>
    </w:p>
    <w:p w14:paraId="1CF88B4F" w14:textId="77777777" w:rsidR="00AE08AB" w:rsidRDefault="00AA2D9E">
      <w:pPr>
        <w:pStyle w:val="Heading2"/>
      </w:pPr>
      <w:r>
        <w:t>My Unfiltered Prayer</w:t>
      </w:r>
    </w:p>
    <w:p w14:paraId="06052175" w14:textId="77777777" w:rsidR="00AE08AB" w:rsidRDefault="00AA2D9E">
      <w:r>
        <w:t>God, as I sit with resilience and community, what I most need to tell You honestly is…</w:t>
      </w:r>
    </w:p>
    <w:p w14:paraId="0DE12B1F" w14:textId="77777777" w:rsidR="00AE08AB" w:rsidRDefault="00AA2D9E">
      <w:pPr>
        <w:spacing w:after="60"/>
      </w:pPr>
      <w:r>
        <w:rPr>
          <w:color w:val="B9B9B9"/>
          <w:sz w:val="16"/>
        </w:rPr>
        <w:t>________________________________________________________</w:t>
      </w:r>
    </w:p>
    <w:p w14:paraId="123FFEC9" w14:textId="77777777" w:rsidR="00AE08AB" w:rsidRDefault="00AA2D9E">
      <w:pPr>
        <w:spacing w:after="60"/>
      </w:pPr>
      <w:r>
        <w:rPr>
          <w:color w:val="B9B9B9"/>
          <w:sz w:val="16"/>
        </w:rPr>
        <w:t>________________________________________________________</w:t>
      </w:r>
    </w:p>
    <w:p w14:paraId="3C1E132D" w14:textId="77777777" w:rsidR="00AE08AB" w:rsidRDefault="00AA2D9E">
      <w:pPr>
        <w:spacing w:after="60"/>
      </w:pPr>
      <w:r>
        <w:rPr>
          <w:color w:val="B9B9B9"/>
          <w:sz w:val="16"/>
        </w:rPr>
        <w:t>________________________________________________________</w:t>
      </w:r>
    </w:p>
    <w:p w14:paraId="68D27AFD" w14:textId="77777777" w:rsidR="00AE08AB" w:rsidRDefault="00AA2D9E">
      <w:pPr>
        <w:spacing w:after="60"/>
      </w:pPr>
      <w:r>
        <w:rPr>
          <w:color w:val="B9B9B9"/>
          <w:sz w:val="16"/>
        </w:rPr>
        <w:lastRenderedPageBreak/>
        <w:t>________________________________________________________</w:t>
      </w:r>
    </w:p>
    <w:p w14:paraId="6DC52D59" w14:textId="77777777" w:rsidR="00AE08AB" w:rsidRDefault="00AA2D9E">
      <w:pPr>
        <w:spacing w:after="60"/>
      </w:pPr>
      <w:r>
        <w:rPr>
          <w:color w:val="B9B9B9"/>
          <w:sz w:val="16"/>
        </w:rPr>
        <w:t>________________________________________________________</w:t>
      </w:r>
    </w:p>
    <w:p w14:paraId="4069AFAF" w14:textId="77777777" w:rsidR="00AE08AB" w:rsidRDefault="00AA2D9E">
      <w:pPr>
        <w:spacing w:after="60"/>
      </w:pPr>
      <w:r>
        <w:rPr>
          <w:color w:val="B9B9B9"/>
          <w:sz w:val="16"/>
        </w:rPr>
        <w:t>________________________________________________________</w:t>
      </w:r>
    </w:p>
    <w:p w14:paraId="3185AC42" w14:textId="77777777" w:rsidR="00AE08AB" w:rsidRDefault="00AA2D9E">
      <w:pPr>
        <w:spacing w:after="60"/>
      </w:pPr>
      <w:r>
        <w:rPr>
          <w:color w:val="B9B9B9"/>
          <w:sz w:val="16"/>
        </w:rPr>
        <w:t>________________________________________________________</w:t>
      </w:r>
    </w:p>
    <w:p w14:paraId="702E3817" w14:textId="77777777" w:rsidR="00AE08AB" w:rsidRDefault="00AA2D9E">
      <w:pPr>
        <w:pStyle w:val="Heading1"/>
      </w:pPr>
      <w:r>
        <w:t>Sacred Pause</w:t>
      </w:r>
    </w:p>
    <w:p w14:paraId="382ABB93" w14:textId="77777777" w:rsidR="00AE08AB" w:rsidRDefault="00AA2D9E">
      <w:pPr>
        <w:pStyle w:val="Heading3"/>
      </w:pPr>
      <w:r>
        <w:t>What happened within me this week?</w:t>
      </w:r>
    </w:p>
    <w:p w14:paraId="5A6ABB8F" w14:textId="77777777" w:rsidR="00AE08AB" w:rsidRDefault="00AA2D9E">
      <w:pPr>
        <w:spacing w:after="60"/>
      </w:pPr>
      <w:r>
        <w:rPr>
          <w:color w:val="B9B9B9"/>
          <w:sz w:val="16"/>
        </w:rPr>
        <w:t>________________________________________________________</w:t>
      </w:r>
    </w:p>
    <w:p w14:paraId="4BAA4FE4" w14:textId="77777777" w:rsidR="00AE08AB" w:rsidRDefault="00AA2D9E">
      <w:pPr>
        <w:pStyle w:val="Heading3"/>
      </w:pPr>
      <w:r>
        <w:t>What emotion appeared most often?</w:t>
      </w:r>
    </w:p>
    <w:p w14:paraId="5FC7A9BB" w14:textId="77777777" w:rsidR="00AE08AB" w:rsidRDefault="00AA2D9E">
      <w:pPr>
        <w:spacing w:after="60"/>
      </w:pPr>
      <w:r>
        <w:rPr>
          <w:color w:val="B9B9B9"/>
          <w:sz w:val="16"/>
        </w:rPr>
        <w:t>________________________________________________________</w:t>
      </w:r>
    </w:p>
    <w:p w14:paraId="09C744DA" w14:textId="77777777" w:rsidR="00AE08AB" w:rsidRDefault="00AA2D9E">
      <w:pPr>
        <w:pStyle w:val="Heading3"/>
      </w:pPr>
      <w:r>
        <w:t>Where did I recognize God's grace?</w:t>
      </w:r>
    </w:p>
    <w:p w14:paraId="3CA91179" w14:textId="77777777" w:rsidR="00AE08AB" w:rsidRDefault="00AA2D9E">
      <w:pPr>
        <w:spacing w:after="60"/>
      </w:pPr>
      <w:r>
        <w:rPr>
          <w:color w:val="B9B9B9"/>
          <w:sz w:val="16"/>
        </w:rPr>
        <w:t>________________________________________________________</w:t>
      </w:r>
    </w:p>
    <w:p w14:paraId="3D10243A" w14:textId="77777777" w:rsidR="00AE08AB" w:rsidRDefault="00AA2D9E">
      <w:pPr>
        <w:pStyle w:val="Heading3"/>
      </w:pPr>
      <w:r>
        <w:t>What do I refuse to carry into another week?</w:t>
      </w:r>
    </w:p>
    <w:p w14:paraId="2F4A93AC" w14:textId="77777777" w:rsidR="00AE08AB" w:rsidRDefault="00AA2D9E">
      <w:pPr>
        <w:spacing w:after="60"/>
      </w:pPr>
      <w:r>
        <w:rPr>
          <w:color w:val="B9B9B9"/>
          <w:sz w:val="16"/>
        </w:rPr>
        <w:t>________________________________________________________</w:t>
      </w:r>
    </w:p>
    <w:p w14:paraId="5B0FF5B7" w14:textId="77777777" w:rsidR="00AE08AB" w:rsidRDefault="00AA2D9E">
      <w:pPr>
        <w:pStyle w:val="Heading3"/>
      </w:pPr>
      <w:r>
        <w:t>What do I need to receive from God now?</w:t>
      </w:r>
    </w:p>
    <w:p w14:paraId="0E524B38" w14:textId="77777777" w:rsidR="00AE08AB" w:rsidRDefault="00AA2D9E">
      <w:pPr>
        <w:spacing w:after="60"/>
      </w:pPr>
      <w:r>
        <w:rPr>
          <w:color w:val="B9B9B9"/>
          <w:sz w:val="16"/>
        </w:rPr>
        <w:t>________________________________________________________</w:t>
      </w:r>
    </w:p>
    <w:p w14:paraId="061C5FBD" w14:textId="77777777" w:rsidR="00AE08AB" w:rsidRDefault="00AA2D9E">
      <w:r>
        <w:br w:type="page"/>
      </w:r>
    </w:p>
    <w:p w14:paraId="09919893" w14:textId="77777777" w:rsidR="00AE08AB" w:rsidRDefault="00AA2D9E">
      <w:pPr>
        <w:pStyle w:val="Heading2"/>
      </w:pPr>
      <w:r>
        <w:lastRenderedPageBreak/>
        <w:t>DAY 22</w:t>
      </w:r>
    </w:p>
    <w:p w14:paraId="3196FABF" w14:textId="77777777" w:rsidR="00AE08AB" w:rsidRDefault="00AA2D9E">
      <w:pPr>
        <w:pStyle w:val="Heading1"/>
      </w:pPr>
      <w:r>
        <w:t>Strength Through Surrender</w:t>
      </w:r>
    </w:p>
    <w:p w14:paraId="081E45D6" w14:textId="77777777" w:rsidR="00AE08AB" w:rsidRDefault="00AA2D9E">
      <w:r>
        <w:rPr>
          <w:b/>
          <w:color w:val="B08D3A"/>
        </w:rPr>
        <w:t xml:space="preserve">SCRIPTURE ANCHOR  </w:t>
      </w:r>
      <w:r>
        <w:t>Zechariah 4:6</w:t>
      </w:r>
    </w:p>
    <w:p w14:paraId="0C69CB0F" w14:textId="77777777" w:rsidR="00AE08AB" w:rsidRDefault="00AA2D9E">
      <w:pPr>
        <w:pStyle w:val="Heading2"/>
      </w:pPr>
      <w:r>
        <w:t>Pause</w:t>
      </w:r>
    </w:p>
    <w:p w14:paraId="519FA749" w14:textId="77777777" w:rsidR="00AE08AB" w:rsidRDefault="00AA2D9E">
      <w:r>
        <w:t>Take three slow breaths. Let your body become still. You do not have to solve anything before you pray.</w:t>
      </w:r>
    </w:p>
    <w:p w14:paraId="74E17522" w14:textId="77777777" w:rsidR="00AE08AB" w:rsidRDefault="00AA2D9E">
      <w:pPr>
        <w:pStyle w:val="Heading2"/>
      </w:pPr>
      <w:r>
        <w:t>Guided Prayer</w:t>
      </w:r>
    </w:p>
    <w:p w14:paraId="08577C7C" w14:textId="77777777" w:rsidR="00AE08AB" w:rsidRDefault="00AA2D9E">
      <w:r>
        <w:t>Father, I bring You the reality of strength through surrender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1F4F6083" w14:textId="77777777" w:rsidR="00AE08AB" w:rsidRDefault="00AA2D9E">
      <w:pPr>
        <w:pStyle w:val="Heading2"/>
      </w:pPr>
      <w:r>
        <w:t>Release</w:t>
      </w:r>
    </w:p>
    <w:p w14:paraId="433655A9" w14:textId="77777777" w:rsidR="00AE08AB" w:rsidRDefault="00AA2D9E">
      <w:r>
        <w:t>Complete this sentence slowly: “Father, today I place into Your hands…”</w:t>
      </w:r>
    </w:p>
    <w:p w14:paraId="16810698" w14:textId="77777777" w:rsidR="00AE08AB" w:rsidRDefault="00AA2D9E">
      <w:pPr>
        <w:spacing w:after="60"/>
      </w:pPr>
      <w:r>
        <w:rPr>
          <w:color w:val="B9B9B9"/>
          <w:sz w:val="16"/>
        </w:rPr>
        <w:t>________________________________________________________</w:t>
      </w:r>
    </w:p>
    <w:p w14:paraId="6EE6B2A8" w14:textId="77777777" w:rsidR="00AE08AB" w:rsidRDefault="00AA2D9E">
      <w:pPr>
        <w:spacing w:after="60"/>
      </w:pPr>
      <w:r>
        <w:rPr>
          <w:color w:val="B9B9B9"/>
          <w:sz w:val="16"/>
        </w:rPr>
        <w:t>________________________________________________________</w:t>
      </w:r>
    </w:p>
    <w:p w14:paraId="2360D523" w14:textId="77777777" w:rsidR="00AE08AB" w:rsidRDefault="00AA2D9E">
      <w:pPr>
        <w:pStyle w:val="Heading2"/>
      </w:pPr>
      <w:r>
        <w:t>Listen</w:t>
      </w:r>
    </w:p>
    <w:p w14:paraId="54DD6E2A" w14:textId="77777777" w:rsidR="00AE08AB" w:rsidRDefault="00AA2D9E">
      <w:r>
        <w:t>Remain quiet for a moment. What truth, Scripture, conviction, or gentle reminder is rising?</w:t>
      </w:r>
    </w:p>
    <w:p w14:paraId="4DD821EA" w14:textId="77777777" w:rsidR="00AE08AB" w:rsidRDefault="00AA2D9E">
      <w:pPr>
        <w:spacing w:after="60"/>
      </w:pPr>
      <w:r>
        <w:rPr>
          <w:color w:val="B9B9B9"/>
          <w:sz w:val="16"/>
        </w:rPr>
        <w:t>________________________________________________________</w:t>
      </w:r>
    </w:p>
    <w:p w14:paraId="7799F3FB" w14:textId="77777777" w:rsidR="00AE08AB" w:rsidRDefault="00AA2D9E">
      <w:pPr>
        <w:spacing w:after="60"/>
      </w:pPr>
      <w:r>
        <w:rPr>
          <w:color w:val="B9B9B9"/>
          <w:sz w:val="16"/>
        </w:rPr>
        <w:t>________________________________________________________</w:t>
      </w:r>
    </w:p>
    <w:p w14:paraId="6831EC8D" w14:textId="77777777" w:rsidR="00AE08AB" w:rsidRDefault="00AA2D9E">
      <w:pPr>
        <w:pStyle w:val="Heading2"/>
      </w:pPr>
      <w:r>
        <w:t>My Unfiltered Prayer</w:t>
      </w:r>
    </w:p>
    <w:p w14:paraId="5E4CCD8A" w14:textId="77777777" w:rsidR="00AE08AB" w:rsidRDefault="00AA2D9E">
      <w:r>
        <w:t>God, as I sit with strength through surrender, what I most need to tell You honestly is…</w:t>
      </w:r>
    </w:p>
    <w:p w14:paraId="43760BB0" w14:textId="77777777" w:rsidR="00AE08AB" w:rsidRDefault="00AA2D9E">
      <w:pPr>
        <w:spacing w:after="60"/>
      </w:pPr>
      <w:r>
        <w:rPr>
          <w:color w:val="B9B9B9"/>
          <w:sz w:val="16"/>
        </w:rPr>
        <w:t>________________________________________________________</w:t>
      </w:r>
    </w:p>
    <w:p w14:paraId="22AB2FA3" w14:textId="77777777" w:rsidR="00AE08AB" w:rsidRDefault="00AA2D9E">
      <w:pPr>
        <w:spacing w:after="60"/>
      </w:pPr>
      <w:r>
        <w:rPr>
          <w:color w:val="B9B9B9"/>
          <w:sz w:val="16"/>
        </w:rPr>
        <w:t>________________________________________________________</w:t>
      </w:r>
    </w:p>
    <w:p w14:paraId="1C4F4BBF" w14:textId="77777777" w:rsidR="00AE08AB" w:rsidRDefault="00AA2D9E">
      <w:pPr>
        <w:spacing w:after="60"/>
      </w:pPr>
      <w:r>
        <w:rPr>
          <w:color w:val="B9B9B9"/>
          <w:sz w:val="16"/>
        </w:rPr>
        <w:t>________________________________________________________</w:t>
      </w:r>
    </w:p>
    <w:p w14:paraId="29199576" w14:textId="77777777" w:rsidR="00AE08AB" w:rsidRDefault="00AA2D9E">
      <w:pPr>
        <w:spacing w:after="60"/>
      </w:pPr>
      <w:r>
        <w:rPr>
          <w:color w:val="B9B9B9"/>
          <w:sz w:val="16"/>
        </w:rPr>
        <w:lastRenderedPageBreak/>
        <w:t>________________________________________________________</w:t>
      </w:r>
    </w:p>
    <w:p w14:paraId="558796C0" w14:textId="77777777" w:rsidR="00AE08AB" w:rsidRDefault="00AA2D9E">
      <w:pPr>
        <w:spacing w:after="60"/>
      </w:pPr>
      <w:r>
        <w:rPr>
          <w:color w:val="B9B9B9"/>
          <w:sz w:val="16"/>
        </w:rPr>
        <w:t>________________________________________________________</w:t>
      </w:r>
    </w:p>
    <w:p w14:paraId="4DAF1725" w14:textId="77777777" w:rsidR="00AE08AB" w:rsidRDefault="00AA2D9E">
      <w:pPr>
        <w:spacing w:after="60"/>
      </w:pPr>
      <w:r>
        <w:rPr>
          <w:color w:val="B9B9B9"/>
          <w:sz w:val="16"/>
        </w:rPr>
        <w:t>________________________________________________________</w:t>
      </w:r>
    </w:p>
    <w:p w14:paraId="5117C6A6" w14:textId="77777777" w:rsidR="00AE08AB" w:rsidRDefault="00AA2D9E">
      <w:pPr>
        <w:spacing w:after="60"/>
      </w:pPr>
      <w:r>
        <w:rPr>
          <w:color w:val="B9B9B9"/>
          <w:sz w:val="16"/>
        </w:rPr>
        <w:t>________________________________________________________</w:t>
      </w:r>
    </w:p>
    <w:p w14:paraId="182CB0D7" w14:textId="77777777" w:rsidR="00AE08AB" w:rsidRDefault="00AA2D9E">
      <w:r>
        <w:br w:type="page"/>
      </w:r>
    </w:p>
    <w:p w14:paraId="0588D61E" w14:textId="77777777" w:rsidR="00AE08AB" w:rsidRDefault="00AA2D9E">
      <w:pPr>
        <w:pStyle w:val="Heading2"/>
      </w:pPr>
      <w:r>
        <w:lastRenderedPageBreak/>
        <w:t>DAY 23</w:t>
      </w:r>
    </w:p>
    <w:p w14:paraId="6D8ADE3D" w14:textId="77777777" w:rsidR="00AE08AB" w:rsidRDefault="00AA2D9E">
      <w:pPr>
        <w:pStyle w:val="Heading1"/>
      </w:pPr>
      <w:r>
        <w:t>When You Fall, Rise Again</w:t>
      </w:r>
    </w:p>
    <w:p w14:paraId="037CC3D9" w14:textId="77777777" w:rsidR="00AE08AB" w:rsidRDefault="00AA2D9E">
      <w:r>
        <w:rPr>
          <w:b/>
          <w:color w:val="B08D3A"/>
        </w:rPr>
        <w:t xml:space="preserve">SCRIPTURE ANCHOR  </w:t>
      </w:r>
      <w:r>
        <w:t>Micah 7:8</w:t>
      </w:r>
    </w:p>
    <w:p w14:paraId="64720EB5" w14:textId="77777777" w:rsidR="00AE08AB" w:rsidRDefault="00AA2D9E">
      <w:pPr>
        <w:pStyle w:val="Heading2"/>
      </w:pPr>
      <w:r>
        <w:t>Pause</w:t>
      </w:r>
    </w:p>
    <w:p w14:paraId="06AB1C69" w14:textId="77777777" w:rsidR="00AE08AB" w:rsidRDefault="00AA2D9E">
      <w:r>
        <w:t>Take three slow breaths. Let your body become still. You do not have to solve anything before you pray.</w:t>
      </w:r>
    </w:p>
    <w:p w14:paraId="6D6D95C6" w14:textId="77777777" w:rsidR="00AE08AB" w:rsidRDefault="00AA2D9E">
      <w:pPr>
        <w:pStyle w:val="Heading2"/>
      </w:pPr>
      <w:r>
        <w:t>Guided Prayer</w:t>
      </w:r>
    </w:p>
    <w:p w14:paraId="2017BE86" w14:textId="77777777" w:rsidR="00AE08AB" w:rsidRDefault="00AA2D9E">
      <w:r>
        <w:t>Father, I bring You the reality of when you fall, rise again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49F4DC3E" w14:textId="77777777" w:rsidR="00AE08AB" w:rsidRDefault="00AA2D9E">
      <w:pPr>
        <w:pStyle w:val="Heading2"/>
      </w:pPr>
      <w:r>
        <w:t>Release</w:t>
      </w:r>
    </w:p>
    <w:p w14:paraId="51B20DE4" w14:textId="77777777" w:rsidR="00AE08AB" w:rsidRDefault="00AA2D9E">
      <w:r>
        <w:t>Complete this sentence slowly: “Father, today I place into Your hands…”</w:t>
      </w:r>
    </w:p>
    <w:p w14:paraId="36CBB5BA" w14:textId="77777777" w:rsidR="00AE08AB" w:rsidRDefault="00AA2D9E">
      <w:pPr>
        <w:spacing w:after="60"/>
      </w:pPr>
      <w:r>
        <w:rPr>
          <w:color w:val="B9B9B9"/>
          <w:sz w:val="16"/>
        </w:rPr>
        <w:t>________________________________________________________</w:t>
      </w:r>
    </w:p>
    <w:p w14:paraId="40076880" w14:textId="77777777" w:rsidR="00AE08AB" w:rsidRDefault="00AA2D9E">
      <w:pPr>
        <w:spacing w:after="60"/>
      </w:pPr>
      <w:r>
        <w:rPr>
          <w:color w:val="B9B9B9"/>
          <w:sz w:val="16"/>
        </w:rPr>
        <w:t>________________________________________________________</w:t>
      </w:r>
    </w:p>
    <w:p w14:paraId="7740DEB9" w14:textId="77777777" w:rsidR="00AE08AB" w:rsidRDefault="00AA2D9E">
      <w:pPr>
        <w:pStyle w:val="Heading2"/>
      </w:pPr>
      <w:r>
        <w:t>Listen</w:t>
      </w:r>
    </w:p>
    <w:p w14:paraId="0EAD5273" w14:textId="77777777" w:rsidR="00AE08AB" w:rsidRDefault="00AA2D9E">
      <w:r>
        <w:t>Remain quiet for a moment. What truth, Scripture, conviction, or gentle reminder is rising?</w:t>
      </w:r>
    </w:p>
    <w:p w14:paraId="2A40C757" w14:textId="77777777" w:rsidR="00AE08AB" w:rsidRDefault="00AA2D9E">
      <w:pPr>
        <w:spacing w:after="60"/>
      </w:pPr>
      <w:r>
        <w:rPr>
          <w:color w:val="B9B9B9"/>
          <w:sz w:val="16"/>
        </w:rPr>
        <w:t>________________________________________________________</w:t>
      </w:r>
    </w:p>
    <w:p w14:paraId="122C2BFA" w14:textId="77777777" w:rsidR="00AE08AB" w:rsidRDefault="00AA2D9E">
      <w:pPr>
        <w:spacing w:after="60"/>
      </w:pPr>
      <w:r>
        <w:rPr>
          <w:color w:val="B9B9B9"/>
          <w:sz w:val="16"/>
        </w:rPr>
        <w:t>________________________________________________________</w:t>
      </w:r>
    </w:p>
    <w:p w14:paraId="439FC15B" w14:textId="77777777" w:rsidR="00AE08AB" w:rsidRDefault="00AA2D9E">
      <w:pPr>
        <w:pStyle w:val="Heading2"/>
      </w:pPr>
      <w:r>
        <w:t>My Unfiltered Prayer</w:t>
      </w:r>
    </w:p>
    <w:p w14:paraId="62C987FD" w14:textId="77777777" w:rsidR="00AE08AB" w:rsidRDefault="00AA2D9E">
      <w:r>
        <w:t>God, as I sit with when you fall, rise again, what I most need to tell You honestly is…</w:t>
      </w:r>
    </w:p>
    <w:p w14:paraId="6872DD22" w14:textId="77777777" w:rsidR="00AE08AB" w:rsidRDefault="00AA2D9E">
      <w:pPr>
        <w:spacing w:after="60"/>
      </w:pPr>
      <w:r>
        <w:rPr>
          <w:color w:val="B9B9B9"/>
          <w:sz w:val="16"/>
        </w:rPr>
        <w:t>________________________________________________________</w:t>
      </w:r>
    </w:p>
    <w:p w14:paraId="199A5498" w14:textId="77777777" w:rsidR="00AE08AB" w:rsidRDefault="00AA2D9E">
      <w:pPr>
        <w:spacing w:after="60"/>
      </w:pPr>
      <w:r>
        <w:rPr>
          <w:color w:val="B9B9B9"/>
          <w:sz w:val="16"/>
        </w:rPr>
        <w:t>________________________________________________________</w:t>
      </w:r>
    </w:p>
    <w:p w14:paraId="50AC0CA1" w14:textId="77777777" w:rsidR="00AE08AB" w:rsidRDefault="00AA2D9E">
      <w:pPr>
        <w:spacing w:after="60"/>
      </w:pPr>
      <w:r>
        <w:rPr>
          <w:color w:val="B9B9B9"/>
          <w:sz w:val="16"/>
        </w:rPr>
        <w:t>________________________________________________________</w:t>
      </w:r>
    </w:p>
    <w:p w14:paraId="736D6C47" w14:textId="77777777" w:rsidR="00AE08AB" w:rsidRDefault="00AA2D9E">
      <w:pPr>
        <w:spacing w:after="60"/>
      </w:pPr>
      <w:r>
        <w:rPr>
          <w:color w:val="B9B9B9"/>
          <w:sz w:val="16"/>
        </w:rPr>
        <w:lastRenderedPageBreak/>
        <w:t>________________________________________________________</w:t>
      </w:r>
    </w:p>
    <w:p w14:paraId="47DFE04B" w14:textId="77777777" w:rsidR="00AE08AB" w:rsidRDefault="00AA2D9E">
      <w:pPr>
        <w:spacing w:after="60"/>
      </w:pPr>
      <w:r>
        <w:rPr>
          <w:color w:val="B9B9B9"/>
          <w:sz w:val="16"/>
        </w:rPr>
        <w:t>________________________________________________________</w:t>
      </w:r>
    </w:p>
    <w:p w14:paraId="72AC8ADD" w14:textId="77777777" w:rsidR="00AE08AB" w:rsidRDefault="00AA2D9E">
      <w:pPr>
        <w:spacing w:after="60"/>
      </w:pPr>
      <w:r>
        <w:rPr>
          <w:color w:val="B9B9B9"/>
          <w:sz w:val="16"/>
        </w:rPr>
        <w:t>________________________________________________________</w:t>
      </w:r>
    </w:p>
    <w:p w14:paraId="60583685" w14:textId="77777777" w:rsidR="00AE08AB" w:rsidRDefault="00AA2D9E">
      <w:pPr>
        <w:spacing w:after="60"/>
      </w:pPr>
      <w:r>
        <w:rPr>
          <w:color w:val="B9B9B9"/>
          <w:sz w:val="16"/>
        </w:rPr>
        <w:t>________________________________________________________</w:t>
      </w:r>
    </w:p>
    <w:p w14:paraId="33307E6F" w14:textId="77777777" w:rsidR="00AE08AB" w:rsidRDefault="00AA2D9E">
      <w:r>
        <w:br w:type="page"/>
      </w:r>
    </w:p>
    <w:p w14:paraId="666F344D" w14:textId="77777777" w:rsidR="00AE08AB" w:rsidRDefault="00AA2D9E">
      <w:pPr>
        <w:pStyle w:val="Heading2"/>
      </w:pPr>
      <w:r>
        <w:lastRenderedPageBreak/>
        <w:t>DAY 24</w:t>
      </w:r>
    </w:p>
    <w:p w14:paraId="53364EDB" w14:textId="77777777" w:rsidR="00AE08AB" w:rsidRDefault="00AA2D9E">
      <w:pPr>
        <w:pStyle w:val="Heading1"/>
      </w:pPr>
      <w:r>
        <w:t>Your Pain Is Not Your Ceiling</w:t>
      </w:r>
    </w:p>
    <w:p w14:paraId="657BFC13" w14:textId="77777777" w:rsidR="00AE08AB" w:rsidRDefault="00AA2D9E">
      <w:r>
        <w:rPr>
          <w:b/>
          <w:color w:val="B08D3A"/>
        </w:rPr>
        <w:t xml:space="preserve">SCRIPTURE ANCHOR  </w:t>
      </w:r>
      <w:r>
        <w:t>Romans 8:37</w:t>
      </w:r>
    </w:p>
    <w:p w14:paraId="608260E8" w14:textId="77777777" w:rsidR="00AE08AB" w:rsidRDefault="00AA2D9E">
      <w:pPr>
        <w:pStyle w:val="Heading2"/>
      </w:pPr>
      <w:r>
        <w:t>Pause</w:t>
      </w:r>
    </w:p>
    <w:p w14:paraId="04CC95BA" w14:textId="77777777" w:rsidR="00AE08AB" w:rsidRDefault="00AA2D9E">
      <w:r>
        <w:t>Take three slow breaths. Let your body become still. You do not have to solve anything before you pray.</w:t>
      </w:r>
    </w:p>
    <w:p w14:paraId="3798B432" w14:textId="77777777" w:rsidR="00AE08AB" w:rsidRDefault="00AA2D9E">
      <w:pPr>
        <w:pStyle w:val="Heading2"/>
      </w:pPr>
      <w:r>
        <w:t>Guided Prayer</w:t>
      </w:r>
    </w:p>
    <w:p w14:paraId="7845C1C5" w14:textId="77777777" w:rsidR="00AE08AB" w:rsidRDefault="00AA2D9E">
      <w:r>
        <w:t xml:space="preserve">Father, I bring You the reality of your pain is not your ceiling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w:t>
      </w:r>
      <w:r>
        <w:t>some questions remain unanswered. In Jesus' name, Amen.</w:t>
      </w:r>
    </w:p>
    <w:p w14:paraId="27279A14" w14:textId="77777777" w:rsidR="00AE08AB" w:rsidRDefault="00AA2D9E">
      <w:pPr>
        <w:pStyle w:val="Heading2"/>
      </w:pPr>
      <w:r>
        <w:t>Release</w:t>
      </w:r>
    </w:p>
    <w:p w14:paraId="354EC051" w14:textId="77777777" w:rsidR="00AE08AB" w:rsidRDefault="00AA2D9E">
      <w:r>
        <w:t>Complete this sentence slowly: “Father, today I place into Your hands…”</w:t>
      </w:r>
    </w:p>
    <w:p w14:paraId="2934AF1B" w14:textId="77777777" w:rsidR="00AE08AB" w:rsidRDefault="00AA2D9E">
      <w:pPr>
        <w:spacing w:after="60"/>
      </w:pPr>
      <w:r>
        <w:rPr>
          <w:color w:val="B9B9B9"/>
          <w:sz w:val="16"/>
        </w:rPr>
        <w:t>________________________________________________________</w:t>
      </w:r>
    </w:p>
    <w:p w14:paraId="652E63D1" w14:textId="77777777" w:rsidR="00AE08AB" w:rsidRDefault="00AA2D9E">
      <w:pPr>
        <w:spacing w:after="60"/>
      </w:pPr>
      <w:r>
        <w:rPr>
          <w:color w:val="B9B9B9"/>
          <w:sz w:val="16"/>
        </w:rPr>
        <w:t>________________________________________________________</w:t>
      </w:r>
    </w:p>
    <w:p w14:paraId="3FB82DEE" w14:textId="77777777" w:rsidR="00AE08AB" w:rsidRDefault="00AA2D9E">
      <w:pPr>
        <w:pStyle w:val="Heading2"/>
      </w:pPr>
      <w:r>
        <w:t>Listen</w:t>
      </w:r>
    </w:p>
    <w:p w14:paraId="17C6D79C" w14:textId="77777777" w:rsidR="00AE08AB" w:rsidRDefault="00AA2D9E">
      <w:r>
        <w:t>Remain quiet for a moment. What truth, Scripture, conviction, or gentle reminder is rising?</w:t>
      </w:r>
    </w:p>
    <w:p w14:paraId="424A2E79" w14:textId="77777777" w:rsidR="00AE08AB" w:rsidRDefault="00AA2D9E">
      <w:pPr>
        <w:spacing w:after="60"/>
      </w:pPr>
      <w:r>
        <w:rPr>
          <w:color w:val="B9B9B9"/>
          <w:sz w:val="16"/>
        </w:rPr>
        <w:t>________________________________________________________</w:t>
      </w:r>
    </w:p>
    <w:p w14:paraId="32E5B7A4" w14:textId="77777777" w:rsidR="00AE08AB" w:rsidRDefault="00AA2D9E">
      <w:pPr>
        <w:spacing w:after="60"/>
      </w:pPr>
      <w:r>
        <w:rPr>
          <w:color w:val="B9B9B9"/>
          <w:sz w:val="16"/>
        </w:rPr>
        <w:t>________________________________________________________</w:t>
      </w:r>
    </w:p>
    <w:p w14:paraId="31C2E6B2" w14:textId="77777777" w:rsidR="00AE08AB" w:rsidRDefault="00AA2D9E">
      <w:pPr>
        <w:pStyle w:val="Heading2"/>
      </w:pPr>
      <w:r>
        <w:t>My Unfiltered Prayer</w:t>
      </w:r>
    </w:p>
    <w:p w14:paraId="1D190585" w14:textId="77777777" w:rsidR="00AE08AB" w:rsidRDefault="00AA2D9E">
      <w:r>
        <w:t>God, as I sit with your pain is not your ceiling, what I most need to tell You honestly is…</w:t>
      </w:r>
    </w:p>
    <w:p w14:paraId="63F58466" w14:textId="77777777" w:rsidR="00AE08AB" w:rsidRDefault="00AA2D9E">
      <w:pPr>
        <w:spacing w:after="60"/>
      </w:pPr>
      <w:r>
        <w:rPr>
          <w:color w:val="B9B9B9"/>
          <w:sz w:val="16"/>
        </w:rPr>
        <w:t>________________________________________________________</w:t>
      </w:r>
    </w:p>
    <w:p w14:paraId="5CE52906" w14:textId="77777777" w:rsidR="00AE08AB" w:rsidRDefault="00AA2D9E">
      <w:pPr>
        <w:spacing w:after="60"/>
      </w:pPr>
      <w:r>
        <w:rPr>
          <w:color w:val="B9B9B9"/>
          <w:sz w:val="16"/>
        </w:rPr>
        <w:t>________________________________________________________</w:t>
      </w:r>
    </w:p>
    <w:p w14:paraId="5E63C191" w14:textId="77777777" w:rsidR="00AE08AB" w:rsidRDefault="00AA2D9E">
      <w:pPr>
        <w:spacing w:after="60"/>
      </w:pPr>
      <w:r>
        <w:rPr>
          <w:color w:val="B9B9B9"/>
          <w:sz w:val="16"/>
        </w:rPr>
        <w:t>________________________________________________________</w:t>
      </w:r>
    </w:p>
    <w:p w14:paraId="3405B137" w14:textId="77777777" w:rsidR="00AE08AB" w:rsidRDefault="00AA2D9E">
      <w:pPr>
        <w:spacing w:after="60"/>
      </w:pPr>
      <w:r>
        <w:rPr>
          <w:color w:val="B9B9B9"/>
          <w:sz w:val="16"/>
        </w:rPr>
        <w:lastRenderedPageBreak/>
        <w:t>________________________________________________________</w:t>
      </w:r>
    </w:p>
    <w:p w14:paraId="596C6724" w14:textId="77777777" w:rsidR="00AE08AB" w:rsidRDefault="00AA2D9E">
      <w:pPr>
        <w:spacing w:after="60"/>
      </w:pPr>
      <w:r>
        <w:rPr>
          <w:color w:val="B9B9B9"/>
          <w:sz w:val="16"/>
        </w:rPr>
        <w:t>________________________________________________________</w:t>
      </w:r>
    </w:p>
    <w:p w14:paraId="2EBDB9F4" w14:textId="77777777" w:rsidR="00AE08AB" w:rsidRDefault="00AA2D9E">
      <w:pPr>
        <w:spacing w:after="60"/>
      </w:pPr>
      <w:r>
        <w:rPr>
          <w:color w:val="B9B9B9"/>
          <w:sz w:val="16"/>
        </w:rPr>
        <w:t>________________________________________________________</w:t>
      </w:r>
    </w:p>
    <w:p w14:paraId="3F93925E" w14:textId="77777777" w:rsidR="00AE08AB" w:rsidRDefault="00AA2D9E">
      <w:pPr>
        <w:spacing w:after="60"/>
      </w:pPr>
      <w:r>
        <w:rPr>
          <w:color w:val="B9B9B9"/>
          <w:sz w:val="16"/>
        </w:rPr>
        <w:t>________________________________________________________</w:t>
      </w:r>
    </w:p>
    <w:p w14:paraId="1B62F9FD" w14:textId="77777777" w:rsidR="00AE08AB" w:rsidRDefault="00AA2D9E">
      <w:r>
        <w:br w:type="page"/>
      </w:r>
    </w:p>
    <w:p w14:paraId="3F1D3095" w14:textId="77777777" w:rsidR="00AE08AB" w:rsidRDefault="00AA2D9E">
      <w:pPr>
        <w:pStyle w:val="Heading2"/>
      </w:pPr>
      <w:r>
        <w:lastRenderedPageBreak/>
        <w:t>DAY 25</w:t>
      </w:r>
    </w:p>
    <w:p w14:paraId="5DDD9D84" w14:textId="77777777" w:rsidR="00AE08AB" w:rsidRDefault="00AA2D9E">
      <w:pPr>
        <w:pStyle w:val="Heading1"/>
      </w:pPr>
      <w:r>
        <w:t>Quiet Courage</w:t>
      </w:r>
    </w:p>
    <w:p w14:paraId="19F0C58B" w14:textId="77777777" w:rsidR="00AE08AB" w:rsidRDefault="00AA2D9E">
      <w:r>
        <w:rPr>
          <w:b/>
          <w:color w:val="B08D3A"/>
        </w:rPr>
        <w:t xml:space="preserve">SCRIPTURE ANCHOR  </w:t>
      </w:r>
      <w:r>
        <w:t>Psalm 27:14</w:t>
      </w:r>
    </w:p>
    <w:p w14:paraId="44D73140" w14:textId="77777777" w:rsidR="00AE08AB" w:rsidRDefault="00AA2D9E">
      <w:pPr>
        <w:pStyle w:val="Heading2"/>
      </w:pPr>
      <w:r>
        <w:t>Pause</w:t>
      </w:r>
    </w:p>
    <w:p w14:paraId="0E89303B" w14:textId="77777777" w:rsidR="00AE08AB" w:rsidRDefault="00AA2D9E">
      <w:r>
        <w:t>Take three slow breaths. Let your body become still. You do not have to solve anything before you pray.</w:t>
      </w:r>
    </w:p>
    <w:p w14:paraId="400C01F4" w14:textId="77777777" w:rsidR="00AE08AB" w:rsidRDefault="00AA2D9E">
      <w:pPr>
        <w:pStyle w:val="Heading2"/>
      </w:pPr>
      <w:r>
        <w:t>Guided Prayer</w:t>
      </w:r>
    </w:p>
    <w:p w14:paraId="27B3C229" w14:textId="77777777" w:rsidR="00AE08AB" w:rsidRDefault="00AA2D9E">
      <w:r>
        <w:t>Father, I bring You the reality of quiet courage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w:t>
      </w:r>
      <w:r>
        <w:t>emain unanswered. In Jesus' name, Amen.</w:t>
      </w:r>
    </w:p>
    <w:p w14:paraId="362C748A" w14:textId="77777777" w:rsidR="00AE08AB" w:rsidRDefault="00AA2D9E">
      <w:pPr>
        <w:pStyle w:val="Heading2"/>
      </w:pPr>
      <w:r>
        <w:t>Release</w:t>
      </w:r>
    </w:p>
    <w:p w14:paraId="627F9D36" w14:textId="77777777" w:rsidR="00AE08AB" w:rsidRDefault="00AA2D9E">
      <w:r>
        <w:t>Complete this sentence slowly: “Father, today I place into Your hands…”</w:t>
      </w:r>
    </w:p>
    <w:p w14:paraId="54BEFA9B" w14:textId="77777777" w:rsidR="00AE08AB" w:rsidRDefault="00AA2D9E">
      <w:pPr>
        <w:spacing w:after="60"/>
      </w:pPr>
      <w:r>
        <w:rPr>
          <w:color w:val="B9B9B9"/>
          <w:sz w:val="16"/>
        </w:rPr>
        <w:t>________________________________________________________</w:t>
      </w:r>
    </w:p>
    <w:p w14:paraId="3DA0EBEB" w14:textId="77777777" w:rsidR="00AE08AB" w:rsidRDefault="00AA2D9E">
      <w:pPr>
        <w:spacing w:after="60"/>
      </w:pPr>
      <w:r>
        <w:rPr>
          <w:color w:val="B9B9B9"/>
          <w:sz w:val="16"/>
        </w:rPr>
        <w:t>________________________________________________________</w:t>
      </w:r>
    </w:p>
    <w:p w14:paraId="61876784" w14:textId="77777777" w:rsidR="00AE08AB" w:rsidRDefault="00AA2D9E">
      <w:pPr>
        <w:pStyle w:val="Heading2"/>
      </w:pPr>
      <w:r>
        <w:t>Listen</w:t>
      </w:r>
    </w:p>
    <w:p w14:paraId="229B284B" w14:textId="77777777" w:rsidR="00AE08AB" w:rsidRDefault="00AA2D9E">
      <w:r>
        <w:t>Remain quiet for a moment. What truth, Scripture, conviction, or gentle reminder is rising?</w:t>
      </w:r>
    </w:p>
    <w:p w14:paraId="356589F5" w14:textId="77777777" w:rsidR="00AE08AB" w:rsidRDefault="00AA2D9E">
      <w:pPr>
        <w:spacing w:after="60"/>
      </w:pPr>
      <w:r>
        <w:rPr>
          <w:color w:val="B9B9B9"/>
          <w:sz w:val="16"/>
        </w:rPr>
        <w:t>________________________________________________________</w:t>
      </w:r>
    </w:p>
    <w:p w14:paraId="136A4523" w14:textId="77777777" w:rsidR="00AE08AB" w:rsidRDefault="00AA2D9E">
      <w:pPr>
        <w:spacing w:after="60"/>
      </w:pPr>
      <w:r>
        <w:rPr>
          <w:color w:val="B9B9B9"/>
          <w:sz w:val="16"/>
        </w:rPr>
        <w:t>________________________________________________________</w:t>
      </w:r>
    </w:p>
    <w:p w14:paraId="6EEB0DFA" w14:textId="77777777" w:rsidR="00AE08AB" w:rsidRDefault="00AA2D9E">
      <w:pPr>
        <w:pStyle w:val="Heading2"/>
      </w:pPr>
      <w:r>
        <w:t>My Unfiltered Prayer</w:t>
      </w:r>
    </w:p>
    <w:p w14:paraId="4A842DD9" w14:textId="77777777" w:rsidR="00AE08AB" w:rsidRDefault="00AA2D9E">
      <w:r>
        <w:t>God, as I sit with quiet courage, what I most need to tell You honestly is…</w:t>
      </w:r>
    </w:p>
    <w:p w14:paraId="4BDFCBC0" w14:textId="77777777" w:rsidR="00AE08AB" w:rsidRDefault="00AA2D9E">
      <w:pPr>
        <w:spacing w:after="60"/>
      </w:pPr>
      <w:r>
        <w:rPr>
          <w:color w:val="B9B9B9"/>
          <w:sz w:val="16"/>
        </w:rPr>
        <w:t>________________________________________________________</w:t>
      </w:r>
    </w:p>
    <w:p w14:paraId="6398707F" w14:textId="77777777" w:rsidR="00AE08AB" w:rsidRDefault="00AA2D9E">
      <w:pPr>
        <w:spacing w:after="60"/>
      </w:pPr>
      <w:r>
        <w:rPr>
          <w:color w:val="B9B9B9"/>
          <w:sz w:val="16"/>
        </w:rPr>
        <w:t>________________________________________________________</w:t>
      </w:r>
    </w:p>
    <w:p w14:paraId="6A20999E" w14:textId="77777777" w:rsidR="00AE08AB" w:rsidRDefault="00AA2D9E">
      <w:pPr>
        <w:spacing w:after="60"/>
      </w:pPr>
      <w:r>
        <w:rPr>
          <w:color w:val="B9B9B9"/>
          <w:sz w:val="16"/>
        </w:rPr>
        <w:t>________________________________________________________</w:t>
      </w:r>
    </w:p>
    <w:p w14:paraId="7FB2284C" w14:textId="77777777" w:rsidR="00AE08AB" w:rsidRDefault="00AA2D9E">
      <w:pPr>
        <w:spacing w:after="60"/>
      </w:pPr>
      <w:r>
        <w:rPr>
          <w:color w:val="B9B9B9"/>
          <w:sz w:val="16"/>
        </w:rPr>
        <w:t>________________________________________________________</w:t>
      </w:r>
    </w:p>
    <w:p w14:paraId="70C0ED02" w14:textId="77777777" w:rsidR="00AE08AB" w:rsidRDefault="00AA2D9E">
      <w:pPr>
        <w:spacing w:after="60"/>
      </w:pPr>
      <w:r>
        <w:rPr>
          <w:color w:val="B9B9B9"/>
          <w:sz w:val="16"/>
        </w:rPr>
        <w:t>________________________________________________________</w:t>
      </w:r>
    </w:p>
    <w:p w14:paraId="34515A3E" w14:textId="77777777" w:rsidR="00AE08AB" w:rsidRDefault="00AA2D9E">
      <w:pPr>
        <w:spacing w:after="60"/>
      </w:pPr>
      <w:r>
        <w:rPr>
          <w:color w:val="B9B9B9"/>
          <w:sz w:val="16"/>
        </w:rPr>
        <w:lastRenderedPageBreak/>
        <w:t>________________________________________________________</w:t>
      </w:r>
    </w:p>
    <w:p w14:paraId="2FFFC162" w14:textId="77777777" w:rsidR="00AE08AB" w:rsidRDefault="00AA2D9E">
      <w:pPr>
        <w:spacing w:after="60"/>
      </w:pPr>
      <w:r>
        <w:rPr>
          <w:color w:val="B9B9B9"/>
          <w:sz w:val="16"/>
        </w:rPr>
        <w:t>________________________________________________________</w:t>
      </w:r>
    </w:p>
    <w:p w14:paraId="01AAA3AC" w14:textId="77777777" w:rsidR="00AE08AB" w:rsidRDefault="00AA2D9E">
      <w:r>
        <w:br w:type="page"/>
      </w:r>
    </w:p>
    <w:p w14:paraId="0A55B383" w14:textId="77777777" w:rsidR="00AE08AB" w:rsidRDefault="00AA2D9E">
      <w:pPr>
        <w:pStyle w:val="Heading2"/>
      </w:pPr>
      <w:r>
        <w:lastRenderedPageBreak/>
        <w:t>DAY 26</w:t>
      </w:r>
    </w:p>
    <w:p w14:paraId="14D45AA6" w14:textId="77777777" w:rsidR="00AE08AB" w:rsidRDefault="00AA2D9E">
      <w:pPr>
        <w:pStyle w:val="Heading1"/>
      </w:pPr>
      <w:r>
        <w:t>Strong Enough to Forgive</w:t>
      </w:r>
    </w:p>
    <w:p w14:paraId="31A6434D" w14:textId="77777777" w:rsidR="00AE08AB" w:rsidRDefault="00AA2D9E">
      <w:r>
        <w:rPr>
          <w:b/>
          <w:color w:val="B08D3A"/>
        </w:rPr>
        <w:t xml:space="preserve">SCRIPTURE ANCHOR  </w:t>
      </w:r>
      <w:r>
        <w:t>Colossians 3:13</w:t>
      </w:r>
    </w:p>
    <w:p w14:paraId="5270A39F" w14:textId="77777777" w:rsidR="00AE08AB" w:rsidRDefault="00AA2D9E">
      <w:pPr>
        <w:pStyle w:val="Heading2"/>
      </w:pPr>
      <w:r>
        <w:t>Pause</w:t>
      </w:r>
    </w:p>
    <w:p w14:paraId="4641E743" w14:textId="77777777" w:rsidR="00AE08AB" w:rsidRDefault="00AA2D9E">
      <w:r>
        <w:t>Take three slow breaths. Let your body become still. You do not have to solve anything before you pray.</w:t>
      </w:r>
    </w:p>
    <w:p w14:paraId="6951C510" w14:textId="77777777" w:rsidR="00AE08AB" w:rsidRDefault="00AA2D9E">
      <w:pPr>
        <w:pStyle w:val="Heading2"/>
      </w:pPr>
      <w:r>
        <w:t>Guided Prayer</w:t>
      </w:r>
    </w:p>
    <w:p w14:paraId="0101DAD9" w14:textId="77777777" w:rsidR="00AE08AB" w:rsidRDefault="00AA2D9E">
      <w:r>
        <w:t xml:space="preserve">Father, I bring You the reality of strong enough to forgive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w:t>
      </w:r>
      <w:r>
        <w:t>questions remain unanswered. In Jesus' name, Amen.</w:t>
      </w:r>
    </w:p>
    <w:p w14:paraId="3F3556C0" w14:textId="77777777" w:rsidR="00AE08AB" w:rsidRDefault="00AA2D9E">
      <w:pPr>
        <w:pStyle w:val="Heading2"/>
      </w:pPr>
      <w:r>
        <w:t>Release</w:t>
      </w:r>
    </w:p>
    <w:p w14:paraId="7C4DEC1F" w14:textId="77777777" w:rsidR="00AE08AB" w:rsidRDefault="00AA2D9E">
      <w:r>
        <w:t>Complete this sentence slowly: “Father, today I place into Your hands…”</w:t>
      </w:r>
    </w:p>
    <w:p w14:paraId="54686DE7" w14:textId="77777777" w:rsidR="00AE08AB" w:rsidRDefault="00AA2D9E">
      <w:pPr>
        <w:spacing w:after="60"/>
      </w:pPr>
      <w:r>
        <w:rPr>
          <w:color w:val="B9B9B9"/>
          <w:sz w:val="16"/>
        </w:rPr>
        <w:t>________________________________________________________</w:t>
      </w:r>
    </w:p>
    <w:p w14:paraId="454D0E82" w14:textId="77777777" w:rsidR="00AE08AB" w:rsidRDefault="00AA2D9E">
      <w:pPr>
        <w:spacing w:after="60"/>
      </w:pPr>
      <w:r>
        <w:rPr>
          <w:color w:val="B9B9B9"/>
          <w:sz w:val="16"/>
        </w:rPr>
        <w:t>________________________________________________________</w:t>
      </w:r>
    </w:p>
    <w:p w14:paraId="38327807" w14:textId="77777777" w:rsidR="00AE08AB" w:rsidRDefault="00AA2D9E">
      <w:pPr>
        <w:pStyle w:val="Heading2"/>
      </w:pPr>
      <w:r>
        <w:t>Listen</w:t>
      </w:r>
    </w:p>
    <w:p w14:paraId="0333867A" w14:textId="77777777" w:rsidR="00AE08AB" w:rsidRDefault="00AA2D9E">
      <w:r>
        <w:t>Remain quiet for a moment. What truth, Scripture, conviction, or gentle reminder is rising?</w:t>
      </w:r>
    </w:p>
    <w:p w14:paraId="6ABAB94E" w14:textId="77777777" w:rsidR="00AE08AB" w:rsidRDefault="00AA2D9E">
      <w:pPr>
        <w:spacing w:after="60"/>
      </w:pPr>
      <w:r>
        <w:rPr>
          <w:color w:val="B9B9B9"/>
          <w:sz w:val="16"/>
        </w:rPr>
        <w:t>________________________________________________________</w:t>
      </w:r>
    </w:p>
    <w:p w14:paraId="1863CE04" w14:textId="77777777" w:rsidR="00AE08AB" w:rsidRDefault="00AA2D9E">
      <w:pPr>
        <w:spacing w:after="60"/>
      </w:pPr>
      <w:r>
        <w:rPr>
          <w:color w:val="B9B9B9"/>
          <w:sz w:val="16"/>
        </w:rPr>
        <w:t>________________________________________________________</w:t>
      </w:r>
    </w:p>
    <w:p w14:paraId="47E3306A" w14:textId="77777777" w:rsidR="00AE08AB" w:rsidRDefault="00AA2D9E">
      <w:pPr>
        <w:pStyle w:val="Heading2"/>
      </w:pPr>
      <w:r>
        <w:t>My Unfiltered Prayer</w:t>
      </w:r>
    </w:p>
    <w:p w14:paraId="71C53EDA" w14:textId="77777777" w:rsidR="00AE08AB" w:rsidRDefault="00AA2D9E">
      <w:r>
        <w:t>God, as I sit with strong enough to forgive, what I most need to tell You honestly is…</w:t>
      </w:r>
    </w:p>
    <w:p w14:paraId="37092410" w14:textId="77777777" w:rsidR="00AE08AB" w:rsidRDefault="00AA2D9E">
      <w:pPr>
        <w:spacing w:after="60"/>
      </w:pPr>
      <w:r>
        <w:rPr>
          <w:color w:val="B9B9B9"/>
          <w:sz w:val="16"/>
        </w:rPr>
        <w:t>________________________________________________________</w:t>
      </w:r>
    </w:p>
    <w:p w14:paraId="74B93ED2" w14:textId="77777777" w:rsidR="00AE08AB" w:rsidRDefault="00AA2D9E">
      <w:pPr>
        <w:spacing w:after="60"/>
      </w:pPr>
      <w:r>
        <w:rPr>
          <w:color w:val="B9B9B9"/>
          <w:sz w:val="16"/>
        </w:rPr>
        <w:t>________________________________________________________</w:t>
      </w:r>
    </w:p>
    <w:p w14:paraId="01ABE34C" w14:textId="77777777" w:rsidR="00AE08AB" w:rsidRDefault="00AA2D9E">
      <w:pPr>
        <w:spacing w:after="60"/>
      </w:pPr>
      <w:r>
        <w:rPr>
          <w:color w:val="B9B9B9"/>
          <w:sz w:val="16"/>
        </w:rPr>
        <w:t>________________________________________________________</w:t>
      </w:r>
    </w:p>
    <w:p w14:paraId="3A3B8864" w14:textId="77777777" w:rsidR="00AE08AB" w:rsidRDefault="00AA2D9E">
      <w:pPr>
        <w:spacing w:after="60"/>
      </w:pPr>
      <w:r>
        <w:rPr>
          <w:color w:val="B9B9B9"/>
          <w:sz w:val="16"/>
        </w:rPr>
        <w:lastRenderedPageBreak/>
        <w:t>________________________________________________________</w:t>
      </w:r>
    </w:p>
    <w:p w14:paraId="18EC3D7F" w14:textId="77777777" w:rsidR="00AE08AB" w:rsidRDefault="00AA2D9E">
      <w:pPr>
        <w:spacing w:after="60"/>
      </w:pPr>
      <w:r>
        <w:rPr>
          <w:color w:val="B9B9B9"/>
          <w:sz w:val="16"/>
        </w:rPr>
        <w:t>________________________________________________________</w:t>
      </w:r>
    </w:p>
    <w:p w14:paraId="3A000176" w14:textId="77777777" w:rsidR="00AE08AB" w:rsidRDefault="00AA2D9E">
      <w:pPr>
        <w:spacing w:after="60"/>
      </w:pPr>
      <w:r>
        <w:rPr>
          <w:color w:val="B9B9B9"/>
          <w:sz w:val="16"/>
        </w:rPr>
        <w:t>________________________________________________________</w:t>
      </w:r>
    </w:p>
    <w:p w14:paraId="2D44DAEB" w14:textId="77777777" w:rsidR="00AE08AB" w:rsidRDefault="00AA2D9E">
      <w:pPr>
        <w:spacing w:after="60"/>
      </w:pPr>
      <w:r>
        <w:rPr>
          <w:color w:val="B9B9B9"/>
          <w:sz w:val="16"/>
        </w:rPr>
        <w:t>________________________________________________________</w:t>
      </w:r>
    </w:p>
    <w:p w14:paraId="458F350C" w14:textId="77777777" w:rsidR="00AE08AB" w:rsidRDefault="00AA2D9E">
      <w:r>
        <w:br w:type="page"/>
      </w:r>
    </w:p>
    <w:p w14:paraId="21F2F8BC" w14:textId="77777777" w:rsidR="00AE08AB" w:rsidRDefault="00AA2D9E">
      <w:pPr>
        <w:pStyle w:val="Heading2"/>
      </w:pPr>
      <w:r>
        <w:lastRenderedPageBreak/>
        <w:t>DAY 27</w:t>
      </w:r>
    </w:p>
    <w:p w14:paraId="013D02F1" w14:textId="77777777" w:rsidR="00AE08AB" w:rsidRDefault="00AA2D9E">
      <w:pPr>
        <w:pStyle w:val="Heading1"/>
      </w:pPr>
      <w:r>
        <w:t>Strong Enough to Change</w:t>
      </w:r>
    </w:p>
    <w:p w14:paraId="1CA68556" w14:textId="77777777" w:rsidR="00AE08AB" w:rsidRDefault="00AA2D9E">
      <w:r>
        <w:rPr>
          <w:b/>
          <w:color w:val="B08D3A"/>
        </w:rPr>
        <w:t xml:space="preserve">SCRIPTURE ANCHOR  </w:t>
      </w:r>
      <w:r>
        <w:t>Isaiah 43:19</w:t>
      </w:r>
    </w:p>
    <w:p w14:paraId="3B55E70C" w14:textId="77777777" w:rsidR="00AE08AB" w:rsidRDefault="00AA2D9E">
      <w:pPr>
        <w:pStyle w:val="Heading2"/>
      </w:pPr>
      <w:r>
        <w:t>Pause</w:t>
      </w:r>
    </w:p>
    <w:p w14:paraId="698D7C2E" w14:textId="77777777" w:rsidR="00AE08AB" w:rsidRDefault="00AA2D9E">
      <w:r>
        <w:t>Take three slow breaths. Let your body become still. You do not have to solve anything before you pray.</w:t>
      </w:r>
    </w:p>
    <w:p w14:paraId="73E1D782" w14:textId="77777777" w:rsidR="00AE08AB" w:rsidRDefault="00AA2D9E">
      <w:pPr>
        <w:pStyle w:val="Heading2"/>
      </w:pPr>
      <w:r>
        <w:t>Guided Prayer</w:t>
      </w:r>
    </w:p>
    <w:p w14:paraId="3A159E86" w14:textId="77777777" w:rsidR="00AE08AB" w:rsidRDefault="00AA2D9E">
      <w:r>
        <w:t>Father, I bring You the reality of strong enough to change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w:t>
      </w:r>
      <w:r>
        <w:t>uestions remain unanswered. In Jesus' name, Amen.</w:t>
      </w:r>
    </w:p>
    <w:p w14:paraId="6A6F3DBD" w14:textId="77777777" w:rsidR="00AE08AB" w:rsidRDefault="00AA2D9E">
      <w:pPr>
        <w:pStyle w:val="Heading2"/>
      </w:pPr>
      <w:r>
        <w:t>Release</w:t>
      </w:r>
    </w:p>
    <w:p w14:paraId="48A06B4E" w14:textId="77777777" w:rsidR="00AE08AB" w:rsidRDefault="00AA2D9E">
      <w:r>
        <w:t>Complete this sentence slowly: “Father, today I place into Your hands…”</w:t>
      </w:r>
    </w:p>
    <w:p w14:paraId="4D415B8A" w14:textId="77777777" w:rsidR="00AE08AB" w:rsidRDefault="00AA2D9E">
      <w:pPr>
        <w:spacing w:after="60"/>
      </w:pPr>
      <w:r>
        <w:rPr>
          <w:color w:val="B9B9B9"/>
          <w:sz w:val="16"/>
        </w:rPr>
        <w:t>________________________________________________________</w:t>
      </w:r>
    </w:p>
    <w:p w14:paraId="5F618C8E" w14:textId="77777777" w:rsidR="00AE08AB" w:rsidRDefault="00AA2D9E">
      <w:pPr>
        <w:spacing w:after="60"/>
      </w:pPr>
      <w:r>
        <w:rPr>
          <w:color w:val="B9B9B9"/>
          <w:sz w:val="16"/>
        </w:rPr>
        <w:t>________________________________________________________</w:t>
      </w:r>
    </w:p>
    <w:p w14:paraId="3C5A121B" w14:textId="77777777" w:rsidR="00AE08AB" w:rsidRDefault="00AA2D9E">
      <w:pPr>
        <w:pStyle w:val="Heading2"/>
      </w:pPr>
      <w:r>
        <w:t>Listen</w:t>
      </w:r>
    </w:p>
    <w:p w14:paraId="66756C93" w14:textId="77777777" w:rsidR="00AE08AB" w:rsidRDefault="00AA2D9E">
      <w:r>
        <w:t>Remain quiet for a moment. What truth, Scripture, conviction, or gentle reminder is rising?</w:t>
      </w:r>
    </w:p>
    <w:p w14:paraId="41D32A47" w14:textId="77777777" w:rsidR="00AE08AB" w:rsidRDefault="00AA2D9E">
      <w:pPr>
        <w:spacing w:after="60"/>
      </w:pPr>
      <w:r>
        <w:rPr>
          <w:color w:val="B9B9B9"/>
          <w:sz w:val="16"/>
        </w:rPr>
        <w:t>________________________________________________________</w:t>
      </w:r>
    </w:p>
    <w:p w14:paraId="5D09CEB1" w14:textId="77777777" w:rsidR="00AE08AB" w:rsidRDefault="00AA2D9E">
      <w:pPr>
        <w:spacing w:after="60"/>
      </w:pPr>
      <w:r>
        <w:rPr>
          <w:color w:val="B9B9B9"/>
          <w:sz w:val="16"/>
        </w:rPr>
        <w:t>________________________________________________________</w:t>
      </w:r>
    </w:p>
    <w:p w14:paraId="5C4B4187" w14:textId="77777777" w:rsidR="00AE08AB" w:rsidRDefault="00AA2D9E">
      <w:pPr>
        <w:pStyle w:val="Heading2"/>
      </w:pPr>
      <w:r>
        <w:t>My Unfiltered Prayer</w:t>
      </w:r>
    </w:p>
    <w:p w14:paraId="4E1DC118" w14:textId="77777777" w:rsidR="00AE08AB" w:rsidRDefault="00AA2D9E">
      <w:r>
        <w:t>God, as I sit with strong enough to change, what I most need to tell You honestly is…</w:t>
      </w:r>
    </w:p>
    <w:p w14:paraId="66858285" w14:textId="77777777" w:rsidR="00AE08AB" w:rsidRDefault="00AA2D9E">
      <w:pPr>
        <w:spacing w:after="60"/>
      </w:pPr>
      <w:r>
        <w:rPr>
          <w:color w:val="B9B9B9"/>
          <w:sz w:val="16"/>
        </w:rPr>
        <w:t>________________________________________________________</w:t>
      </w:r>
    </w:p>
    <w:p w14:paraId="2AED0920" w14:textId="77777777" w:rsidR="00AE08AB" w:rsidRDefault="00AA2D9E">
      <w:pPr>
        <w:spacing w:after="60"/>
      </w:pPr>
      <w:r>
        <w:rPr>
          <w:color w:val="B9B9B9"/>
          <w:sz w:val="16"/>
        </w:rPr>
        <w:t>________________________________________________________</w:t>
      </w:r>
    </w:p>
    <w:p w14:paraId="6283DE2D" w14:textId="77777777" w:rsidR="00AE08AB" w:rsidRDefault="00AA2D9E">
      <w:pPr>
        <w:spacing w:after="60"/>
      </w:pPr>
      <w:r>
        <w:rPr>
          <w:color w:val="B9B9B9"/>
          <w:sz w:val="16"/>
        </w:rPr>
        <w:t>________________________________________________________</w:t>
      </w:r>
    </w:p>
    <w:p w14:paraId="77EF3E1C" w14:textId="77777777" w:rsidR="00AE08AB" w:rsidRDefault="00AA2D9E">
      <w:pPr>
        <w:spacing w:after="60"/>
      </w:pPr>
      <w:r>
        <w:rPr>
          <w:color w:val="B9B9B9"/>
          <w:sz w:val="16"/>
        </w:rPr>
        <w:lastRenderedPageBreak/>
        <w:t>________________________________________________________</w:t>
      </w:r>
    </w:p>
    <w:p w14:paraId="302EA93D" w14:textId="77777777" w:rsidR="00AE08AB" w:rsidRDefault="00AA2D9E">
      <w:pPr>
        <w:spacing w:after="60"/>
      </w:pPr>
      <w:r>
        <w:rPr>
          <w:color w:val="B9B9B9"/>
          <w:sz w:val="16"/>
        </w:rPr>
        <w:t>________________________________________________________</w:t>
      </w:r>
    </w:p>
    <w:p w14:paraId="091F66C0" w14:textId="77777777" w:rsidR="00AE08AB" w:rsidRDefault="00AA2D9E">
      <w:pPr>
        <w:spacing w:after="60"/>
      </w:pPr>
      <w:r>
        <w:rPr>
          <w:color w:val="B9B9B9"/>
          <w:sz w:val="16"/>
        </w:rPr>
        <w:t>________________________________________________________</w:t>
      </w:r>
    </w:p>
    <w:p w14:paraId="14B58235" w14:textId="77777777" w:rsidR="00AE08AB" w:rsidRDefault="00AA2D9E">
      <w:pPr>
        <w:spacing w:after="60"/>
      </w:pPr>
      <w:r>
        <w:rPr>
          <w:color w:val="B9B9B9"/>
          <w:sz w:val="16"/>
        </w:rPr>
        <w:t>________________________________________________________</w:t>
      </w:r>
    </w:p>
    <w:p w14:paraId="1250F669" w14:textId="77777777" w:rsidR="00AE08AB" w:rsidRDefault="00AA2D9E">
      <w:r>
        <w:br w:type="page"/>
      </w:r>
    </w:p>
    <w:p w14:paraId="4709D4BD" w14:textId="77777777" w:rsidR="00AE08AB" w:rsidRDefault="00AA2D9E">
      <w:pPr>
        <w:pStyle w:val="Heading2"/>
      </w:pPr>
      <w:r>
        <w:lastRenderedPageBreak/>
        <w:t>DAY 28</w:t>
      </w:r>
    </w:p>
    <w:p w14:paraId="5F333225" w14:textId="77777777" w:rsidR="00AE08AB" w:rsidRDefault="00AA2D9E">
      <w:pPr>
        <w:pStyle w:val="Heading1"/>
      </w:pPr>
      <w:r>
        <w:t>Strong Enough to Begin Again</w:t>
      </w:r>
    </w:p>
    <w:p w14:paraId="4A17AD54" w14:textId="77777777" w:rsidR="00AE08AB" w:rsidRDefault="00AA2D9E">
      <w:r>
        <w:rPr>
          <w:b/>
          <w:color w:val="B08D3A"/>
        </w:rPr>
        <w:t xml:space="preserve">SCRIPTURE ANCHOR  </w:t>
      </w:r>
      <w:r>
        <w:t>Lamentations 3:23</w:t>
      </w:r>
    </w:p>
    <w:p w14:paraId="09613AF9" w14:textId="77777777" w:rsidR="00AE08AB" w:rsidRDefault="00AA2D9E">
      <w:pPr>
        <w:pStyle w:val="Heading2"/>
      </w:pPr>
      <w:r>
        <w:t>Pause</w:t>
      </w:r>
    </w:p>
    <w:p w14:paraId="7220128F" w14:textId="77777777" w:rsidR="00AE08AB" w:rsidRDefault="00AA2D9E">
      <w:r>
        <w:t>Take three slow breaths. Let your body become still. You do not have to solve anything before you pray.</w:t>
      </w:r>
    </w:p>
    <w:p w14:paraId="5374E951" w14:textId="77777777" w:rsidR="00AE08AB" w:rsidRDefault="00AA2D9E">
      <w:pPr>
        <w:pStyle w:val="Heading2"/>
      </w:pPr>
      <w:r>
        <w:t>Guided Prayer</w:t>
      </w:r>
    </w:p>
    <w:p w14:paraId="47279B85" w14:textId="77777777" w:rsidR="00AE08AB" w:rsidRDefault="00AA2D9E">
      <w:r>
        <w:t>Father, I bring You the reality of strong enough to begin again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w:t>
      </w:r>
      <w:r>
        <w:t>ome questions remain unanswered. In Jesus' name, Amen.</w:t>
      </w:r>
    </w:p>
    <w:p w14:paraId="55862803" w14:textId="77777777" w:rsidR="00AE08AB" w:rsidRDefault="00AA2D9E">
      <w:pPr>
        <w:pStyle w:val="Heading2"/>
      </w:pPr>
      <w:r>
        <w:t>Release</w:t>
      </w:r>
    </w:p>
    <w:p w14:paraId="16B9EE1C" w14:textId="77777777" w:rsidR="00AE08AB" w:rsidRDefault="00AA2D9E">
      <w:r>
        <w:t>Complete this sentence slowly: “Father, today I place into Your hands…”</w:t>
      </w:r>
    </w:p>
    <w:p w14:paraId="75F054AD" w14:textId="77777777" w:rsidR="00AE08AB" w:rsidRDefault="00AA2D9E">
      <w:pPr>
        <w:spacing w:after="60"/>
      </w:pPr>
      <w:r>
        <w:rPr>
          <w:color w:val="B9B9B9"/>
          <w:sz w:val="16"/>
        </w:rPr>
        <w:t>________________________________________________________</w:t>
      </w:r>
    </w:p>
    <w:p w14:paraId="1FED6D02" w14:textId="77777777" w:rsidR="00AE08AB" w:rsidRDefault="00AA2D9E">
      <w:pPr>
        <w:spacing w:after="60"/>
      </w:pPr>
      <w:r>
        <w:rPr>
          <w:color w:val="B9B9B9"/>
          <w:sz w:val="16"/>
        </w:rPr>
        <w:t>________________________________________________________</w:t>
      </w:r>
    </w:p>
    <w:p w14:paraId="727B9873" w14:textId="77777777" w:rsidR="00AE08AB" w:rsidRDefault="00AA2D9E">
      <w:pPr>
        <w:pStyle w:val="Heading2"/>
      </w:pPr>
      <w:r>
        <w:t>Listen</w:t>
      </w:r>
    </w:p>
    <w:p w14:paraId="0A9472DC" w14:textId="77777777" w:rsidR="00AE08AB" w:rsidRDefault="00AA2D9E">
      <w:r>
        <w:t>Remain quiet for a moment. What truth, Scripture, conviction, or gentle reminder is rising?</w:t>
      </w:r>
    </w:p>
    <w:p w14:paraId="7C0717CB" w14:textId="77777777" w:rsidR="00AE08AB" w:rsidRDefault="00AA2D9E">
      <w:pPr>
        <w:spacing w:after="60"/>
      </w:pPr>
      <w:r>
        <w:rPr>
          <w:color w:val="B9B9B9"/>
          <w:sz w:val="16"/>
        </w:rPr>
        <w:t>________________________________________________________</w:t>
      </w:r>
    </w:p>
    <w:p w14:paraId="3728B797" w14:textId="77777777" w:rsidR="00AE08AB" w:rsidRDefault="00AA2D9E">
      <w:pPr>
        <w:spacing w:after="60"/>
      </w:pPr>
      <w:r>
        <w:rPr>
          <w:color w:val="B9B9B9"/>
          <w:sz w:val="16"/>
        </w:rPr>
        <w:t>________________________________________________________</w:t>
      </w:r>
    </w:p>
    <w:p w14:paraId="3017E49D" w14:textId="77777777" w:rsidR="00AE08AB" w:rsidRDefault="00AA2D9E">
      <w:pPr>
        <w:pStyle w:val="Heading2"/>
      </w:pPr>
      <w:r>
        <w:t>My Unfiltered Prayer</w:t>
      </w:r>
    </w:p>
    <w:p w14:paraId="1FAA1CD3" w14:textId="77777777" w:rsidR="00AE08AB" w:rsidRDefault="00AA2D9E">
      <w:r>
        <w:t>God, as I sit with strong enough to begin again, what I most need to tell You honestly is…</w:t>
      </w:r>
    </w:p>
    <w:p w14:paraId="5C20908F" w14:textId="77777777" w:rsidR="00AE08AB" w:rsidRDefault="00AA2D9E">
      <w:pPr>
        <w:spacing w:after="60"/>
      </w:pPr>
      <w:r>
        <w:rPr>
          <w:color w:val="B9B9B9"/>
          <w:sz w:val="16"/>
        </w:rPr>
        <w:t>________________________________________________________</w:t>
      </w:r>
    </w:p>
    <w:p w14:paraId="6856A9D8" w14:textId="77777777" w:rsidR="00AE08AB" w:rsidRDefault="00AA2D9E">
      <w:pPr>
        <w:spacing w:after="60"/>
      </w:pPr>
      <w:r>
        <w:rPr>
          <w:color w:val="B9B9B9"/>
          <w:sz w:val="16"/>
        </w:rPr>
        <w:t>________________________________________________________</w:t>
      </w:r>
    </w:p>
    <w:p w14:paraId="5FBEB2E3" w14:textId="77777777" w:rsidR="00AE08AB" w:rsidRDefault="00AA2D9E">
      <w:pPr>
        <w:spacing w:after="60"/>
      </w:pPr>
      <w:r>
        <w:rPr>
          <w:color w:val="B9B9B9"/>
          <w:sz w:val="16"/>
        </w:rPr>
        <w:t>________________________________________________________</w:t>
      </w:r>
    </w:p>
    <w:p w14:paraId="31E18C20" w14:textId="77777777" w:rsidR="00AE08AB" w:rsidRDefault="00AA2D9E">
      <w:pPr>
        <w:spacing w:after="60"/>
      </w:pPr>
      <w:r>
        <w:rPr>
          <w:color w:val="B9B9B9"/>
          <w:sz w:val="16"/>
        </w:rPr>
        <w:lastRenderedPageBreak/>
        <w:t>________________________________________________________</w:t>
      </w:r>
    </w:p>
    <w:p w14:paraId="34C9836A" w14:textId="77777777" w:rsidR="00AE08AB" w:rsidRDefault="00AA2D9E">
      <w:pPr>
        <w:spacing w:after="60"/>
      </w:pPr>
      <w:r>
        <w:rPr>
          <w:color w:val="B9B9B9"/>
          <w:sz w:val="16"/>
        </w:rPr>
        <w:t>________________________________________________________</w:t>
      </w:r>
    </w:p>
    <w:p w14:paraId="31C3408B" w14:textId="77777777" w:rsidR="00AE08AB" w:rsidRDefault="00AA2D9E">
      <w:pPr>
        <w:spacing w:after="60"/>
      </w:pPr>
      <w:r>
        <w:rPr>
          <w:color w:val="B9B9B9"/>
          <w:sz w:val="16"/>
        </w:rPr>
        <w:t>________________________________________________________</w:t>
      </w:r>
    </w:p>
    <w:p w14:paraId="2A8FCF77" w14:textId="77777777" w:rsidR="00AE08AB" w:rsidRDefault="00AA2D9E">
      <w:pPr>
        <w:spacing w:after="60"/>
      </w:pPr>
      <w:r>
        <w:rPr>
          <w:color w:val="B9B9B9"/>
          <w:sz w:val="16"/>
        </w:rPr>
        <w:t>________________________________________________________</w:t>
      </w:r>
    </w:p>
    <w:p w14:paraId="6A16E032" w14:textId="77777777" w:rsidR="00AE08AB" w:rsidRDefault="00AA2D9E">
      <w:pPr>
        <w:pStyle w:val="Heading1"/>
      </w:pPr>
      <w:r>
        <w:t>Sacred Pause</w:t>
      </w:r>
    </w:p>
    <w:p w14:paraId="0AA3C173" w14:textId="77777777" w:rsidR="00AE08AB" w:rsidRDefault="00AA2D9E">
      <w:pPr>
        <w:pStyle w:val="Heading3"/>
      </w:pPr>
      <w:r>
        <w:t>What happened within me this week?</w:t>
      </w:r>
    </w:p>
    <w:p w14:paraId="4740FFBD" w14:textId="77777777" w:rsidR="00AE08AB" w:rsidRDefault="00AA2D9E">
      <w:pPr>
        <w:spacing w:after="60"/>
      </w:pPr>
      <w:r>
        <w:rPr>
          <w:color w:val="B9B9B9"/>
          <w:sz w:val="16"/>
        </w:rPr>
        <w:t>________________________________________________________</w:t>
      </w:r>
    </w:p>
    <w:p w14:paraId="239FE0E2" w14:textId="77777777" w:rsidR="00AE08AB" w:rsidRDefault="00AA2D9E">
      <w:pPr>
        <w:pStyle w:val="Heading3"/>
      </w:pPr>
      <w:r>
        <w:t>What emotion appeared most often?</w:t>
      </w:r>
    </w:p>
    <w:p w14:paraId="4783152B" w14:textId="77777777" w:rsidR="00AE08AB" w:rsidRDefault="00AA2D9E">
      <w:pPr>
        <w:spacing w:after="60"/>
      </w:pPr>
      <w:r>
        <w:rPr>
          <w:color w:val="B9B9B9"/>
          <w:sz w:val="16"/>
        </w:rPr>
        <w:t>________________________________________________________</w:t>
      </w:r>
    </w:p>
    <w:p w14:paraId="0ACFEF03" w14:textId="77777777" w:rsidR="00AE08AB" w:rsidRDefault="00AA2D9E">
      <w:pPr>
        <w:pStyle w:val="Heading3"/>
      </w:pPr>
      <w:r>
        <w:t>Where did I recognize God's grace?</w:t>
      </w:r>
    </w:p>
    <w:p w14:paraId="6610F824" w14:textId="77777777" w:rsidR="00AE08AB" w:rsidRDefault="00AA2D9E">
      <w:pPr>
        <w:spacing w:after="60"/>
      </w:pPr>
      <w:r>
        <w:rPr>
          <w:color w:val="B9B9B9"/>
          <w:sz w:val="16"/>
        </w:rPr>
        <w:t>________________________________________________________</w:t>
      </w:r>
    </w:p>
    <w:p w14:paraId="340C63CE" w14:textId="77777777" w:rsidR="00AE08AB" w:rsidRDefault="00AA2D9E">
      <w:pPr>
        <w:pStyle w:val="Heading3"/>
      </w:pPr>
      <w:r>
        <w:t>What do I refuse to carry into another week?</w:t>
      </w:r>
    </w:p>
    <w:p w14:paraId="5A5DB0CC" w14:textId="77777777" w:rsidR="00AE08AB" w:rsidRDefault="00AA2D9E">
      <w:pPr>
        <w:spacing w:after="60"/>
      </w:pPr>
      <w:r>
        <w:rPr>
          <w:color w:val="B9B9B9"/>
          <w:sz w:val="16"/>
        </w:rPr>
        <w:t>________________________________________________________</w:t>
      </w:r>
    </w:p>
    <w:p w14:paraId="57546F94" w14:textId="77777777" w:rsidR="00AE08AB" w:rsidRDefault="00AA2D9E">
      <w:pPr>
        <w:pStyle w:val="Heading3"/>
      </w:pPr>
      <w:r>
        <w:t>What do I need to receive from God now?</w:t>
      </w:r>
    </w:p>
    <w:p w14:paraId="5D496910" w14:textId="77777777" w:rsidR="00AE08AB" w:rsidRDefault="00AA2D9E">
      <w:pPr>
        <w:spacing w:after="60"/>
      </w:pPr>
      <w:r>
        <w:rPr>
          <w:color w:val="B9B9B9"/>
          <w:sz w:val="16"/>
        </w:rPr>
        <w:t>________________________________________________________</w:t>
      </w:r>
    </w:p>
    <w:p w14:paraId="64508505" w14:textId="77777777" w:rsidR="00AE08AB" w:rsidRDefault="00AA2D9E">
      <w:r>
        <w:br w:type="page"/>
      </w:r>
    </w:p>
    <w:p w14:paraId="000BF47A" w14:textId="77777777" w:rsidR="00AE08AB" w:rsidRDefault="00AA2D9E">
      <w:pPr>
        <w:pStyle w:val="Heading2"/>
      </w:pPr>
      <w:r>
        <w:lastRenderedPageBreak/>
        <w:t>DAY 29</w:t>
      </w:r>
    </w:p>
    <w:p w14:paraId="65AE8FC2" w14:textId="77777777" w:rsidR="00AE08AB" w:rsidRDefault="00AA2D9E">
      <w:pPr>
        <w:pStyle w:val="Heading1"/>
      </w:pPr>
      <w:r>
        <w:t>God Has Carried You</w:t>
      </w:r>
    </w:p>
    <w:p w14:paraId="74CE0275" w14:textId="77777777" w:rsidR="00AE08AB" w:rsidRDefault="00AA2D9E">
      <w:r>
        <w:rPr>
          <w:b/>
          <w:color w:val="B08D3A"/>
        </w:rPr>
        <w:t xml:space="preserve">SCRIPTURE ANCHOR  </w:t>
      </w:r>
      <w:r>
        <w:t>Psalm 121:2</w:t>
      </w:r>
    </w:p>
    <w:p w14:paraId="1E412915" w14:textId="77777777" w:rsidR="00AE08AB" w:rsidRDefault="00AA2D9E">
      <w:pPr>
        <w:pStyle w:val="Heading2"/>
      </w:pPr>
      <w:r>
        <w:t>Pause</w:t>
      </w:r>
    </w:p>
    <w:p w14:paraId="44D1D7BB" w14:textId="77777777" w:rsidR="00AE08AB" w:rsidRDefault="00AA2D9E">
      <w:r>
        <w:t>Take three slow breaths. Let your body become still. You do not have to solve anything before you pray.</w:t>
      </w:r>
    </w:p>
    <w:p w14:paraId="414DF740" w14:textId="77777777" w:rsidR="00AE08AB" w:rsidRDefault="00AA2D9E">
      <w:pPr>
        <w:pStyle w:val="Heading2"/>
      </w:pPr>
      <w:r>
        <w:t>Guided Prayer</w:t>
      </w:r>
    </w:p>
    <w:p w14:paraId="671335AE" w14:textId="77777777" w:rsidR="00AE08AB" w:rsidRDefault="00AA2D9E">
      <w:r>
        <w:t>Father, I bring You the reality of god has carried you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w:t>
      </w:r>
      <w:r>
        <w:t>ions remain unanswered. In Jesus' name, Amen.</w:t>
      </w:r>
    </w:p>
    <w:p w14:paraId="66FF2F79" w14:textId="77777777" w:rsidR="00AE08AB" w:rsidRDefault="00AA2D9E">
      <w:pPr>
        <w:pStyle w:val="Heading2"/>
      </w:pPr>
      <w:r>
        <w:t>Release</w:t>
      </w:r>
    </w:p>
    <w:p w14:paraId="66CD17EF" w14:textId="77777777" w:rsidR="00AE08AB" w:rsidRDefault="00AA2D9E">
      <w:r>
        <w:t>Complete this sentence slowly: “Father, today I place into Your hands…”</w:t>
      </w:r>
    </w:p>
    <w:p w14:paraId="651C2A00" w14:textId="77777777" w:rsidR="00AE08AB" w:rsidRDefault="00AA2D9E">
      <w:pPr>
        <w:spacing w:after="60"/>
      </w:pPr>
      <w:r>
        <w:rPr>
          <w:color w:val="B9B9B9"/>
          <w:sz w:val="16"/>
        </w:rPr>
        <w:t>________________________________________________________</w:t>
      </w:r>
    </w:p>
    <w:p w14:paraId="04843DB6" w14:textId="77777777" w:rsidR="00AE08AB" w:rsidRDefault="00AA2D9E">
      <w:pPr>
        <w:spacing w:after="60"/>
      </w:pPr>
      <w:r>
        <w:rPr>
          <w:color w:val="B9B9B9"/>
          <w:sz w:val="16"/>
        </w:rPr>
        <w:t>________________________________________________________</w:t>
      </w:r>
    </w:p>
    <w:p w14:paraId="60401E52" w14:textId="77777777" w:rsidR="00AE08AB" w:rsidRDefault="00AA2D9E">
      <w:pPr>
        <w:pStyle w:val="Heading2"/>
      </w:pPr>
      <w:r>
        <w:t>Listen</w:t>
      </w:r>
    </w:p>
    <w:p w14:paraId="16D81A44" w14:textId="77777777" w:rsidR="00AE08AB" w:rsidRDefault="00AA2D9E">
      <w:r>
        <w:t>Remain quiet for a moment. What truth, Scripture, conviction, or gentle reminder is rising?</w:t>
      </w:r>
    </w:p>
    <w:p w14:paraId="7B745A72" w14:textId="77777777" w:rsidR="00AE08AB" w:rsidRDefault="00AA2D9E">
      <w:pPr>
        <w:spacing w:after="60"/>
      </w:pPr>
      <w:r>
        <w:rPr>
          <w:color w:val="B9B9B9"/>
          <w:sz w:val="16"/>
        </w:rPr>
        <w:t>________________________________________________________</w:t>
      </w:r>
    </w:p>
    <w:p w14:paraId="39BECD03" w14:textId="77777777" w:rsidR="00AE08AB" w:rsidRDefault="00AA2D9E">
      <w:pPr>
        <w:spacing w:after="60"/>
      </w:pPr>
      <w:r>
        <w:rPr>
          <w:color w:val="B9B9B9"/>
          <w:sz w:val="16"/>
        </w:rPr>
        <w:t>________________________________________________________</w:t>
      </w:r>
    </w:p>
    <w:p w14:paraId="67CBC0D5" w14:textId="77777777" w:rsidR="00AE08AB" w:rsidRDefault="00AA2D9E">
      <w:pPr>
        <w:pStyle w:val="Heading2"/>
      </w:pPr>
      <w:r>
        <w:t>My Unfiltered Prayer</w:t>
      </w:r>
    </w:p>
    <w:p w14:paraId="0EB195EE" w14:textId="77777777" w:rsidR="00AE08AB" w:rsidRDefault="00AA2D9E">
      <w:r>
        <w:t>God, as I sit with god has carried you, what I most need to tell You honestly is…</w:t>
      </w:r>
    </w:p>
    <w:p w14:paraId="4DD18A2D" w14:textId="77777777" w:rsidR="00AE08AB" w:rsidRDefault="00AA2D9E">
      <w:pPr>
        <w:spacing w:after="60"/>
      </w:pPr>
      <w:r>
        <w:rPr>
          <w:color w:val="B9B9B9"/>
          <w:sz w:val="16"/>
        </w:rPr>
        <w:t>________________________________________________________</w:t>
      </w:r>
    </w:p>
    <w:p w14:paraId="7AAEBB75" w14:textId="77777777" w:rsidR="00AE08AB" w:rsidRDefault="00AA2D9E">
      <w:pPr>
        <w:spacing w:after="60"/>
      </w:pPr>
      <w:r>
        <w:rPr>
          <w:color w:val="B9B9B9"/>
          <w:sz w:val="16"/>
        </w:rPr>
        <w:t>________________________________________________________</w:t>
      </w:r>
    </w:p>
    <w:p w14:paraId="1C5A72EA" w14:textId="77777777" w:rsidR="00AE08AB" w:rsidRDefault="00AA2D9E">
      <w:pPr>
        <w:spacing w:after="60"/>
      </w:pPr>
      <w:r>
        <w:rPr>
          <w:color w:val="B9B9B9"/>
          <w:sz w:val="16"/>
        </w:rPr>
        <w:t>________________________________________________________</w:t>
      </w:r>
    </w:p>
    <w:p w14:paraId="54F734C7" w14:textId="77777777" w:rsidR="00AE08AB" w:rsidRDefault="00AA2D9E">
      <w:pPr>
        <w:spacing w:after="60"/>
      </w:pPr>
      <w:r>
        <w:rPr>
          <w:color w:val="B9B9B9"/>
          <w:sz w:val="16"/>
        </w:rPr>
        <w:t>________________________________________________________</w:t>
      </w:r>
    </w:p>
    <w:p w14:paraId="2AB091DB" w14:textId="77777777" w:rsidR="00AE08AB" w:rsidRDefault="00AA2D9E">
      <w:pPr>
        <w:spacing w:after="60"/>
      </w:pPr>
      <w:r>
        <w:rPr>
          <w:color w:val="B9B9B9"/>
          <w:sz w:val="16"/>
        </w:rPr>
        <w:lastRenderedPageBreak/>
        <w:t>________________________________________________________</w:t>
      </w:r>
    </w:p>
    <w:p w14:paraId="52D8570C" w14:textId="77777777" w:rsidR="00AE08AB" w:rsidRDefault="00AA2D9E">
      <w:pPr>
        <w:spacing w:after="60"/>
      </w:pPr>
      <w:r>
        <w:rPr>
          <w:color w:val="B9B9B9"/>
          <w:sz w:val="16"/>
        </w:rPr>
        <w:t>________________________________________________________</w:t>
      </w:r>
    </w:p>
    <w:p w14:paraId="5090550E" w14:textId="77777777" w:rsidR="00AE08AB" w:rsidRDefault="00AA2D9E">
      <w:pPr>
        <w:spacing w:after="60"/>
      </w:pPr>
      <w:r>
        <w:rPr>
          <w:color w:val="B9B9B9"/>
          <w:sz w:val="16"/>
        </w:rPr>
        <w:t>________________________________________________________</w:t>
      </w:r>
    </w:p>
    <w:p w14:paraId="4C1BD0ED" w14:textId="77777777" w:rsidR="00AE08AB" w:rsidRDefault="00AA2D9E">
      <w:r>
        <w:br w:type="page"/>
      </w:r>
    </w:p>
    <w:p w14:paraId="622B01F1" w14:textId="77777777" w:rsidR="00AE08AB" w:rsidRDefault="00AA2D9E">
      <w:pPr>
        <w:pStyle w:val="Heading2"/>
      </w:pPr>
      <w:r>
        <w:lastRenderedPageBreak/>
        <w:t>DAY 30</w:t>
      </w:r>
    </w:p>
    <w:p w14:paraId="26F65F55" w14:textId="77777777" w:rsidR="00AE08AB" w:rsidRDefault="00AA2D9E">
      <w:pPr>
        <w:pStyle w:val="Heading1"/>
      </w:pPr>
      <w:r>
        <w:t>Rise With Wisdom</w:t>
      </w:r>
    </w:p>
    <w:p w14:paraId="54B3FF1E" w14:textId="77777777" w:rsidR="00AE08AB" w:rsidRDefault="00AA2D9E">
      <w:r>
        <w:rPr>
          <w:b/>
          <w:color w:val="B08D3A"/>
        </w:rPr>
        <w:t xml:space="preserve">SCRIPTURE ANCHOR  </w:t>
      </w:r>
      <w:r>
        <w:t>Proverbs 24:5</w:t>
      </w:r>
    </w:p>
    <w:p w14:paraId="184F076E" w14:textId="77777777" w:rsidR="00AE08AB" w:rsidRDefault="00AA2D9E">
      <w:pPr>
        <w:pStyle w:val="Heading2"/>
      </w:pPr>
      <w:r>
        <w:t>Pause</w:t>
      </w:r>
    </w:p>
    <w:p w14:paraId="2ADCBF29" w14:textId="77777777" w:rsidR="00AE08AB" w:rsidRDefault="00AA2D9E">
      <w:r>
        <w:t>Take three slow breaths. Let your body become still. You do not have to solve anything before you pray.</w:t>
      </w:r>
    </w:p>
    <w:p w14:paraId="719E4436" w14:textId="77777777" w:rsidR="00AE08AB" w:rsidRDefault="00AA2D9E">
      <w:pPr>
        <w:pStyle w:val="Heading2"/>
      </w:pPr>
      <w:r>
        <w:t>Guided Prayer</w:t>
      </w:r>
    </w:p>
    <w:p w14:paraId="5FABADEC" w14:textId="77777777" w:rsidR="00AE08AB" w:rsidRDefault="00AA2D9E">
      <w:r>
        <w:t>Father, I bring You the reality of rise with wisdom without pretending or hiding. Meet me here with truth and mercy. In this season of the strength you forgot you had,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w:t>
      </w:r>
      <w:r>
        <w:t>s remain unanswered. In Jesus' name, Amen.</w:t>
      </w:r>
    </w:p>
    <w:p w14:paraId="583C1C90" w14:textId="77777777" w:rsidR="00AE08AB" w:rsidRDefault="00AA2D9E">
      <w:pPr>
        <w:pStyle w:val="Heading2"/>
      </w:pPr>
      <w:r>
        <w:t>Release</w:t>
      </w:r>
    </w:p>
    <w:p w14:paraId="15209463" w14:textId="77777777" w:rsidR="00AE08AB" w:rsidRDefault="00AA2D9E">
      <w:r>
        <w:t>Complete this sentence slowly: “Father, today I place into Your hands…”</w:t>
      </w:r>
    </w:p>
    <w:p w14:paraId="1DE945CD" w14:textId="77777777" w:rsidR="00AE08AB" w:rsidRDefault="00AA2D9E">
      <w:pPr>
        <w:spacing w:after="60"/>
      </w:pPr>
      <w:r>
        <w:rPr>
          <w:color w:val="B9B9B9"/>
          <w:sz w:val="16"/>
        </w:rPr>
        <w:t>________________________________________________________</w:t>
      </w:r>
    </w:p>
    <w:p w14:paraId="192786EB" w14:textId="77777777" w:rsidR="00AE08AB" w:rsidRDefault="00AA2D9E">
      <w:pPr>
        <w:spacing w:after="60"/>
      </w:pPr>
      <w:r>
        <w:rPr>
          <w:color w:val="B9B9B9"/>
          <w:sz w:val="16"/>
        </w:rPr>
        <w:t>________________________________________________________</w:t>
      </w:r>
    </w:p>
    <w:p w14:paraId="1C6F96C0" w14:textId="77777777" w:rsidR="00AE08AB" w:rsidRDefault="00AA2D9E">
      <w:pPr>
        <w:pStyle w:val="Heading2"/>
      </w:pPr>
      <w:r>
        <w:t>Listen</w:t>
      </w:r>
    </w:p>
    <w:p w14:paraId="7FF7121F" w14:textId="77777777" w:rsidR="00AE08AB" w:rsidRDefault="00AA2D9E">
      <w:r>
        <w:t>Remain quiet for a moment. What truth, Scripture, conviction, or gentle reminder is rising?</w:t>
      </w:r>
    </w:p>
    <w:p w14:paraId="447F2F50" w14:textId="77777777" w:rsidR="00AE08AB" w:rsidRDefault="00AA2D9E">
      <w:pPr>
        <w:spacing w:after="60"/>
      </w:pPr>
      <w:r>
        <w:rPr>
          <w:color w:val="B9B9B9"/>
          <w:sz w:val="16"/>
        </w:rPr>
        <w:t>________________________________________________________</w:t>
      </w:r>
    </w:p>
    <w:p w14:paraId="5E46FA3C" w14:textId="77777777" w:rsidR="00AE08AB" w:rsidRDefault="00AA2D9E">
      <w:pPr>
        <w:spacing w:after="60"/>
      </w:pPr>
      <w:r>
        <w:rPr>
          <w:color w:val="B9B9B9"/>
          <w:sz w:val="16"/>
        </w:rPr>
        <w:t>________________________________________________________</w:t>
      </w:r>
    </w:p>
    <w:p w14:paraId="63FAB865" w14:textId="77777777" w:rsidR="00AE08AB" w:rsidRDefault="00AA2D9E">
      <w:pPr>
        <w:pStyle w:val="Heading2"/>
      </w:pPr>
      <w:r>
        <w:t>My Unfiltered Prayer</w:t>
      </w:r>
    </w:p>
    <w:p w14:paraId="2480EA69" w14:textId="77777777" w:rsidR="00AE08AB" w:rsidRDefault="00AA2D9E">
      <w:r>
        <w:t>God, as I sit with rise with wisdom, what I most need to tell You honestly is…</w:t>
      </w:r>
    </w:p>
    <w:p w14:paraId="00AD9152" w14:textId="77777777" w:rsidR="00AE08AB" w:rsidRDefault="00AA2D9E">
      <w:pPr>
        <w:spacing w:after="60"/>
      </w:pPr>
      <w:r>
        <w:rPr>
          <w:color w:val="B9B9B9"/>
          <w:sz w:val="16"/>
        </w:rPr>
        <w:t>________________________________________________________</w:t>
      </w:r>
    </w:p>
    <w:p w14:paraId="1DAC9BBB" w14:textId="77777777" w:rsidR="00AE08AB" w:rsidRDefault="00AA2D9E">
      <w:pPr>
        <w:spacing w:after="60"/>
      </w:pPr>
      <w:r>
        <w:rPr>
          <w:color w:val="B9B9B9"/>
          <w:sz w:val="16"/>
        </w:rPr>
        <w:t>________________________________________________________</w:t>
      </w:r>
    </w:p>
    <w:p w14:paraId="01DF1D78" w14:textId="77777777" w:rsidR="00AE08AB" w:rsidRDefault="00AA2D9E">
      <w:pPr>
        <w:spacing w:after="60"/>
      </w:pPr>
      <w:r>
        <w:rPr>
          <w:color w:val="B9B9B9"/>
          <w:sz w:val="16"/>
        </w:rPr>
        <w:t>________________________________________________________</w:t>
      </w:r>
    </w:p>
    <w:p w14:paraId="677A3CFA" w14:textId="77777777" w:rsidR="00AE08AB" w:rsidRDefault="00AA2D9E">
      <w:pPr>
        <w:spacing w:after="60"/>
      </w:pPr>
      <w:r>
        <w:rPr>
          <w:color w:val="B9B9B9"/>
          <w:sz w:val="16"/>
        </w:rPr>
        <w:t>________________________________________________________</w:t>
      </w:r>
    </w:p>
    <w:p w14:paraId="578223BE" w14:textId="77777777" w:rsidR="00AE08AB" w:rsidRDefault="00AA2D9E">
      <w:pPr>
        <w:spacing w:after="60"/>
      </w:pPr>
      <w:r>
        <w:rPr>
          <w:color w:val="B9B9B9"/>
          <w:sz w:val="16"/>
        </w:rPr>
        <w:t>________________________________________________________</w:t>
      </w:r>
    </w:p>
    <w:p w14:paraId="36A20BD0" w14:textId="77777777" w:rsidR="00AE08AB" w:rsidRDefault="00AA2D9E">
      <w:pPr>
        <w:spacing w:after="60"/>
      </w:pPr>
      <w:r>
        <w:rPr>
          <w:color w:val="B9B9B9"/>
          <w:sz w:val="16"/>
        </w:rPr>
        <w:lastRenderedPageBreak/>
        <w:t>________________________________________________________</w:t>
      </w:r>
    </w:p>
    <w:p w14:paraId="01ABF199" w14:textId="77777777" w:rsidR="00AE08AB" w:rsidRDefault="00AA2D9E">
      <w:pPr>
        <w:spacing w:after="60"/>
      </w:pPr>
      <w:r>
        <w:rPr>
          <w:color w:val="B9B9B9"/>
          <w:sz w:val="16"/>
        </w:rPr>
        <w:t>________________________________________________________</w:t>
      </w:r>
    </w:p>
    <w:p w14:paraId="3C60358D" w14:textId="77777777" w:rsidR="00AE08AB" w:rsidRDefault="00AA2D9E">
      <w:r>
        <w:br w:type="page"/>
      </w:r>
    </w:p>
    <w:p w14:paraId="51F33A31" w14:textId="77777777" w:rsidR="00AE08AB" w:rsidRDefault="00AA2D9E">
      <w:pPr>
        <w:pStyle w:val="Heading1"/>
      </w:pPr>
      <w:r>
        <w:lastRenderedPageBreak/>
        <w:t>End-of-Month Prayer Inventory</w:t>
      </w:r>
    </w:p>
    <w:p w14:paraId="7B0C3DB8" w14:textId="77777777" w:rsidR="00AE08AB" w:rsidRDefault="00AA2D9E">
      <w:pPr>
        <w:pStyle w:val="Heading3"/>
      </w:pPr>
      <w:r>
        <w:t>At the beginning of this month, I was carrying…</w:t>
      </w:r>
    </w:p>
    <w:p w14:paraId="1FA8A678" w14:textId="77777777" w:rsidR="00AE08AB" w:rsidRDefault="00AA2D9E">
      <w:pPr>
        <w:spacing w:after="60"/>
      </w:pPr>
      <w:r>
        <w:rPr>
          <w:color w:val="B9B9B9"/>
          <w:sz w:val="16"/>
        </w:rPr>
        <w:t>________________________________________________________</w:t>
      </w:r>
    </w:p>
    <w:p w14:paraId="24070F5B" w14:textId="77777777" w:rsidR="00AE08AB" w:rsidRDefault="00AA2D9E">
      <w:pPr>
        <w:spacing w:after="60"/>
      </w:pPr>
      <w:r>
        <w:rPr>
          <w:color w:val="B9B9B9"/>
          <w:sz w:val="16"/>
        </w:rPr>
        <w:t>________________________________________________________</w:t>
      </w:r>
    </w:p>
    <w:p w14:paraId="3DE4CDA8" w14:textId="77777777" w:rsidR="00AE08AB" w:rsidRDefault="00AA2D9E">
      <w:pPr>
        <w:pStyle w:val="Heading3"/>
      </w:pPr>
      <w:r>
        <w:t>God met me through…</w:t>
      </w:r>
    </w:p>
    <w:p w14:paraId="0DB27755" w14:textId="77777777" w:rsidR="00AE08AB" w:rsidRDefault="00AA2D9E">
      <w:pPr>
        <w:spacing w:after="60"/>
      </w:pPr>
      <w:r>
        <w:rPr>
          <w:color w:val="B9B9B9"/>
          <w:sz w:val="16"/>
        </w:rPr>
        <w:t>________________________________________________________</w:t>
      </w:r>
    </w:p>
    <w:p w14:paraId="1298AE6E" w14:textId="77777777" w:rsidR="00AE08AB" w:rsidRDefault="00AA2D9E">
      <w:pPr>
        <w:spacing w:after="60"/>
      </w:pPr>
      <w:r>
        <w:rPr>
          <w:color w:val="B9B9B9"/>
          <w:sz w:val="16"/>
        </w:rPr>
        <w:t>________________________________________________________</w:t>
      </w:r>
    </w:p>
    <w:p w14:paraId="06686E6F" w14:textId="77777777" w:rsidR="00AE08AB" w:rsidRDefault="00AA2D9E">
      <w:pPr>
        <w:pStyle w:val="Heading3"/>
      </w:pPr>
      <w:r>
        <w:t>The Scripture I returned to most was…</w:t>
      </w:r>
    </w:p>
    <w:p w14:paraId="6F613BD6" w14:textId="77777777" w:rsidR="00AE08AB" w:rsidRDefault="00AA2D9E">
      <w:pPr>
        <w:spacing w:after="60"/>
      </w:pPr>
      <w:r>
        <w:rPr>
          <w:color w:val="B9B9B9"/>
          <w:sz w:val="16"/>
        </w:rPr>
        <w:t>________________________________________________________</w:t>
      </w:r>
    </w:p>
    <w:p w14:paraId="004184B2" w14:textId="77777777" w:rsidR="00AE08AB" w:rsidRDefault="00AA2D9E">
      <w:pPr>
        <w:spacing w:after="60"/>
      </w:pPr>
      <w:r>
        <w:rPr>
          <w:color w:val="B9B9B9"/>
          <w:sz w:val="16"/>
        </w:rPr>
        <w:t>________________________________________________________</w:t>
      </w:r>
    </w:p>
    <w:p w14:paraId="6C8C4F31" w14:textId="77777777" w:rsidR="00AE08AB" w:rsidRDefault="00AA2D9E">
      <w:pPr>
        <w:pStyle w:val="Heading3"/>
      </w:pPr>
      <w:r>
        <w:t>Something I understand differently now is…</w:t>
      </w:r>
    </w:p>
    <w:p w14:paraId="5DC70349" w14:textId="77777777" w:rsidR="00AE08AB" w:rsidRDefault="00AA2D9E">
      <w:pPr>
        <w:spacing w:after="60"/>
      </w:pPr>
      <w:r>
        <w:rPr>
          <w:color w:val="B9B9B9"/>
          <w:sz w:val="16"/>
        </w:rPr>
        <w:t>________________________________________________________</w:t>
      </w:r>
    </w:p>
    <w:p w14:paraId="36D5F2BE" w14:textId="77777777" w:rsidR="00AE08AB" w:rsidRDefault="00AA2D9E">
      <w:pPr>
        <w:spacing w:after="60"/>
      </w:pPr>
      <w:r>
        <w:rPr>
          <w:color w:val="B9B9B9"/>
          <w:sz w:val="16"/>
        </w:rPr>
        <w:t>________________________________________________________</w:t>
      </w:r>
    </w:p>
    <w:p w14:paraId="48CE3A17" w14:textId="77777777" w:rsidR="00AE08AB" w:rsidRDefault="00AA2D9E">
      <w:pPr>
        <w:pStyle w:val="Heading3"/>
      </w:pPr>
      <w:r>
        <w:t>Something still unresolved is…</w:t>
      </w:r>
    </w:p>
    <w:p w14:paraId="2A9760BE" w14:textId="77777777" w:rsidR="00AE08AB" w:rsidRDefault="00AA2D9E">
      <w:pPr>
        <w:spacing w:after="60"/>
      </w:pPr>
      <w:r>
        <w:rPr>
          <w:color w:val="B9B9B9"/>
          <w:sz w:val="16"/>
        </w:rPr>
        <w:t>________________________________________________________</w:t>
      </w:r>
    </w:p>
    <w:p w14:paraId="0C673171" w14:textId="77777777" w:rsidR="00AE08AB" w:rsidRDefault="00AA2D9E">
      <w:pPr>
        <w:spacing w:after="60"/>
      </w:pPr>
      <w:r>
        <w:rPr>
          <w:color w:val="B9B9B9"/>
          <w:sz w:val="16"/>
        </w:rPr>
        <w:t>________________________________________________________</w:t>
      </w:r>
    </w:p>
    <w:p w14:paraId="6DE07C69" w14:textId="77777777" w:rsidR="00AE08AB" w:rsidRDefault="00AA2D9E">
      <w:pPr>
        <w:pStyle w:val="Heading3"/>
      </w:pPr>
      <w:r>
        <w:t>What I need to surrender before the next month is…</w:t>
      </w:r>
    </w:p>
    <w:p w14:paraId="5811C978" w14:textId="77777777" w:rsidR="00AE08AB" w:rsidRDefault="00AA2D9E">
      <w:pPr>
        <w:spacing w:after="60"/>
      </w:pPr>
      <w:r>
        <w:rPr>
          <w:color w:val="B9B9B9"/>
          <w:sz w:val="16"/>
        </w:rPr>
        <w:t>________________________________________________________</w:t>
      </w:r>
    </w:p>
    <w:p w14:paraId="3D6AEE37" w14:textId="77777777" w:rsidR="00AE08AB" w:rsidRDefault="00AA2D9E">
      <w:pPr>
        <w:spacing w:after="60"/>
      </w:pPr>
      <w:r>
        <w:rPr>
          <w:color w:val="B9B9B9"/>
          <w:sz w:val="16"/>
        </w:rPr>
        <w:t>________________________________________________________</w:t>
      </w:r>
    </w:p>
    <w:p w14:paraId="4A4183DB" w14:textId="77777777" w:rsidR="00AE08AB" w:rsidRDefault="00AA2D9E">
      <w:pPr>
        <w:pStyle w:val="Heading3"/>
      </w:pPr>
      <w:r>
        <w:t>My prayer for the month ahead is…</w:t>
      </w:r>
    </w:p>
    <w:p w14:paraId="4E6C3429" w14:textId="77777777" w:rsidR="00AE08AB" w:rsidRDefault="00AA2D9E">
      <w:pPr>
        <w:spacing w:after="60"/>
      </w:pPr>
      <w:r>
        <w:rPr>
          <w:color w:val="B9B9B9"/>
          <w:sz w:val="16"/>
        </w:rPr>
        <w:t>________________________________________________________</w:t>
      </w:r>
    </w:p>
    <w:p w14:paraId="2819ED4D" w14:textId="77777777" w:rsidR="00AE08AB" w:rsidRDefault="00AA2D9E">
      <w:pPr>
        <w:spacing w:after="60"/>
      </w:pPr>
      <w:r>
        <w:rPr>
          <w:color w:val="B9B9B9"/>
          <w:sz w:val="16"/>
        </w:rPr>
        <w:t>________________________________________________________</w:t>
      </w:r>
    </w:p>
    <w:p w14:paraId="05B165BD" w14:textId="77777777" w:rsidR="00AE08AB" w:rsidRDefault="00AA2D9E">
      <w:r>
        <w:br w:type="page"/>
      </w:r>
    </w:p>
    <w:p w14:paraId="0198B112" w14:textId="77777777" w:rsidR="00AE08AB" w:rsidRDefault="00AA2D9E">
      <w:pPr>
        <w:pStyle w:val="Heading2"/>
      </w:pPr>
      <w:r>
        <w:lastRenderedPageBreak/>
        <w:t>MONTH SIX</w:t>
      </w:r>
    </w:p>
    <w:p w14:paraId="59CDB5DC" w14:textId="77777777" w:rsidR="00AE08AB" w:rsidRDefault="00AA2D9E">
      <w:pPr>
        <w:jc w:val="center"/>
      </w:pPr>
      <w:r>
        <w:rPr>
          <w:b/>
          <w:color w:val="17324D"/>
          <w:sz w:val="46"/>
        </w:rPr>
        <w:t>WHEN CHANGE BECOMES YOUR TEACHER</w:t>
      </w:r>
    </w:p>
    <w:p w14:paraId="43C6AD36" w14:textId="77777777" w:rsidR="00AE08AB" w:rsidRDefault="00AA2D9E">
      <w:pPr>
        <w:jc w:val="center"/>
      </w:pPr>
      <w:r>
        <w:rPr>
          <w:i/>
          <w:color w:val="B08D3A"/>
        </w:rPr>
        <w:t>Prayers of Surrender, Growth, and Transformation</w:t>
      </w:r>
    </w:p>
    <w:p w14:paraId="37EFD253" w14:textId="77777777" w:rsidR="00AE08AB" w:rsidRDefault="00AA2D9E">
      <w:pPr>
        <w:jc w:val="center"/>
      </w:pPr>
      <w:r>
        <w:rPr>
          <w:color w:val="B08D3A"/>
        </w:rPr>
        <w:t>—  ◆  —</w:t>
      </w:r>
    </w:p>
    <w:p w14:paraId="06648E9A" w14:textId="77777777" w:rsidR="00AE08AB" w:rsidRDefault="00AA2D9E">
      <w:pPr>
        <w:pStyle w:val="Heading2"/>
      </w:pPr>
      <w:r>
        <w:t>Beginning-of-Month Prayer</w:t>
      </w:r>
    </w:p>
    <w:p w14:paraId="5ABF5241" w14:textId="77777777" w:rsidR="00AE08AB" w:rsidRDefault="00AA2D9E">
      <w:r>
        <w:t>Father, as I enter this month of when change becomes your teacher, teach me to pray with honesty rather than performance. Help me notice what is happening within me, bring it into Your presence, and receive the grace I need for each day. Amen.</w:t>
      </w:r>
    </w:p>
    <w:p w14:paraId="78C37D2C" w14:textId="77777777" w:rsidR="00AE08AB" w:rsidRDefault="00AA2D9E">
      <w:pPr>
        <w:pStyle w:val="Heading2"/>
      </w:pPr>
      <w:r>
        <w:t>What I Am Carrying Into This Month</w:t>
      </w:r>
    </w:p>
    <w:p w14:paraId="7EA600F5" w14:textId="77777777" w:rsidR="00AE08AB" w:rsidRDefault="00AA2D9E">
      <w:pPr>
        <w:spacing w:after="60"/>
      </w:pPr>
      <w:r>
        <w:rPr>
          <w:color w:val="B9B9B9"/>
          <w:sz w:val="16"/>
        </w:rPr>
        <w:t>________________________________________________________</w:t>
      </w:r>
    </w:p>
    <w:p w14:paraId="417FC07F" w14:textId="77777777" w:rsidR="00AE08AB" w:rsidRDefault="00AA2D9E">
      <w:pPr>
        <w:spacing w:after="60"/>
      </w:pPr>
      <w:r>
        <w:rPr>
          <w:color w:val="B9B9B9"/>
          <w:sz w:val="16"/>
        </w:rPr>
        <w:t>________________________________________________________</w:t>
      </w:r>
    </w:p>
    <w:p w14:paraId="5D08ADF6" w14:textId="77777777" w:rsidR="00AE08AB" w:rsidRDefault="00AA2D9E">
      <w:pPr>
        <w:spacing w:after="60"/>
      </w:pPr>
      <w:r>
        <w:rPr>
          <w:color w:val="B9B9B9"/>
          <w:sz w:val="16"/>
        </w:rPr>
        <w:t>________________________________________________________</w:t>
      </w:r>
    </w:p>
    <w:p w14:paraId="3106B0CD" w14:textId="77777777" w:rsidR="00AE08AB" w:rsidRDefault="00AA2D9E">
      <w:pPr>
        <w:spacing w:after="60"/>
      </w:pPr>
      <w:r>
        <w:rPr>
          <w:color w:val="B9B9B9"/>
          <w:sz w:val="16"/>
        </w:rPr>
        <w:t>________________________________________________________</w:t>
      </w:r>
    </w:p>
    <w:p w14:paraId="68B97AAB" w14:textId="77777777" w:rsidR="00AE08AB" w:rsidRDefault="00AA2D9E">
      <w:r>
        <w:br w:type="page"/>
      </w:r>
    </w:p>
    <w:p w14:paraId="2EA3D5ED" w14:textId="77777777" w:rsidR="00AE08AB" w:rsidRDefault="00AA2D9E">
      <w:pPr>
        <w:pStyle w:val="Heading2"/>
      </w:pPr>
      <w:r>
        <w:lastRenderedPageBreak/>
        <w:t>DAY 1</w:t>
      </w:r>
    </w:p>
    <w:p w14:paraId="5E52BCD6" w14:textId="77777777" w:rsidR="00AE08AB" w:rsidRDefault="00AA2D9E">
      <w:pPr>
        <w:pStyle w:val="Heading1"/>
      </w:pPr>
      <w:r>
        <w:t>Change Is a Teacher</w:t>
      </w:r>
    </w:p>
    <w:p w14:paraId="2723527B" w14:textId="77777777" w:rsidR="00AE08AB" w:rsidRDefault="00AA2D9E">
      <w:r>
        <w:rPr>
          <w:b/>
          <w:color w:val="B08D3A"/>
        </w:rPr>
        <w:t xml:space="preserve">SCRIPTURE ANCHOR  </w:t>
      </w:r>
      <w:r>
        <w:t>Ecclesiastes 3:1</w:t>
      </w:r>
    </w:p>
    <w:p w14:paraId="11201260" w14:textId="77777777" w:rsidR="00AE08AB" w:rsidRDefault="00AA2D9E">
      <w:pPr>
        <w:pStyle w:val="Heading2"/>
      </w:pPr>
      <w:r>
        <w:t>Pause</w:t>
      </w:r>
    </w:p>
    <w:p w14:paraId="166DB09D" w14:textId="77777777" w:rsidR="00AE08AB" w:rsidRDefault="00AA2D9E">
      <w:r>
        <w:t>Take three slow breaths. Let your body become still. You do not have to solve anything before you pray.</w:t>
      </w:r>
    </w:p>
    <w:p w14:paraId="091D324F" w14:textId="77777777" w:rsidR="00AE08AB" w:rsidRDefault="00AA2D9E">
      <w:pPr>
        <w:pStyle w:val="Heading2"/>
      </w:pPr>
      <w:r>
        <w:t>Guided Prayer</w:t>
      </w:r>
    </w:p>
    <w:p w14:paraId="401FA7D0" w14:textId="77777777" w:rsidR="00AE08AB" w:rsidRDefault="00AA2D9E">
      <w:r>
        <w:t>Father, I bring You the reality of change is a teacher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w:t>
      </w:r>
      <w:r>
        <w:t>tions remain unanswered. In Jesus' name, Amen.</w:t>
      </w:r>
    </w:p>
    <w:p w14:paraId="1975A95C" w14:textId="77777777" w:rsidR="00AE08AB" w:rsidRDefault="00AA2D9E">
      <w:pPr>
        <w:pStyle w:val="Heading2"/>
      </w:pPr>
      <w:r>
        <w:t>Release</w:t>
      </w:r>
    </w:p>
    <w:p w14:paraId="51EEFD3F" w14:textId="77777777" w:rsidR="00AE08AB" w:rsidRDefault="00AA2D9E">
      <w:r>
        <w:t>Complete this sentence slowly: “Father, today I place into Your hands…”</w:t>
      </w:r>
    </w:p>
    <w:p w14:paraId="58763705" w14:textId="77777777" w:rsidR="00AE08AB" w:rsidRDefault="00AA2D9E">
      <w:pPr>
        <w:spacing w:after="60"/>
      </w:pPr>
      <w:r>
        <w:rPr>
          <w:color w:val="B9B9B9"/>
          <w:sz w:val="16"/>
        </w:rPr>
        <w:t>________________________________________________________</w:t>
      </w:r>
    </w:p>
    <w:p w14:paraId="4A29B28D" w14:textId="77777777" w:rsidR="00AE08AB" w:rsidRDefault="00AA2D9E">
      <w:pPr>
        <w:spacing w:after="60"/>
      </w:pPr>
      <w:r>
        <w:rPr>
          <w:color w:val="B9B9B9"/>
          <w:sz w:val="16"/>
        </w:rPr>
        <w:t>________________________________________________________</w:t>
      </w:r>
    </w:p>
    <w:p w14:paraId="3CB3AF1A" w14:textId="77777777" w:rsidR="00AE08AB" w:rsidRDefault="00AA2D9E">
      <w:pPr>
        <w:pStyle w:val="Heading2"/>
      </w:pPr>
      <w:r>
        <w:t>Listen</w:t>
      </w:r>
    </w:p>
    <w:p w14:paraId="54515727" w14:textId="77777777" w:rsidR="00AE08AB" w:rsidRDefault="00AA2D9E">
      <w:r>
        <w:t>Remain quiet for a moment. What truth, Scripture, conviction, or gentle reminder is rising?</w:t>
      </w:r>
    </w:p>
    <w:p w14:paraId="4F8963C9" w14:textId="77777777" w:rsidR="00AE08AB" w:rsidRDefault="00AA2D9E">
      <w:pPr>
        <w:spacing w:after="60"/>
      </w:pPr>
      <w:r>
        <w:rPr>
          <w:color w:val="B9B9B9"/>
          <w:sz w:val="16"/>
        </w:rPr>
        <w:t>________________________________________________________</w:t>
      </w:r>
    </w:p>
    <w:p w14:paraId="64C5F015" w14:textId="77777777" w:rsidR="00AE08AB" w:rsidRDefault="00AA2D9E">
      <w:pPr>
        <w:spacing w:after="60"/>
      </w:pPr>
      <w:r>
        <w:rPr>
          <w:color w:val="B9B9B9"/>
          <w:sz w:val="16"/>
        </w:rPr>
        <w:t>________________________________________________________</w:t>
      </w:r>
    </w:p>
    <w:p w14:paraId="18983C35" w14:textId="77777777" w:rsidR="00AE08AB" w:rsidRDefault="00AA2D9E">
      <w:pPr>
        <w:pStyle w:val="Heading2"/>
      </w:pPr>
      <w:r>
        <w:t>My Unfiltered Prayer</w:t>
      </w:r>
    </w:p>
    <w:p w14:paraId="234A8A48" w14:textId="77777777" w:rsidR="00AE08AB" w:rsidRDefault="00AA2D9E">
      <w:r>
        <w:t>God, as I sit with change is a teacher, what I most need to tell You honestly is…</w:t>
      </w:r>
    </w:p>
    <w:p w14:paraId="7DA7BB80" w14:textId="77777777" w:rsidR="00AE08AB" w:rsidRDefault="00AA2D9E">
      <w:pPr>
        <w:spacing w:after="60"/>
      </w:pPr>
      <w:r>
        <w:rPr>
          <w:color w:val="B9B9B9"/>
          <w:sz w:val="16"/>
        </w:rPr>
        <w:t>________________________________________________________</w:t>
      </w:r>
    </w:p>
    <w:p w14:paraId="26D12B6B" w14:textId="77777777" w:rsidR="00AE08AB" w:rsidRDefault="00AA2D9E">
      <w:pPr>
        <w:spacing w:after="60"/>
      </w:pPr>
      <w:r>
        <w:rPr>
          <w:color w:val="B9B9B9"/>
          <w:sz w:val="16"/>
        </w:rPr>
        <w:t>________________________________________________________</w:t>
      </w:r>
    </w:p>
    <w:p w14:paraId="417B5C8C" w14:textId="77777777" w:rsidR="00AE08AB" w:rsidRDefault="00AA2D9E">
      <w:pPr>
        <w:spacing w:after="60"/>
      </w:pPr>
      <w:r>
        <w:rPr>
          <w:color w:val="B9B9B9"/>
          <w:sz w:val="16"/>
        </w:rPr>
        <w:t>________________________________________________________</w:t>
      </w:r>
    </w:p>
    <w:p w14:paraId="349A34F0" w14:textId="77777777" w:rsidR="00AE08AB" w:rsidRDefault="00AA2D9E">
      <w:pPr>
        <w:spacing w:after="60"/>
      </w:pPr>
      <w:r>
        <w:rPr>
          <w:color w:val="B9B9B9"/>
          <w:sz w:val="16"/>
        </w:rPr>
        <w:t>________________________________________________________</w:t>
      </w:r>
    </w:p>
    <w:p w14:paraId="1AED9902" w14:textId="77777777" w:rsidR="00AE08AB" w:rsidRDefault="00AA2D9E">
      <w:pPr>
        <w:spacing w:after="60"/>
      </w:pPr>
      <w:r>
        <w:rPr>
          <w:color w:val="B9B9B9"/>
          <w:sz w:val="16"/>
        </w:rPr>
        <w:lastRenderedPageBreak/>
        <w:t>________________________________________________________</w:t>
      </w:r>
    </w:p>
    <w:p w14:paraId="28138F96" w14:textId="77777777" w:rsidR="00AE08AB" w:rsidRDefault="00AA2D9E">
      <w:pPr>
        <w:spacing w:after="60"/>
      </w:pPr>
      <w:r>
        <w:rPr>
          <w:color w:val="B9B9B9"/>
          <w:sz w:val="16"/>
        </w:rPr>
        <w:t>________________________________________________________</w:t>
      </w:r>
    </w:p>
    <w:p w14:paraId="11782744" w14:textId="77777777" w:rsidR="00AE08AB" w:rsidRDefault="00AA2D9E">
      <w:pPr>
        <w:spacing w:after="60"/>
      </w:pPr>
      <w:r>
        <w:rPr>
          <w:color w:val="B9B9B9"/>
          <w:sz w:val="16"/>
        </w:rPr>
        <w:t>________________________________________________________</w:t>
      </w:r>
    </w:p>
    <w:p w14:paraId="498710E7" w14:textId="77777777" w:rsidR="00AE08AB" w:rsidRDefault="00AA2D9E">
      <w:r>
        <w:br w:type="page"/>
      </w:r>
    </w:p>
    <w:p w14:paraId="5DA04668" w14:textId="77777777" w:rsidR="00AE08AB" w:rsidRDefault="00AA2D9E">
      <w:pPr>
        <w:pStyle w:val="Heading2"/>
      </w:pPr>
      <w:r>
        <w:lastRenderedPageBreak/>
        <w:t>DAY 2</w:t>
      </w:r>
    </w:p>
    <w:p w14:paraId="68B9F179" w14:textId="77777777" w:rsidR="00AE08AB" w:rsidRDefault="00AA2D9E">
      <w:pPr>
        <w:pStyle w:val="Heading1"/>
      </w:pPr>
      <w:r>
        <w:t>When the Old No Longer Fits</w:t>
      </w:r>
    </w:p>
    <w:p w14:paraId="4071AC2A" w14:textId="77777777" w:rsidR="00AE08AB" w:rsidRDefault="00AA2D9E">
      <w:r>
        <w:rPr>
          <w:b/>
          <w:color w:val="B08D3A"/>
        </w:rPr>
        <w:t xml:space="preserve">SCRIPTURE ANCHOR  </w:t>
      </w:r>
      <w:r>
        <w:t>Isaiah 43:18-19</w:t>
      </w:r>
    </w:p>
    <w:p w14:paraId="63E68EBD" w14:textId="77777777" w:rsidR="00AE08AB" w:rsidRDefault="00AA2D9E">
      <w:pPr>
        <w:pStyle w:val="Heading2"/>
      </w:pPr>
      <w:r>
        <w:t>Pause</w:t>
      </w:r>
    </w:p>
    <w:p w14:paraId="1EFECD71" w14:textId="77777777" w:rsidR="00AE08AB" w:rsidRDefault="00AA2D9E">
      <w:r>
        <w:t>Take three slow breaths. Let your body become still. You do not have to solve anything before you pray.</w:t>
      </w:r>
    </w:p>
    <w:p w14:paraId="301C274B" w14:textId="77777777" w:rsidR="00AE08AB" w:rsidRDefault="00AA2D9E">
      <w:pPr>
        <w:pStyle w:val="Heading2"/>
      </w:pPr>
      <w:r>
        <w:t>Guided Prayer</w:t>
      </w:r>
    </w:p>
    <w:p w14:paraId="431C2769" w14:textId="77777777" w:rsidR="00AE08AB" w:rsidRDefault="00AA2D9E">
      <w:r>
        <w:t>Father, I bring You the reality of when the old no longer fits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w:t>
      </w:r>
      <w:r>
        <w:t>ome questions remain unanswered. In Jesus' name, Amen.</w:t>
      </w:r>
    </w:p>
    <w:p w14:paraId="2A20C5B5" w14:textId="77777777" w:rsidR="00AE08AB" w:rsidRDefault="00AA2D9E">
      <w:pPr>
        <w:pStyle w:val="Heading2"/>
      </w:pPr>
      <w:r>
        <w:t>Release</w:t>
      </w:r>
    </w:p>
    <w:p w14:paraId="464D6D12" w14:textId="77777777" w:rsidR="00AE08AB" w:rsidRDefault="00AA2D9E">
      <w:r>
        <w:t>Complete this sentence slowly: “Father, today I place into Your hands…”</w:t>
      </w:r>
    </w:p>
    <w:p w14:paraId="235E2DD9" w14:textId="77777777" w:rsidR="00AE08AB" w:rsidRDefault="00AA2D9E">
      <w:pPr>
        <w:spacing w:after="60"/>
      </w:pPr>
      <w:r>
        <w:rPr>
          <w:color w:val="B9B9B9"/>
          <w:sz w:val="16"/>
        </w:rPr>
        <w:t>________________________________________________________</w:t>
      </w:r>
    </w:p>
    <w:p w14:paraId="6F119D4B" w14:textId="77777777" w:rsidR="00AE08AB" w:rsidRDefault="00AA2D9E">
      <w:pPr>
        <w:spacing w:after="60"/>
      </w:pPr>
      <w:r>
        <w:rPr>
          <w:color w:val="B9B9B9"/>
          <w:sz w:val="16"/>
        </w:rPr>
        <w:t>________________________________________________________</w:t>
      </w:r>
    </w:p>
    <w:p w14:paraId="11CC40AF" w14:textId="77777777" w:rsidR="00AE08AB" w:rsidRDefault="00AA2D9E">
      <w:pPr>
        <w:pStyle w:val="Heading2"/>
      </w:pPr>
      <w:r>
        <w:t>Listen</w:t>
      </w:r>
    </w:p>
    <w:p w14:paraId="63DA258E" w14:textId="77777777" w:rsidR="00AE08AB" w:rsidRDefault="00AA2D9E">
      <w:r>
        <w:t>Remain quiet for a moment. What truth, Scripture, conviction, or gentle reminder is rising?</w:t>
      </w:r>
    </w:p>
    <w:p w14:paraId="42DFAA54" w14:textId="77777777" w:rsidR="00AE08AB" w:rsidRDefault="00AA2D9E">
      <w:pPr>
        <w:spacing w:after="60"/>
      </w:pPr>
      <w:r>
        <w:rPr>
          <w:color w:val="B9B9B9"/>
          <w:sz w:val="16"/>
        </w:rPr>
        <w:t>________________________________________________________</w:t>
      </w:r>
    </w:p>
    <w:p w14:paraId="19962804" w14:textId="77777777" w:rsidR="00AE08AB" w:rsidRDefault="00AA2D9E">
      <w:pPr>
        <w:spacing w:after="60"/>
      </w:pPr>
      <w:r>
        <w:rPr>
          <w:color w:val="B9B9B9"/>
          <w:sz w:val="16"/>
        </w:rPr>
        <w:t>________________________________________________________</w:t>
      </w:r>
    </w:p>
    <w:p w14:paraId="3089F094" w14:textId="77777777" w:rsidR="00AE08AB" w:rsidRDefault="00AA2D9E">
      <w:pPr>
        <w:pStyle w:val="Heading2"/>
      </w:pPr>
      <w:r>
        <w:t>My Unfiltered Prayer</w:t>
      </w:r>
    </w:p>
    <w:p w14:paraId="36DF306A" w14:textId="77777777" w:rsidR="00AE08AB" w:rsidRDefault="00AA2D9E">
      <w:r>
        <w:t>God, as I sit with when the old no longer fits, what I most need to tell You honestly is…</w:t>
      </w:r>
    </w:p>
    <w:p w14:paraId="2B511366" w14:textId="77777777" w:rsidR="00AE08AB" w:rsidRDefault="00AA2D9E">
      <w:pPr>
        <w:spacing w:after="60"/>
      </w:pPr>
      <w:r>
        <w:rPr>
          <w:color w:val="B9B9B9"/>
          <w:sz w:val="16"/>
        </w:rPr>
        <w:t>________________________________________________________</w:t>
      </w:r>
    </w:p>
    <w:p w14:paraId="6061EF11" w14:textId="77777777" w:rsidR="00AE08AB" w:rsidRDefault="00AA2D9E">
      <w:pPr>
        <w:spacing w:after="60"/>
      </w:pPr>
      <w:r>
        <w:rPr>
          <w:color w:val="B9B9B9"/>
          <w:sz w:val="16"/>
        </w:rPr>
        <w:t>________________________________________________________</w:t>
      </w:r>
    </w:p>
    <w:p w14:paraId="281D562A" w14:textId="77777777" w:rsidR="00AE08AB" w:rsidRDefault="00AA2D9E">
      <w:pPr>
        <w:spacing w:after="60"/>
      </w:pPr>
      <w:r>
        <w:rPr>
          <w:color w:val="B9B9B9"/>
          <w:sz w:val="16"/>
        </w:rPr>
        <w:t>________________________________________________________</w:t>
      </w:r>
    </w:p>
    <w:p w14:paraId="087F4DD2" w14:textId="77777777" w:rsidR="00AE08AB" w:rsidRDefault="00AA2D9E">
      <w:pPr>
        <w:spacing w:after="60"/>
      </w:pPr>
      <w:r>
        <w:rPr>
          <w:color w:val="B9B9B9"/>
          <w:sz w:val="16"/>
        </w:rPr>
        <w:lastRenderedPageBreak/>
        <w:t>________________________________________________________</w:t>
      </w:r>
    </w:p>
    <w:p w14:paraId="16D92C7C" w14:textId="77777777" w:rsidR="00AE08AB" w:rsidRDefault="00AA2D9E">
      <w:pPr>
        <w:spacing w:after="60"/>
      </w:pPr>
      <w:r>
        <w:rPr>
          <w:color w:val="B9B9B9"/>
          <w:sz w:val="16"/>
        </w:rPr>
        <w:t>________________________________________________________</w:t>
      </w:r>
    </w:p>
    <w:p w14:paraId="248C578E" w14:textId="77777777" w:rsidR="00AE08AB" w:rsidRDefault="00AA2D9E">
      <w:pPr>
        <w:spacing w:after="60"/>
      </w:pPr>
      <w:r>
        <w:rPr>
          <w:color w:val="B9B9B9"/>
          <w:sz w:val="16"/>
        </w:rPr>
        <w:t>________________________________________________________</w:t>
      </w:r>
    </w:p>
    <w:p w14:paraId="3707B981" w14:textId="77777777" w:rsidR="00AE08AB" w:rsidRDefault="00AA2D9E">
      <w:pPr>
        <w:spacing w:after="60"/>
      </w:pPr>
      <w:r>
        <w:rPr>
          <w:color w:val="B9B9B9"/>
          <w:sz w:val="16"/>
        </w:rPr>
        <w:t>________________________________________________________</w:t>
      </w:r>
    </w:p>
    <w:p w14:paraId="3E645850" w14:textId="77777777" w:rsidR="00AE08AB" w:rsidRDefault="00AA2D9E">
      <w:r>
        <w:br w:type="page"/>
      </w:r>
    </w:p>
    <w:p w14:paraId="2A9CD5B9" w14:textId="77777777" w:rsidR="00AE08AB" w:rsidRDefault="00AA2D9E">
      <w:pPr>
        <w:pStyle w:val="Heading2"/>
      </w:pPr>
      <w:r>
        <w:lastRenderedPageBreak/>
        <w:t>DAY 3</w:t>
      </w:r>
    </w:p>
    <w:p w14:paraId="5DBFD9D2" w14:textId="77777777" w:rsidR="00AE08AB" w:rsidRDefault="00AA2D9E">
      <w:pPr>
        <w:pStyle w:val="Heading1"/>
      </w:pPr>
      <w:r>
        <w:t>Closed Doors</w:t>
      </w:r>
    </w:p>
    <w:p w14:paraId="24142F4C" w14:textId="77777777" w:rsidR="00AE08AB" w:rsidRDefault="00AA2D9E">
      <w:r>
        <w:rPr>
          <w:b/>
          <w:color w:val="B08D3A"/>
        </w:rPr>
        <w:t xml:space="preserve">SCRIPTURE ANCHOR  </w:t>
      </w:r>
      <w:r>
        <w:t>Revelation 3:8</w:t>
      </w:r>
    </w:p>
    <w:p w14:paraId="35674091" w14:textId="77777777" w:rsidR="00AE08AB" w:rsidRDefault="00AA2D9E">
      <w:pPr>
        <w:pStyle w:val="Heading2"/>
      </w:pPr>
      <w:r>
        <w:t>Pause</w:t>
      </w:r>
    </w:p>
    <w:p w14:paraId="5524B8DE" w14:textId="77777777" w:rsidR="00AE08AB" w:rsidRDefault="00AA2D9E">
      <w:r>
        <w:t>Take three slow breaths. Let your body become still. You do not have to solve anything before you pray.</w:t>
      </w:r>
    </w:p>
    <w:p w14:paraId="7CD4ED58" w14:textId="77777777" w:rsidR="00AE08AB" w:rsidRDefault="00AA2D9E">
      <w:pPr>
        <w:pStyle w:val="Heading2"/>
      </w:pPr>
      <w:r>
        <w:t>Guided Prayer</w:t>
      </w:r>
    </w:p>
    <w:p w14:paraId="0FA23ADD" w14:textId="77777777" w:rsidR="00AE08AB" w:rsidRDefault="00AA2D9E">
      <w:r>
        <w:t>Father, I bring You the reality of closed doors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questions r</w:t>
      </w:r>
      <w:r>
        <w:t>emain unanswered. In Jesus' name, Amen.</w:t>
      </w:r>
    </w:p>
    <w:p w14:paraId="5DB8E75B" w14:textId="77777777" w:rsidR="00AE08AB" w:rsidRDefault="00AA2D9E">
      <w:pPr>
        <w:pStyle w:val="Heading2"/>
      </w:pPr>
      <w:r>
        <w:t>Release</w:t>
      </w:r>
    </w:p>
    <w:p w14:paraId="19907B4F" w14:textId="77777777" w:rsidR="00AE08AB" w:rsidRDefault="00AA2D9E">
      <w:r>
        <w:t>Complete this sentence slowly: “Father, today I place into Your hands…”</w:t>
      </w:r>
    </w:p>
    <w:p w14:paraId="56D732BB" w14:textId="77777777" w:rsidR="00AE08AB" w:rsidRDefault="00AA2D9E">
      <w:pPr>
        <w:spacing w:after="60"/>
      </w:pPr>
      <w:r>
        <w:rPr>
          <w:color w:val="B9B9B9"/>
          <w:sz w:val="16"/>
        </w:rPr>
        <w:t>________________________________________________________</w:t>
      </w:r>
    </w:p>
    <w:p w14:paraId="18C21025" w14:textId="77777777" w:rsidR="00AE08AB" w:rsidRDefault="00AA2D9E">
      <w:pPr>
        <w:spacing w:after="60"/>
      </w:pPr>
      <w:r>
        <w:rPr>
          <w:color w:val="B9B9B9"/>
          <w:sz w:val="16"/>
        </w:rPr>
        <w:t>________________________________________________________</w:t>
      </w:r>
    </w:p>
    <w:p w14:paraId="67F2179B" w14:textId="77777777" w:rsidR="00AE08AB" w:rsidRDefault="00AA2D9E">
      <w:pPr>
        <w:pStyle w:val="Heading2"/>
      </w:pPr>
      <w:r>
        <w:t>Listen</w:t>
      </w:r>
    </w:p>
    <w:p w14:paraId="4D80900A" w14:textId="77777777" w:rsidR="00AE08AB" w:rsidRDefault="00AA2D9E">
      <w:r>
        <w:t>Remain quiet for a moment. What truth, Scripture, conviction, or gentle reminder is rising?</w:t>
      </w:r>
    </w:p>
    <w:p w14:paraId="5822BDB4" w14:textId="77777777" w:rsidR="00AE08AB" w:rsidRDefault="00AA2D9E">
      <w:pPr>
        <w:spacing w:after="60"/>
      </w:pPr>
      <w:r>
        <w:rPr>
          <w:color w:val="B9B9B9"/>
          <w:sz w:val="16"/>
        </w:rPr>
        <w:t>________________________________________________________</w:t>
      </w:r>
    </w:p>
    <w:p w14:paraId="47D475B6" w14:textId="77777777" w:rsidR="00AE08AB" w:rsidRDefault="00AA2D9E">
      <w:pPr>
        <w:spacing w:after="60"/>
      </w:pPr>
      <w:r>
        <w:rPr>
          <w:color w:val="B9B9B9"/>
          <w:sz w:val="16"/>
        </w:rPr>
        <w:t>________________________________________________________</w:t>
      </w:r>
    </w:p>
    <w:p w14:paraId="3CB4A05B" w14:textId="77777777" w:rsidR="00AE08AB" w:rsidRDefault="00AA2D9E">
      <w:pPr>
        <w:pStyle w:val="Heading2"/>
      </w:pPr>
      <w:r>
        <w:t>My Unfiltered Prayer</w:t>
      </w:r>
    </w:p>
    <w:p w14:paraId="7878A9B5" w14:textId="77777777" w:rsidR="00AE08AB" w:rsidRDefault="00AA2D9E">
      <w:r>
        <w:t>God, as I sit with closed doors, what I most need to tell You honestly is…</w:t>
      </w:r>
    </w:p>
    <w:p w14:paraId="48137F1D" w14:textId="77777777" w:rsidR="00AE08AB" w:rsidRDefault="00AA2D9E">
      <w:pPr>
        <w:spacing w:after="60"/>
      </w:pPr>
      <w:r>
        <w:rPr>
          <w:color w:val="B9B9B9"/>
          <w:sz w:val="16"/>
        </w:rPr>
        <w:t>________________________________________________________</w:t>
      </w:r>
    </w:p>
    <w:p w14:paraId="2F0046D7" w14:textId="77777777" w:rsidR="00AE08AB" w:rsidRDefault="00AA2D9E">
      <w:pPr>
        <w:spacing w:after="60"/>
      </w:pPr>
      <w:r>
        <w:rPr>
          <w:color w:val="B9B9B9"/>
          <w:sz w:val="16"/>
        </w:rPr>
        <w:t>________________________________________________________</w:t>
      </w:r>
    </w:p>
    <w:p w14:paraId="38AA6EA3" w14:textId="77777777" w:rsidR="00AE08AB" w:rsidRDefault="00AA2D9E">
      <w:pPr>
        <w:spacing w:after="60"/>
      </w:pPr>
      <w:r>
        <w:rPr>
          <w:color w:val="B9B9B9"/>
          <w:sz w:val="16"/>
        </w:rPr>
        <w:t>________________________________________________________</w:t>
      </w:r>
    </w:p>
    <w:p w14:paraId="7D633675" w14:textId="77777777" w:rsidR="00AE08AB" w:rsidRDefault="00AA2D9E">
      <w:pPr>
        <w:spacing w:after="60"/>
      </w:pPr>
      <w:r>
        <w:rPr>
          <w:color w:val="B9B9B9"/>
          <w:sz w:val="16"/>
        </w:rPr>
        <w:t>________________________________________________________</w:t>
      </w:r>
    </w:p>
    <w:p w14:paraId="622D1F23" w14:textId="77777777" w:rsidR="00AE08AB" w:rsidRDefault="00AA2D9E">
      <w:pPr>
        <w:spacing w:after="60"/>
      </w:pPr>
      <w:r>
        <w:rPr>
          <w:color w:val="B9B9B9"/>
          <w:sz w:val="16"/>
        </w:rPr>
        <w:lastRenderedPageBreak/>
        <w:t>________________________________________________________</w:t>
      </w:r>
    </w:p>
    <w:p w14:paraId="78106CA2" w14:textId="77777777" w:rsidR="00AE08AB" w:rsidRDefault="00AA2D9E">
      <w:pPr>
        <w:spacing w:after="60"/>
      </w:pPr>
      <w:r>
        <w:rPr>
          <w:color w:val="B9B9B9"/>
          <w:sz w:val="16"/>
        </w:rPr>
        <w:t>________________________________________________________</w:t>
      </w:r>
    </w:p>
    <w:p w14:paraId="29248AC6" w14:textId="77777777" w:rsidR="00AE08AB" w:rsidRDefault="00AA2D9E">
      <w:pPr>
        <w:spacing w:after="60"/>
      </w:pPr>
      <w:r>
        <w:rPr>
          <w:color w:val="B9B9B9"/>
          <w:sz w:val="16"/>
        </w:rPr>
        <w:t>________________________________________________________</w:t>
      </w:r>
    </w:p>
    <w:p w14:paraId="79EC9495" w14:textId="77777777" w:rsidR="00AE08AB" w:rsidRDefault="00AA2D9E">
      <w:r>
        <w:br w:type="page"/>
      </w:r>
    </w:p>
    <w:p w14:paraId="040D235A" w14:textId="77777777" w:rsidR="00AE08AB" w:rsidRDefault="00AA2D9E">
      <w:pPr>
        <w:pStyle w:val="Heading2"/>
      </w:pPr>
      <w:r>
        <w:lastRenderedPageBreak/>
        <w:t>DAY 4</w:t>
      </w:r>
    </w:p>
    <w:p w14:paraId="0711D3B2" w14:textId="77777777" w:rsidR="00AE08AB" w:rsidRDefault="00AA2D9E">
      <w:pPr>
        <w:pStyle w:val="Heading1"/>
      </w:pPr>
      <w:r>
        <w:t>Uncomfortable Seasons</w:t>
      </w:r>
    </w:p>
    <w:p w14:paraId="51F2F648" w14:textId="77777777" w:rsidR="00AE08AB" w:rsidRDefault="00AA2D9E">
      <w:r>
        <w:rPr>
          <w:b/>
          <w:color w:val="B08D3A"/>
        </w:rPr>
        <w:t xml:space="preserve">SCRIPTURE ANCHOR  </w:t>
      </w:r>
      <w:r>
        <w:t>James 1:2-4</w:t>
      </w:r>
    </w:p>
    <w:p w14:paraId="70DEFED8" w14:textId="77777777" w:rsidR="00AE08AB" w:rsidRDefault="00AA2D9E">
      <w:pPr>
        <w:pStyle w:val="Heading2"/>
      </w:pPr>
      <w:r>
        <w:t>Pause</w:t>
      </w:r>
    </w:p>
    <w:p w14:paraId="35E3AABE" w14:textId="77777777" w:rsidR="00AE08AB" w:rsidRDefault="00AA2D9E">
      <w:r>
        <w:t>Take three slow breaths. Let your body become still. You do not have to solve anything before you pray.</w:t>
      </w:r>
    </w:p>
    <w:p w14:paraId="7A1A01AD" w14:textId="77777777" w:rsidR="00AE08AB" w:rsidRDefault="00AA2D9E">
      <w:pPr>
        <w:pStyle w:val="Heading2"/>
      </w:pPr>
      <w:r>
        <w:t>Guided Prayer</w:t>
      </w:r>
    </w:p>
    <w:p w14:paraId="52BF5510" w14:textId="77777777" w:rsidR="00AE08AB" w:rsidRDefault="00AA2D9E">
      <w:r>
        <w:t>Father, I bring You the reality of uncomfortable seasons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w:t>
      </w:r>
      <w:r>
        <w:t>estions remain unanswered. In Jesus' name, Amen.</w:t>
      </w:r>
    </w:p>
    <w:p w14:paraId="112F3389" w14:textId="77777777" w:rsidR="00AE08AB" w:rsidRDefault="00AA2D9E">
      <w:pPr>
        <w:pStyle w:val="Heading2"/>
      </w:pPr>
      <w:r>
        <w:t>Release</w:t>
      </w:r>
    </w:p>
    <w:p w14:paraId="5AD8D7C0" w14:textId="77777777" w:rsidR="00AE08AB" w:rsidRDefault="00AA2D9E">
      <w:r>
        <w:t>Complete this sentence slowly: “Father, today I place into Your hands…”</w:t>
      </w:r>
    </w:p>
    <w:p w14:paraId="4BD9B771" w14:textId="77777777" w:rsidR="00AE08AB" w:rsidRDefault="00AA2D9E">
      <w:pPr>
        <w:spacing w:after="60"/>
      </w:pPr>
      <w:r>
        <w:rPr>
          <w:color w:val="B9B9B9"/>
          <w:sz w:val="16"/>
        </w:rPr>
        <w:t>________________________________________________________</w:t>
      </w:r>
    </w:p>
    <w:p w14:paraId="7A5F49F5" w14:textId="77777777" w:rsidR="00AE08AB" w:rsidRDefault="00AA2D9E">
      <w:pPr>
        <w:spacing w:after="60"/>
      </w:pPr>
      <w:r>
        <w:rPr>
          <w:color w:val="B9B9B9"/>
          <w:sz w:val="16"/>
        </w:rPr>
        <w:t>________________________________________________________</w:t>
      </w:r>
    </w:p>
    <w:p w14:paraId="34A52907" w14:textId="77777777" w:rsidR="00AE08AB" w:rsidRDefault="00AA2D9E">
      <w:pPr>
        <w:pStyle w:val="Heading2"/>
      </w:pPr>
      <w:r>
        <w:t>Listen</w:t>
      </w:r>
    </w:p>
    <w:p w14:paraId="3F23B01C" w14:textId="77777777" w:rsidR="00AE08AB" w:rsidRDefault="00AA2D9E">
      <w:r>
        <w:t>Remain quiet for a moment. What truth, Scripture, conviction, or gentle reminder is rising?</w:t>
      </w:r>
    </w:p>
    <w:p w14:paraId="5727EF59" w14:textId="77777777" w:rsidR="00AE08AB" w:rsidRDefault="00AA2D9E">
      <w:pPr>
        <w:spacing w:after="60"/>
      </w:pPr>
      <w:r>
        <w:rPr>
          <w:color w:val="B9B9B9"/>
          <w:sz w:val="16"/>
        </w:rPr>
        <w:t>________________________________________________________</w:t>
      </w:r>
    </w:p>
    <w:p w14:paraId="3216069E" w14:textId="77777777" w:rsidR="00AE08AB" w:rsidRDefault="00AA2D9E">
      <w:pPr>
        <w:spacing w:after="60"/>
      </w:pPr>
      <w:r>
        <w:rPr>
          <w:color w:val="B9B9B9"/>
          <w:sz w:val="16"/>
        </w:rPr>
        <w:t>________________________________________________________</w:t>
      </w:r>
    </w:p>
    <w:p w14:paraId="1208BAB6" w14:textId="77777777" w:rsidR="00AE08AB" w:rsidRDefault="00AA2D9E">
      <w:pPr>
        <w:pStyle w:val="Heading2"/>
      </w:pPr>
      <w:r>
        <w:t>My Unfiltered Prayer</w:t>
      </w:r>
    </w:p>
    <w:p w14:paraId="73EF8D63" w14:textId="77777777" w:rsidR="00AE08AB" w:rsidRDefault="00AA2D9E">
      <w:r>
        <w:t>God, as I sit with uncomfortable seasons, what I most need to tell You honestly is…</w:t>
      </w:r>
    </w:p>
    <w:p w14:paraId="481014C9" w14:textId="77777777" w:rsidR="00AE08AB" w:rsidRDefault="00AA2D9E">
      <w:pPr>
        <w:spacing w:after="60"/>
      </w:pPr>
      <w:r>
        <w:rPr>
          <w:color w:val="B9B9B9"/>
          <w:sz w:val="16"/>
        </w:rPr>
        <w:t>________________________________________________________</w:t>
      </w:r>
    </w:p>
    <w:p w14:paraId="2BFA4CBF" w14:textId="77777777" w:rsidR="00AE08AB" w:rsidRDefault="00AA2D9E">
      <w:pPr>
        <w:spacing w:after="60"/>
      </w:pPr>
      <w:r>
        <w:rPr>
          <w:color w:val="B9B9B9"/>
          <w:sz w:val="16"/>
        </w:rPr>
        <w:t>________________________________________________________</w:t>
      </w:r>
    </w:p>
    <w:p w14:paraId="3C5EFA2D" w14:textId="77777777" w:rsidR="00AE08AB" w:rsidRDefault="00AA2D9E">
      <w:pPr>
        <w:spacing w:after="60"/>
      </w:pPr>
      <w:r>
        <w:rPr>
          <w:color w:val="B9B9B9"/>
          <w:sz w:val="16"/>
        </w:rPr>
        <w:t>________________________________________________________</w:t>
      </w:r>
    </w:p>
    <w:p w14:paraId="22B0726E" w14:textId="77777777" w:rsidR="00AE08AB" w:rsidRDefault="00AA2D9E">
      <w:pPr>
        <w:spacing w:after="60"/>
      </w:pPr>
      <w:r>
        <w:rPr>
          <w:color w:val="B9B9B9"/>
          <w:sz w:val="16"/>
        </w:rPr>
        <w:lastRenderedPageBreak/>
        <w:t>________________________________________________________</w:t>
      </w:r>
    </w:p>
    <w:p w14:paraId="6622B6E2" w14:textId="77777777" w:rsidR="00AE08AB" w:rsidRDefault="00AA2D9E">
      <w:pPr>
        <w:spacing w:after="60"/>
      </w:pPr>
      <w:r>
        <w:rPr>
          <w:color w:val="B9B9B9"/>
          <w:sz w:val="16"/>
        </w:rPr>
        <w:t>________________________________________________________</w:t>
      </w:r>
    </w:p>
    <w:p w14:paraId="5CCEDC88" w14:textId="77777777" w:rsidR="00AE08AB" w:rsidRDefault="00AA2D9E">
      <w:pPr>
        <w:spacing w:after="60"/>
      </w:pPr>
      <w:r>
        <w:rPr>
          <w:color w:val="B9B9B9"/>
          <w:sz w:val="16"/>
        </w:rPr>
        <w:t>________________________________________________________</w:t>
      </w:r>
    </w:p>
    <w:p w14:paraId="06EF44D9" w14:textId="77777777" w:rsidR="00AE08AB" w:rsidRDefault="00AA2D9E">
      <w:pPr>
        <w:spacing w:after="60"/>
      </w:pPr>
      <w:r>
        <w:rPr>
          <w:color w:val="B9B9B9"/>
          <w:sz w:val="16"/>
        </w:rPr>
        <w:t>________________________________________________________</w:t>
      </w:r>
    </w:p>
    <w:p w14:paraId="2430DA7A" w14:textId="77777777" w:rsidR="00AE08AB" w:rsidRDefault="00AA2D9E">
      <w:r>
        <w:br w:type="page"/>
      </w:r>
    </w:p>
    <w:p w14:paraId="013A4328" w14:textId="77777777" w:rsidR="00AE08AB" w:rsidRDefault="00AA2D9E">
      <w:pPr>
        <w:pStyle w:val="Heading2"/>
      </w:pPr>
      <w:r>
        <w:lastRenderedPageBreak/>
        <w:t>DAY 5</w:t>
      </w:r>
    </w:p>
    <w:p w14:paraId="332EF7ED" w14:textId="77777777" w:rsidR="00AE08AB" w:rsidRDefault="00AA2D9E">
      <w:pPr>
        <w:pStyle w:val="Heading1"/>
      </w:pPr>
      <w:r>
        <w:t>Letting Go of the Old Timeline</w:t>
      </w:r>
    </w:p>
    <w:p w14:paraId="2BEA00E3" w14:textId="77777777" w:rsidR="00AE08AB" w:rsidRDefault="00AA2D9E">
      <w:r>
        <w:rPr>
          <w:b/>
          <w:color w:val="B08D3A"/>
        </w:rPr>
        <w:t xml:space="preserve">SCRIPTURE ANCHOR  </w:t>
      </w:r>
      <w:r>
        <w:t>Proverbs 16:9</w:t>
      </w:r>
    </w:p>
    <w:p w14:paraId="4B30D5E0" w14:textId="77777777" w:rsidR="00AE08AB" w:rsidRDefault="00AA2D9E">
      <w:pPr>
        <w:pStyle w:val="Heading2"/>
      </w:pPr>
      <w:r>
        <w:t>Pause</w:t>
      </w:r>
    </w:p>
    <w:p w14:paraId="2B89C68F" w14:textId="77777777" w:rsidR="00AE08AB" w:rsidRDefault="00AA2D9E">
      <w:r>
        <w:t>Take three slow breaths. Let your body become still. You do not have to solve anything before you pray.</w:t>
      </w:r>
    </w:p>
    <w:p w14:paraId="5F932561" w14:textId="77777777" w:rsidR="00AE08AB" w:rsidRDefault="00AA2D9E">
      <w:pPr>
        <w:pStyle w:val="Heading2"/>
      </w:pPr>
      <w:r>
        <w:t>Guided Prayer</w:t>
      </w:r>
    </w:p>
    <w:p w14:paraId="2B0DD461" w14:textId="77777777" w:rsidR="00AE08AB" w:rsidRDefault="00AA2D9E">
      <w:r>
        <w:t>Father, I bring You the reality of letting go of the old timeline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w:t>
      </w:r>
      <w:r>
        <w:t>e some questions remain unanswered. In Jesus' name, Amen.</w:t>
      </w:r>
    </w:p>
    <w:p w14:paraId="4C99546B" w14:textId="77777777" w:rsidR="00AE08AB" w:rsidRDefault="00AA2D9E">
      <w:pPr>
        <w:pStyle w:val="Heading2"/>
      </w:pPr>
      <w:r>
        <w:t>Release</w:t>
      </w:r>
    </w:p>
    <w:p w14:paraId="31487C24" w14:textId="77777777" w:rsidR="00AE08AB" w:rsidRDefault="00AA2D9E">
      <w:r>
        <w:t>Complete this sentence slowly: “Father, today I place into Your hands…”</w:t>
      </w:r>
    </w:p>
    <w:p w14:paraId="44CF40CD" w14:textId="77777777" w:rsidR="00AE08AB" w:rsidRDefault="00AA2D9E">
      <w:pPr>
        <w:spacing w:after="60"/>
      </w:pPr>
      <w:r>
        <w:rPr>
          <w:color w:val="B9B9B9"/>
          <w:sz w:val="16"/>
        </w:rPr>
        <w:t>________________________________________________________</w:t>
      </w:r>
    </w:p>
    <w:p w14:paraId="5DF5DC80" w14:textId="77777777" w:rsidR="00AE08AB" w:rsidRDefault="00AA2D9E">
      <w:pPr>
        <w:spacing w:after="60"/>
      </w:pPr>
      <w:r>
        <w:rPr>
          <w:color w:val="B9B9B9"/>
          <w:sz w:val="16"/>
        </w:rPr>
        <w:t>________________________________________________________</w:t>
      </w:r>
    </w:p>
    <w:p w14:paraId="3C190726" w14:textId="77777777" w:rsidR="00AE08AB" w:rsidRDefault="00AA2D9E">
      <w:pPr>
        <w:pStyle w:val="Heading2"/>
      </w:pPr>
      <w:r>
        <w:t>Listen</w:t>
      </w:r>
    </w:p>
    <w:p w14:paraId="2733FED1" w14:textId="77777777" w:rsidR="00AE08AB" w:rsidRDefault="00AA2D9E">
      <w:r>
        <w:t>Remain quiet for a moment. What truth, Scripture, conviction, or gentle reminder is rising?</w:t>
      </w:r>
    </w:p>
    <w:p w14:paraId="10C372BE" w14:textId="77777777" w:rsidR="00AE08AB" w:rsidRDefault="00AA2D9E">
      <w:pPr>
        <w:spacing w:after="60"/>
      </w:pPr>
      <w:r>
        <w:rPr>
          <w:color w:val="B9B9B9"/>
          <w:sz w:val="16"/>
        </w:rPr>
        <w:t>________________________________________________________</w:t>
      </w:r>
    </w:p>
    <w:p w14:paraId="35159C32" w14:textId="77777777" w:rsidR="00AE08AB" w:rsidRDefault="00AA2D9E">
      <w:pPr>
        <w:spacing w:after="60"/>
      </w:pPr>
      <w:r>
        <w:rPr>
          <w:color w:val="B9B9B9"/>
          <w:sz w:val="16"/>
        </w:rPr>
        <w:t>________________________________________________________</w:t>
      </w:r>
    </w:p>
    <w:p w14:paraId="1915F459" w14:textId="77777777" w:rsidR="00AE08AB" w:rsidRDefault="00AA2D9E">
      <w:pPr>
        <w:pStyle w:val="Heading2"/>
      </w:pPr>
      <w:r>
        <w:t>My Unfiltered Prayer</w:t>
      </w:r>
    </w:p>
    <w:p w14:paraId="7A4BA710" w14:textId="77777777" w:rsidR="00AE08AB" w:rsidRDefault="00AA2D9E">
      <w:r>
        <w:t>God, as I sit with letting go of the old timeline, what I most need to tell You honestly is…</w:t>
      </w:r>
    </w:p>
    <w:p w14:paraId="4354FB83" w14:textId="77777777" w:rsidR="00AE08AB" w:rsidRDefault="00AA2D9E">
      <w:pPr>
        <w:spacing w:after="60"/>
      </w:pPr>
      <w:r>
        <w:rPr>
          <w:color w:val="B9B9B9"/>
          <w:sz w:val="16"/>
        </w:rPr>
        <w:t>________________________________________________________</w:t>
      </w:r>
    </w:p>
    <w:p w14:paraId="2E419D3E" w14:textId="77777777" w:rsidR="00AE08AB" w:rsidRDefault="00AA2D9E">
      <w:pPr>
        <w:spacing w:after="60"/>
      </w:pPr>
      <w:r>
        <w:rPr>
          <w:color w:val="B9B9B9"/>
          <w:sz w:val="16"/>
        </w:rPr>
        <w:t>________________________________________________________</w:t>
      </w:r>
    </w:p>
    <w:p w14:paraId="263A2665" w14:textId="77777777" w:rsidR="00AE08AB" w:rsidRDefault="00AA2D9E">
      <w:pPr>
        <w:spacing w:after="60"/>
      </w:pPr>
      <w:r>
        <w:rPr>
          <w:color w:val="B9B9B9"/>
          <w:sz w:val="16"/>
        </w:rPr>
        <w:t>________________________________________________________</w:t>
      </w:r>
    </w:p>
    <w:p w14:paraId="1FDFC67D" w14:textId="77777777" w:rsidR="00AE08AB" w:rsidRDefault="00AA2D9E">
      <w:pPr>
        <w:spacing w:after="60"/>
      </w:pPr>
      <w:r>
        <w:rPr>
          <w:color w:val="B9B9B9"/>
          <w:sz w:val="16"/>
        </w:rPr>
        <w:lastRenderedPageBreak/>
        <w:t>________________________________________________________</w:t>
      </w:r>
    </w:p>
    <w:p w14:paraId="66CE5C0F" w14:textId="77777777" w:rsidR="00AE08AB" w:rsidRDefault="00AA2D9E">
      <w:pPr>
        <w:spacing w:after="60"/>
      </w:pPr>
      <w:r>
        <w:rPr>
          <w:color w:val="B9B9B9"/>
          <w:sz w:val="16"/>
        </w:rPr>
        <w:t>________________________________________________________</w:t>
      </w:r>
    </w:p>
    <w:p w14:paraId="15AEA390" w14:textId="77777777" w:rsidR="00AE08AB" w:rsidRDefault="00AA2D9E">
      <w:pPr>
        <w:spacing w:after="60"/>
      </w:pPr>
      <w:r>
        <w:rPr>
          <w:color w:val="B9B9B9"/>
          <w:sz w:val="16"/>
        </w:rPr>
        <w:t>________________________________________________________</w:t>
      </w:r>
    </w:p>
    <w:p w14:paraId="67C5854E" w14:textId="77777777" w:rsidR="00AE08AB" w:rsidRDefault="00AA2D9E">
      <w:pPr>
        <w:spacing w:after="60"/>
      </w:pPr>
      <w:r>
        <w:rPr>
          <w:color w:val="B9B9B9"/>
          <w:sz w:val="16"/>
        </w:rPr>
        <w:t>________________________________________________________</w:t>
      </w:r>
    </w:p>
    <w:p w14:paraId="1F97F1CE" w14:textId="77777777" w:rsidR="00AE08AB" w:rsidRDefault="00AA2D9E">
      <w:r>
        <w:br w:type="page"/>
      </w:r>
    </w:p>
    <w:p w14:paraId="232437F7" w14:textId="77777777" w:rsidR="00AE08AB" w:rsidRDefault="00AA2D9E">
      <w:pPr>
        <w:pStyle w:val="Heading2"/>
      </w:pPr>
      <w:r>
        <w:lastRenderedPageBreak/>
        <w:t>DAY 6</w:t>
      </w:r>
    </w:p>
    <w:p w14:paraId="3F83C730" w14:textId="77777777" w:rsidR="00AE08AB" w:rsidRDefault="00AA2D9E">
      <w:pPr>
        <w:pStyle w:val="Heading1"/>
      </w:pPr>
      <w:r>
        <w:t>The Lesson in Disruption</w:t>
      </w:r>
    </w:p>
    <w:p w14:paraId="3D7D48B7" w14:textId="77777777" w:rsidR="00AE08AB" w:rsidRDefault="00AA2D9E">
      <w:r>
        <w:rPr>
          <w:b/>
          <w:color w:val="B08D3A"/>
        </w:rPr>
        <w:t xml:space="preserve">SCRIPTURE ANCHOR  </w:t>
      </w:r>
      <w:r>
        <w:t>Romans 8:28</w:t>
      </w:r>
    </w:p>
    <w:p w14:paraId="0A5B6AE0" w14:textId="77777777" w:rsidR="00AE08AB" w:rsidRDefault="00AA2D9E">
      <w:pPr>
        <w:pStyle w:val="Heading2"/>
      </w:pPr>
      <w:r>
        <w:t>Pause</w:t>
      </w:r>
    </w:p>
    <w:p w14:paraId="701FD768" w14:textId="77777777" w:rsidR="00AE08AB" w:rsidRDefault="00AA2D9E">
      <w:r>
        <w:t>Take three slow breaths. Let your body become still. You do not have to solve anything before you pray.</w:t>
      </w:r>
    </w:p>
    <w:p w14:paraId="1097AE4A" w14:textId="77777777" w:rsidR="00AE08AB" w:rsidRDefault="00AA2D9E">
      <w:pPr>
        <w:pStyle w:val="Heading2"/>
      </w:pPr>
      <w:r>
        <w:t>Guided Prayer</w:t>
      </w:r>
    </w:p>
    <w:p w14:paraId="260609F4" w14:textId="77777777" w:rsidR="00AE08AB" w:rsidRDefault="00AA2D9E">
      <w:r>
        <w:t>Father, I bring You the reality of the lesson in disruption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50B88A8A" w14:textId="77777777" w:rsidR="00AE08AB" w:rsidRDefault="00AA2D9E">
      <w:pPr>
        <w:pStyle w:val="Heading2"/>
      </w:pPr>
      <w:r>
        <w:t>Release</w:t>
      </w:r>
    </w:p>
    <w:p w14:paraId="52A7B31D" w14:textId="77777777" w:rsidR="00AE08AB" w:rsidRDefault="00AA2D9E">
      <w:r>
        <w:t>Complete this sentence slowly: “Father, today I place into Your hands…”</w:t>
      </w:r>
    </w:p>
    <w:p w14:paraId="068F375B" w14:textId="77777777" w:rsidR="00AE08AB" w:rsidRDefault="00AA2D9E">
      <w:pPr>
        <w:spacing w:after="60"/>
      </w:pPr>
      <w:r>
        <w:rPr>
          <w:color w:val="B9B9B9"/>
          <w:sz w:val="16"/>
        </w:rPr>
        <w:t>________________________________________________________</w:t>
      </w:r>
    </w:p>
    <w:p w14:paraId="3F4B4D0A" w14:textId="77777777" w:rsidR="00AE08AB" w:rsidRDefault="00AA2D9E">
      <w:pPr>
        <w:spacing w:after="60"/>
      </w:pPr>
      <w:r>
        <w:rPr>
          <w:color w:val="B9B9B9"/>
          <w:sz w:val="16"/>
        </w:rPr>
        <w:t>________________________________________________________</w:t>
      </w:r>
    </w:p>
    <w:p w14:paraId="46D74E33" w14:textId="77777777" w:rsidR="00AE08AB" w:rsidRDefault="00AA2D9E">
      <w:pPr>
        <w:pStyle w:val="Heading2"/>
      </w:pPr>
      <w:r>
        <w:t>Listen</w:t>
      </w:r>
    </w:p>
    <w:p w14:paraId="4CDFE500" w14:textId="77777777" w:rsidR="00AE08AB" w:rsidRDefault="00AA2D9E">
      <w:r>
        <w:t>Remain quiet for a moment. What truth, Scripture, conviction, or gentle reminder is rising?</w:t>
      </w:r>
    </w:p>
    <w:p w14:paraId="44610F1C" w14:textId="77777777" w:rsidR="00AE08AB" w:rsidRDefault="00AA2D9E">
      <w:pPr>
        <w:spacing w:after="60"/>
      </w:pPr>
      <w:r>
        <w:rPr>
          <w:color w:val="B9B9B9"/>
          <w:sz w:val="16"/>
        </w:rPr>
        <w:t>________________________________________________________</w:t>
      </w:r>
    </w:p>
    <w:p w14:paraId="5A8D8468" w14:textId="77777777" w:rsidR="00AE08AB" w:rsidRDefault="00AA2D9E">
      <w:pPr>
        <w:spacing w:after="60"/>
      </w:pPr>
      <w:r>
        <w:rPr>
          <w:color w:val="B9B9B9"/>
          <w:sz w:val="16"/>
        </w:rPr>
        <w:t>________________________________________________________</w:t>
      </w:r>
    </w:p>
    <w:p w14:paraId="021D5E74" w14:textId="77777777" w:rsidR="00AE08AB" w:rsidRDefault="00AA2D9E">
      <w:pPr>
        <w:pStyle w:val="Heading2"/>
      </w:pPr>
      <w:r>
        <w:t>My Unfiltered Prayer</w:t>
      </w:r>
    </w:p>
    <w:p w14:paraId="3BBD455C" w14:textId="77777777" w:rsidR="00AE08AB" w:rsidRDefault="00AA2D9E">
      <w:r>
        <w:t>God, as I sit with the lesson in disruption, what I most need to tell You honestly is…</w:t>
      </w:r>
    </w:p>
    <w:p w14:paraId="671A9D42" w14:textId="77777777" w:rsidR="00AE08AB" w:rsidRDefault="00AA2D9E">
      <w:pPr>
        <w:spacing w:after="60"/>
      </w:pPr>
      <w:r>
        <w:rPr>
          <w:color w:val="B9B9B9"/>
          <w:sz w:val="16"/>
        </w:rPr>
        <w:t>________________________________________________________</w:t>
      </w:r>
    </w:p>
    <w:p w14:paraId="030FDEB9" w14:textId="77777777" w:rsidR="00AE08AB" w:rsidRDefault="00AA2D9E">
      <w:pPr>
        <w:spacing w:after="60"/>
      </w:pPr>
      <w:r>
        <w:rPr>
          <w:color w:val="B9B9B9"/>
          <w:sz w:val="16"/>
        </w:rPr>
        <w:t>________________________________________________________</w:t>
      </w:r>
    </w:p>
    <w:p w14:paraId="12E00859" w14:textId="77777777" w:rsidR="00AE08AB" w:rsidRDefault="00AA2D9E">
      <w:pPr>
        <w:spacing w:after="60"/>
      </w:pPr>
      <w:r>
        <w:rPr>
          <w:color w:val="B9B9B9"/>
          <w:sz w:val="16"/>
        </w:rPr>
        <w:t>________________________________________________________</w:t>
      </w:r>
    </w:p>
    <w:p w14:paraId="37ACE719" w14:textId="77777777" w:rsidR="00AE08AB" w:rsidRDefault="00AA2D9E">
      <w:pPr>
        <w:spacing w:after="60"/>
      </w:pPr>
      <w:r>
        <w:rPr>
          <w:color w:val="B9B9B9"/>
          <w:sz w:val="16"/>
        </w:rPr>
        <w:lastRenderedPageBreak/>
        <w:t>________________________________________________________</w:t>
      </w:r>
    </w:p>
    <w:p w14:paraId="7F2A6D5D" w14:textId="77777777" w:rsidR="00AE08AB" w:rsidRDefault="00AA2D9E">
      <w:pPr>
        <w:spacing w:after="60"/>
      </w:pPr>
      <w:r>
        <w:rPr>
          <w:color w:val="B9B9B9"/>
          <w:sz w:val="16"/>
        </w:rPr>
        <w:t>________________________________________________________</w:t>
      </w:r>
    </w:p>
    <w:p w14:paraId="19B28D56" w14:textId="77777777" w:rsidR="00AE08AB" w:rsidRDefault="00AA2D9E">
      <w:pPr>
        <w:spacing w:after="60"/>
      </w:pPr>
      <w:r>
        <w:rPr>
          <w:color w:val="B9B9B9"/>
          <w:sz w:val="16"/>
        </w:rPr>
        <w:t>________________________________________________________</w:t>
      </w:r>
    </w:p>
    <w:p w14:paraId="71E4DC27" w14:textId="77777777" w:rsidR="00AE08AB" w:rsidRDefault="00AA2D9E">
      <w:pPr>
        <w:spacing w:after="60"/>
      </w:pPr>
      <w:r>
        <w:rPr>
          <w:color w:val="B9B9B9"/>
          <w:sz w:val="16"/>
        </w:rPr>
        <w:t>________________________________________________________</w:t>
      </w:r>
    </w:p>
    <w:p w14:paraId="73DEC20B" w14:textId="77777777" w:rsidR="00AE08AB" w:rsidRDefault="00AA2D9E">
      <w:r>
        <w:br w:type="page"/>
      </w:r>
    </w:p>
    <w:p w14:paraId="43C72631" w14:textId="77777777" w:rsidR="00AE08AB" w:rsidRDefault="00AA2D9E">
      <w:pPr>
        <w:pStyle w:val="Heading2"/>
      </w:pPr>
      <w:r>
        <w:lastRenderedPageBreak/>
        <w:t>DAY 7</w:t>
      </w:r>
    </w:p>
    <w:p w14:paraId="4A110BEE" w14:textId="77777777" w:rsidR="00AE08AB" w:rsidRDefault="00AA2D9E">
      <w:pPr>
        <w:pStyle w:val="Heading1"/>
      </w:pPr>
      <w:r>
        <w:t>Adapt Without Losing Yourself</w:t>
      </w:r>
    </w:p>
    <w:p w14:paraId="0B03730B" w14:textId="77777777" w:rsidR="00AE08AB" w:rsidRDefault="00AA2D9E">
      <w:r>
        <w:rPr>
          <w:b/>
          <w:color w:val="B08D3A"/>
        </w:rPr>
        <w:t xml:space="preserve">SCRIPTURE ANCHOR  </w:t>
      </w:r>
      <w:r>
        <w:t>1 Corinthians 9:22</w:t>
      </w:r>
    </w:p>
    <w:p w14:paraId="1E612EB6" w14:textId="77777777" w:rsidR="00AE08AB" w:rsidRDefault="00AA2D9E">
      <w:pPr>
        <w:pStyle w:val="Heading2"/>
      </w:pPr>
      <w:r>
        <w:t>Pause</w:t>
      </w:r>
    </w:p>
    <w:p w14:paraId="1149BB0F" w14:textId="77777777" w:rsidR="00AE08AB" w:rsidRDefault="00AA2D9E">
      <w:r>
        <w:t>Take three slow breaths. Let your body become still. You do not have to solve anything before you pray.</w:t>
      </w:r>
    </w:p>
    <w:p w14:paraId="5499F81A" w14:textId="77777777" w:rsidR="00AE08AB" w:rsidRDefault="00AA2D9E">
      <w:pPr>
        <w:pStyle w:val="Heading2"/>
      </w:pPr>
      <w:r>
        <w:t>Guided Prayer</w:t>
      </w:r>
    </w:p>
    <w:p w14:paraId="31CFEC7D" w14:textId="77777777" w:rsidR="00AE08AB" w:rsidRDefault="00AA2D9E">
      <w:r>
        <w:t>Father, I bring You the reality of adapt without losing yourself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w:t>
      </w:r>
      <w:r>
        <w:t xml:space="preserve"> some questions remain unanswered. In Jesus' name, Amen.</w:t>
      </w:r>
    </w:p>
    <w:p w14:paraId="10B05898" w14:textId="77777777" w:rsidR="00AE08AB" w:rsidRDefault="00AA2D9E">
      <w:pPr>
        <w:pStyle w:val="Heading2"/>
      </w:pPr>
      <w:r>
        <w:t>Release</w:t>
      </w:r>
    </w:p>
    <w:p w14:paraId="5843893F" w14:textId="77777777" w:rsidR="00AE08AB" w:rsidRDefault="00AA2D9E">
      <w:r>
        <w:t>Complete this sentence slowly: “Father, today I place into Your hands…”</w:t>
      </w:r>
    </w:p>
    <w:p w14:paraId="31F52169" w14:textId="77777777" w:rsidR="00AE08AB" w:rsidRDefault="00AA2D9E">
      <w:pPr>
        <w:spacing w:after="60"/>
      </w:pPr>
      <w:r>
        <w:rPr>
          <w:color w:val="B9B9B9"/>
          <w:sz w:val="16"/>
        </w:rPr>
        <w:t>________________________________________________________</w:t>
      </w:r>
    </w:p>
    <w:p w14:paraId="240F85B9" w14:textId="77777777" w:rsidR="00AE08AB" w:rsidRDefault="00AA2D9E">
      <w:pPr>
        <w:spacing w:after="60"/>
      </w:pPr>
      <w:r>
        <w:rPr>
          <w:color w:val="B9B9B9"/>
          <w:sz w:val="16"/>
        </w:rPr>
        <w:t>________________________________________________________</w:t>
      </w:r>
    </w:p>
    <w:p w14:paraId="0289D61D" w14:textId="77777777" w:rsidR="00AE08AB" w:rsidRDefault="00AA2D9E">
      <w:pPr>
        <w:pStyle w:val="Heading2"/>
      </w:pPr>
      <w:r>
        <w:t>Listen</w:t>
      </w:r>
    </w:p>
    <w:p w14:paraId="7CE7CA15" w14:textId="77777777" w:rsidR="00AE08AB" w:rsidRDefault="00AA2D9E">
      <w:r>
        <w:t>Remain quiet for a moment. What truth, Scripture, conviction, or gentle reminder is rising?</w:t>
      </w:r>
    </w:p>
    <w:p w14:paraId="634086A2" w14:textId="77777777" w:rsidR="00AE08AB" w:rsidRDefault="00AA2D9E">
      <w:pPr>
        <w:spacing w:after="60"/>
      </w:pPr>
      <w:r>
        <w:rPr>
          <w:color w:val="B9B9B9"/>
          <w:sz w:val="16"/>
        </w:rPr>
        <w:t>________________________________________________________</w:t>
      </w:r>
    </w:p>
    <w:p w14:paraId="3D79E120" w14:textId="77777777" w:rsidR="00AE08AB" w:rsidRDefault="00AA2D9E">
      <w:pPr>
        <w:spacing w:after="60"/>
      </w:pPr>
      <w:r>
        <w:rPr>
          <w:color w:val="B9B9B9"/>
          <w:sz w:val="16"/>
        </w:rPr>
        <w:t>________________________________________________________</w:t>
      </w:r>
    </w:p>
    <w:p w14:paraId="07BE4E2A" w14:textId="77777777" w:rsidR="00AE08AB" w:rsidRDefault="00AA2D9E">
      <w:pPr>
        <w:pStyle w:val="Heading2"/>
      </w:pPr>
      <w:r>
        <w:t>My Unfiltered Prayer</w:t>
      </w:r>
    </w:p>
    <w:p w14:paraId="2AC943F4" w14:textId="77777777" w:rsidR="00AE08AB" w:rsidRDefault="00AA2D9E">
      <w:r>
        <w:t>God, as I sit with adapt without losing yourself, what I most need to tell You honestly is…</w:t>
      </w:r>
    </w:p>
    <w:p w14:paraId="06409EF1" w14:textId="77777777" w:rsidR="00AE08AB" w:rsidRDefault="00AA2D9E">
      <w:pPr>
        <w:spacing w:after="60"/>
      </w:pPr>
      <w:r>
        <w:rPr>
          <w:color w:val="B9B9B9"/>
          <w:sz w:val="16"/>
        </w:rPr>
        <w:t>________________________________________________________</w:t>
      </w:r>
    </w:p>
    <w:p w14:paraId="781E38F9" w14:textId="77777777" w:rsidR="00AE08AB" w:rsidRDefault="00AA2D9E">
      <w:pPr>
        <w:spacing w:after="60"/>
      </w:pPr>
      <w:r>
        <w:rPr>
          <w:color w:val="B9B9B9"/>
          <w:sz w:val="16"/>
        </w:rPr>
        <w:t>________________________________________________________</w:t>
      </w:r>
    </w:p>
    <w:p w14:paraId="3A7C95DA" w14:textId="77777777" w:rsidR="00AE08AB" w:rsidRDefault="00AA2D9E">
      <w:pPr>
        <w:spacing w:after="60"/>
      </w:pPr>
      <w:r>
        <w:rPr>
          <w:color w:val="B9B9B9"/>
          <w:sz w:val="16"/>
        </w:rPr>
        <w:t>________________________________________________________</w:t>
      </w:r>
    </w:p>
    <w:p w14:paraId="588DAD87" w14:textId="77777777" w:rsidR="00AE08AB" w:rsidRDefault="00AA2D9E">
      <w:pPr>
        <w:spacing w:after="60"/>
      </w:pPr>
      <w:r>
        <w:rPr>
          <w:color w:val="B9B9B9"/>
          <w:sz w:val="16"/>
        </w:rPr>
        <w:lastRenderedPageBreak/>
        <w:t>________________________________________________________</w:t>
      </w:r>
    </w:p>
    <w:p w14:paraId="4E46EC02" w14:textId="77777777" w:rsidR="00AE08AB" w:rsidRDefault="00AA2D9E">
      <w:pPr>
        <w:spacing w:after="60"/>
      </w:pPr>
      <w:r>
        <w:rPr>
          <w:color w:val="B9B9B9"/>
          <w:sz w:val="16"/>
        </w:rPr>
        <w:t>________________________________________________________</w:t>
      </w:r>
    </w:p>
    <w:p w14:paraId="11D8EC02" w14:textId="77777777" w:rsidR="00AE08AB" w:rsidRDefault="00AA2D9E">
      <w:pPr>
        <w:spacing w:after="60"/>
      </w:pPr>
      <w:r>
        <w:rPr>
          <w:color w:val="B9B9B9"/>
          <w:sz w:val="16"/>
        </w:rPr>
        <w:t>________________________________________________________</w:t>
      </w:r>
    </w:p>
    <w:p w14:paraId="49E2D60D" w14:textId="77777777" w:rsidR="00AE08AB" w:rsidRDefault="00AA2D9E">
      <w:pPr>
        <w:spacing w:after="60"/>
      </w:pPr>
      <w:r>
        <w:rPr>
          <w:color w:val="B9B9B9"/>
          <w:sz w:val="16"/>
        </w:rPr>
        <w:t>________________________________________________________</w:t>
      </w:r>
    </w:p>
    <w:p w14:paraId="1E3A9BF3" w14:textId="77777777" w:rsidR="00AE08AB" w:rsidRDefault="00AA2D9E">
      <w:pPr>
        <w:pStyle w:val="Heading1"/>
      </w:pPr>
      <w:r>
        <w:t>Sacred Pause</w:t>
      </w:r>
    </w:p>
    <w:p w14:paraId="497D69FB" w14:textId="77777777" w:rsidR="00AE08AB" w:rsidRDefault="00AA2D9E">
      <w:pPr>
        <w:pStyle w:val="Heading3"/>
      </w:pPr>
      <w:r>
        <w:t>What happened within me this week?</w:t>
      </w:r>
    </w:p>
    <w:p w14:paraId="6B579E91" w14:textId="77777777" w:rsidR="00AE08AB" w:rsidRDefault="00AA2D9E">
      <w:pPr>
        <w:spacing w:after="60"/>
      </w:pPr>
      <w:r>
        <w:rPr>
          <w:color w:val="B9B9B9"/>
          <w:sz w:val="16"/>
        </w:rPr>
        <w:t>________________________________________________________</w:t>
      </w:r>
    </w:p>
    <w:p w14:paraId="1B6B1F75" w14:textId="77777777" w:rsidR="00AE08AB" w:rsidRDefault="00AA2D9E">
      <w:pPr>
        <w:pStyle w:val="Heading3"/>
      </w:pPr>
      <w:r>
        <w:t>What emotion appeared most often?</w:t>
      </w:r>
    </w:p>
    <w:p w14:paraId="77A28BDD" w14:textId="77777777" w:rsidR="00AE08AB" w:rsidRDefault="00AA2D9E">
      <w:pPr>
        <w:spacing w:after="60"/>
      </w:pPr>
      <w:r>
        <w:rPr>
          <w:color w:val="B9B9B9"/>
          <w:sz w:val="16"/>
        </w:rPr>
        <w:t>________________________________________________________</w:t>
      </w:r>
    </w:p>
    <w:p w14:paraId="31DC9E9D" w14:textId="77777777" w:rsidR="00AE08AB" w:rsidRDefault="00AA2D9E">
      <w:pPr>
        <w:pStyle w:val="Heading3"/>
      </w:pPr>
      <w:r>
        <w:t>Where did I recognize God's grace?</w:t>
      </w:r>
    </w:p>
    <w:p w14:paraId="77BDB44A" w14:textId="77777777" w:rsidR="00AE08AB" w:rsidRDefault="00AA2D9E">
      <w:pPr>
        <w:spacing w:after="60"/>
      </w:pPr>
      <w:r>
        <w:rPr>
          <w:color w:val="B9B9B9"/>
          <w:sz w:val="16"/>
        </w:rPr>
        <w:t>________________________________________________________</w:t>
      </w:r>
    </w:p>
    <w:p w14:paraId="43BA711F" w14:textId="77777777" w:rsidR="00AE08AB" w:rsidRDefault="00AA2D9E">
      <w:pPr>
        <w:pStyle w:val="Heading3"/>
      </w:pPr>
      <w:r>
        <w:t>What do I refuse to carry into another week?</w:t>
      </w:r>
    </w:p>
    <w:p w14:paraId="62927E03" w14:textId="77777777" w:rsidR="00AE08AB" w:rsidRDefault="00AA2D9E">
      <w:pPr>
        <w:spacing w:after="60"/>
      </w:pPr>
      <w:r>
        <w:rPr>
          <w:color w:val="B9B9B9"/>
          <w:sz w:val="16"/>
        </w:rPr>
        <w:t>________________________________________________________</w:t>
      </w:r>
    </w:p>
    <w:p w14:paraId="28F92B6F" w14:textId="77777777" w:rsidR="00AE08AB" w:rsidRDefault="00AA2D9E">
      <w:pPr>
        <w:pStyle w:val="Heading3"/>
      </w:pPr>
      <w:r>
        <w:t>What do I need to receive from God now?</w:t>
      </w:r>
    </w:p>
    <w:p w14:paraId="7A03FBD7" w14:textId="77777777" w:rsidR="00AE08AB" w:rsidRDefault="00AA2D9E">
      <w:pPr>
        <w:spacing w:after="60"/>
      </w:pPr>
      <w:r>
        <w:rPr>
          <w:color w:val="B9B9B9"/>
          <w:sz w:val="16"/>
        </w:rPr>
        <w:t>________________________________________________________</w:t>
      </w:r>
    </w:p>
    <w:p w14:paraId="05E161FE" w14:textId="77777777" w:rsidR="00AE08AB" w:rsidRDefault="00AA2D9E">
      <w:r>
        <w:br w:type="page"/>
      </w:r>
    </w:p>
    <w:p w14:paraId="3278FC8E" w14:textId="77777777" w:rsidR="00AE08AB" w:rsidRDefault="00AA2D9E">
      <w:pPr>
        <w:pStyle w:val="Heading2"/>
      </w:pPr>
      <w:r>
        <w:lastRenderedPageBreak/>
        <w:t>DAY 8</w:t>
      </w:r>
    </w:p>
    <w:p w14:paraId="667D9EA9" w14:textId="77777777" w:rsidR="00AE08AB" w:rsidRDefault="00AA2D9E">
      <w:pPr>
        <w:pStyle w:val="Heading1"/>
      </w:pPr>
      <w:r>
        <w:t>Surrender Is Not Defeat</w:t>
      </w:r>
    </w:p>
    <w:p w14:paraId="7C3CB9BE" w14:textId="77777777" w:rsidR="00AE08AB" w:rsidRDefault="00AA2D9E">
      <w:r>
        <w:rPr>
          <w:b/>
          <w:color w:val="B08D3A"/>
        </w:rPr>
        <w:t xml:space="preserve">SCRIPTURE ANCHOR  </w:t>
      </w:r>
      <w:r>
        <w:t>Proverbs 3:5-6</w:t>
      </w:r>
    </w:p>
    <w:p w14:paraId="40AEB3FF" w14:textId="77777777" w:rsidR="00AE08AB" w:rsidRDefault="00AA2D9E">
      <w:pPr>
        <w:pStyle w:val="Heading2"/>
      </w:pPr>
      <w:r>
        <w:t>Pause</w:t>
      </w:r>
    </w:p>
    <w:p w14:paraId="093C0ECA" w14:textId="77777777" w:rsidR="00AE08AB" w:rsidRDefault="00AA2D9E">
      <w:r>
        <w:t>Take three slow breaths. Let your body become still. You do not have to solve anything before you pray.</w:t>
      </w:r>
    </w:p>
    <w:p w14:paraId="601003FE" w14:textId="77777777" w:rsidR="00AE08AB" w:rsidRDefault="00AA2D9E">
      <w:pPr>
        <w:pStyle w:val="Heading2"/>
      </w:pPr>
      <w:r>
        <w:t>Guided Prayer</w:t>
      </w:r>
    </w:p>
    <w:p w14:paraId="61761258" w14:textId="77777777" w:rsidR="00AE08AB" w:rsidRDefault="00AA2D9E">
      <w:r>
        <w:t xml:space="preserve">Father, I bring You the reality of surrender is not defeat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w:t>
      </w:r>
      <w:r>
        <w:t>questions remain unanswered. In Jesus' name, Amen.</w:t>
      </w:r>
    </w:p>
    <w:p w14:paraId="09AAA977" w14:textId="77777777" w:rsidR="00AE08AB" w:rsidRDefault="00AA2D9E">
      <w:pPr>
        <w:pStyle w:val="Heading2"/>
      </w:pPr>
      <w:r>
        <w:t>Release</w:t>
      </w:r>
    </w:p>
    <w:p w14:paraId="7333F87E" w14:textId="77777777" w:rsidR="00AE08AB" w:rsidRDefault="00AA2D9E">
      <w:r>
        <w:t>Complete this sentence slowly: “Father, today I place into Your hands…”</w:t>
      </w:r>
    </w:p>
    <w:p w14:paraId="2BD0F7CE" w14:textId="77777777" w:rsidR="00AE08AB" w:rsidRDefault="00AA2D9E">
      <w:pPr>
        <w:spacing w:after="60"/>
      </w:pPr>
      <w:r>
        <w:rPr>
          <w:color w:val="B9B9B9"/>
          <w:sz w:val="16"/>
        </w:rPr>
        <w:t>________________________________________________________</w:t>
      </w:r>
    </w:p>
    <w:p w14:paraId="0ABF6165" w14:textId="77777777" w:rsidR="00AE08AB" w:rsidRDefault="00AA2D9E">
      <w:pPr>
        <w:spacing w:after="60"/>
      </w:pPr>
      <w:r>
        <w:rPr>
          <w:color w:val="B9B9B9"/>
          <w:sz w:val="16"/>
        </w:rPr>
        <w:t>________________________________________________________</w:t>
      </w:r>
    </w:p>
    <w:p w14:paraId="6B082513" w14:textId="77777777" w:rsidR="00AE08AB" w:rsidRDefault="00AA2D9E">
      <w:pPr>
        <w:pStyle w:val="Heading2"/>
      </w:pPr>
      <w:r>
        <w:t>Listen</w:t>
      </w:r>
    </w:p>
    <w:p w14:paraId="32832B63" w14:textId="77777777" w:rsidR="00AE08AB" w:rsidRDefault="00AA2D9E">
      <w:r>
        <w:t>Remain quiet for a moment. What truth, Scripture, conviction, or gentle reminder is rising?</w:t>
      </w:r>
    </w:p>
    <w:p w14:paraId="6D243494" w14:textId="77777777" w:rsidR="00AE08AB" w:rsidRDefault="00AA2D9E">
      <w:pPr>
        <w:spacing w:after="60"/>
      </w:pPr>
      <w:r>
        <w:rPr>
          <w:color w:val="B9B9B9"/>
          <w:sz w:val="16"/>
        </w:rPr>
        <w:t>________________________________________________________</w:t>
      </w:r>
    </w:p>
    <w:p w14:paraId="2101F3C6" w14:textId="77777777" w:rsidR="00AE08AB" w:rsidRDefault="00AA2D9E">
      <w:pPr>
        <w:spacing w:after="60"/>
      </w:pPr>
      <w:r>
        <w:rPr>
          <w:color w:val="B9B9B9"/>
          <w:sz w:val="16"/>
        </w:rPr>
        <w:t>________________________________________________________</w:t>
      </w:r>
    </w:p>
    <w:p w14:paraId="62F1BCE2" w14:textId="77777777" w:rsidR="00AE08AB" w:rsidRDefault="00AA2D9E">
      <w:pPr>
        <w:pStyle w:val="Heading2"/>
      </w:pPr>
      <w:r>
        <w:t>My Unfiltered Prayer</w:t>
      </w:r>
    </w:p>
    <w:p w14:paraId="6EE80EA7" w14:textId="77777777" w:rsidR="00AE08AB" w:rsidRDefault="00AA2D9E">
      <w:r>
        <w:t>God, as I sit with surrender is not defeat, what I most need to tell You honestly is…</w:t>
      </w:r>
    </w:p>
    <w:p w14:paraId="578713BA" w14:textId="77777777" w:rsidR="00AE08AB" w:rsidRDefault="00AA2D9E">
      <w:pPr>
        <w:spacing w:after="60"/>
      </w:pPr>
      <w:r>
        <w:rPr>
          <w:color w:val="B9B9B9"/>
          <w:sz w:val="16"/>
        </w:rPr>
        <w:t>________________________________________________________</w:t>
      </w:r>
    </w:p>
    <w:p w14:paraId="740CB889" w14:textId="77777777" w:rsidR="00AE08AB" w:rsidRDefault="00AA2D9E">
      <w:pPr>
        <w:spacing w:after="60"/>
      </w:pPr>
      <w:r>
        <w:rPr>
          <w:color w:val="B9B9B9"/>
          <w:sz w:val="16"/>
        </w:rPr>
        <w:t>________________________________________________________</w:t>
      </w:r>
    </w:p>
    <w:p w14:paraId="2710442D" w14:textId="77777777" w:rsidR="00AE08AB" w:rsidRDefault="00AA2D9E">
      <w:pPr>
        <w:spacing w:after="60"/>
      </w:pPr>
      <w:r>
        <w:rPr>
          <w:color w:val="B9B9B9"/>
          <w:sz w:val="16"/>
        </w:rPr>
        <w:t>________________________________________________________</w:t>
      </w:r>
    </w:p>
    <w:p w14:paraId="3614351C" w14:textId="77777777" w:rsidR="00AE08AB" w:rsidRDefault="00AA2D9E">
      <w:pPr>
        <w:spacing w:after="60"/>
      </w:pPr>
      <w:r>
        <w:rPr>
          <w:color w:val="B9B9B9"/>
          <w:sz w:val="16"/>
        </w:rPr>
        <w:lastRenderedPageBreak/>
        <w:t>________________________________________________________</w:t>
      </w:r>
    </w:p>
    <w:p w14:paraId="404646F1" w14:textId="77777777" w:rsidR="00AE08AB" w:rsidRDefault="00AA2D9E">
      <w:pPr>
        <w:spacing w:after="60"/>
      </w:pPr>
      <w:r>
        <w:rPr>
          <w:color w:val="B9B9B9"/>
          <w:sz w:val="16"/>
        </w:rPr>
        <w:t>________________________________________________________</w:t>
      </w:r>
    </w:p>
    <w:p w14:paraId="631C683C" w14:textId="77777777" w:rsidR="00AE08AB" w:rsidRDefault="00AA2D9E">
      <w:pPr>
        <w:spacing w:after="60"/>
      </w:pPr>
      <w:r>
        <w:rPr>
          <w:color w:val="B9B9B9"/>
          <w:sz w:val="16"/>
        </w:rPr>
        <w:t>________________________________________________________</w:t>
      </w:r>
    </w:p>
    <w:p w14:paraId="53D7BA16" w14:textId="77777777" w:rsidR="00AE08AB" w:rsidRDefault="00AA2D9E">
      <w:pPr>
        <w:spacing w:after="60"/>
      </w:pPr>
      <w:r>
        <w:rPr>
          <w:color w:val="B9B9B9"/>
          <w:sz w:val="16"/>
        </w:rPr>
        <w:t>________________________________________________________</w:t>
      </w:r>
    </w:p>
    <w:p w14:paraId="160AB43D" w14:textId="77777777" w:rsidR="00AE08AB" w:rsidRDefault="00AA2D9E">
      <w:r>
        <w:br w:type="page"/>
      </w:r>
    </w:p>
    <w:p w14:paraId="33B13E42" w14:textId="77777777" w:rsidR="00AE08AB" w:rsidRDefault="00AA2D9E">
      <w:pPr>
        <w:pStyle w:val="Heading2"/>
      </w:pPr>
      <w:r>
        <w:lastRenderedPageBreak/>
        <w:t>DAY 9</w:t>
      </w:r>
    </w:p>
    <w:p w14:paraId="31AE495D" w14:textId="77777777" w:rsidR="00AE08AB" w:rsidRDefault="00AA2D9E">
      <w:pPr>
        <w:pStyle w:val="Heading1"/>
      </w:pPr>
      <w:r>
        <w:t>What Are You Learning?</w:t>
      </w:r>
    </w:p>
    <w:p w14:paraId="06413108" w14:textId="77777777" w:rsidR="00AE08AB" w:rsidRDefault="00AA2D9E">
      <w:r>
        <w:rPr>
          <w:b/>
          <w:color w:val="B08D3A"/>
        </w:rPr>
        <w:t xml:space="preserve">SCRIPTURE ANCHOR  </w:t>
      </w:r>
      <w:r>
        <w:t>Psalm 25:4</w:t>
      </w:r>
    </w:p>
    <w:p w14:paraId="0E02B4E2" w14:textId="77777777" w:rsidR="00AE08AB" w:rsidRDefault="00AA2D9E">
      <w:pPr>
        <w:pStyle w:val="Heading2"/>
      </w:pPr>
      <w:r>
        <w:t>Pause</w:t>
      </w:r>
    </w:p>
    <w:p w14:paraId="18E205B1" w14:textId="77777777" w:rsidR="00AE08AB" w:rsidRDefault="00AA2D9E">
      <w:r>
        <w:t>Take three slow breaths. Let your body become still. You do not have to solve anything before you pray.</w:t>
      </w:r>
    </w:p>
    <w:p w14:paraId="320104A2" w14:textId="77777777" w:rsidR="00AE08AB" w:rsidRDefault="00AA2D9E">
      <w:pPr>
        <w:pStyle w:val="Heading2"/>
      </w:pPr>
      <w:r>
        <w:t>Guided Prayer</w:t>
      </w:r>
    </w:p>
    <w:p w14:paraId="6C1B9091" w14:textId="77777777" w:rsidR="00AE08AB" w:rsidRDefault="00AA2D9E">
      <w:r>
        <w:t>Father, I bring You the reality of what are you learning?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w:t>
      </w:r>
      <w:r>
        <w:t>uestions remain unanswered. In Jesus' name, Amen.</w:t>
      </w:r>
    </w:p>
    <w:p w14:paraId="78860315" w14:textId="77777777" w:rsidR="00AE08AB" w:rsidRDefault="00AA2D9E">
      <w:pPr>
        <w:pStyle w:val="Heading2"/>
      </w:pPr>
      <w:r>
        <w:t>Release</w:t>
      </w:r>
    </w:p>
    <w:p w14:paraId="483138EF" w14:textId="77777777" w:rsidR="00AE08AB" w:rsidRDefault="00AA2D9E">
      <w:r>
        <w:t>Complete this sentence slowly: “Father, today I place into Your hands…”</w:t>
      </w:r>
    </w:p>
    <w:p w14:paraId="23620FDA" w14:textId="77777777" w:rsidR="00AE08AB" w:rsidRDefault="00AA2D9E">
      <w:pPr>
        <w:spacing w:after="60"/>
      </w:pPr>
      <w:r>
        <w:rPr>
          <w:color w:val="B9B9B9"/>
          <w:sz w:val="16"/>
        </w:rPr>
        <w:t>________________________________________________________</w:t>
      </w:r>
    </w:p>
    <w:p w14:paraId="0406EEAC" w14:textId="77777777" w:rsidR="00AE08AB" w:rsidRDefault="00AA2D9E">
      <w:pPr>
        <w:spacing w:after="60"/>
      </w:pPr>
      <w:r>
        <w:rPr>
          <w:color w:val="B9B9B9"/>
          <w:sz w:val="16"/>
        </w:rPr>
        <w:t>________________________________________________________</w:t>
      </w:r>
    </w:p>
    <w:p w14:paraId="18FEF31C" w14:textId="77777777" w:rsidR="00AE08AB" w:rsidRDefault="00AA2D9E">
      <w:pPr>
        <w:pStyle w:val="Heading2"/>
      </w:pPr>
      <w:r>
        <w:t>Listen</w:t>
      </w:r>
    </w:p>
    <w:p w14:paraId="07C13C9C" w14:textId="77777777" w:rsidR="00AE08AB" w:rsidRDefault="00AA2D9E">
      <w:r>
        <w:t>Remain quiet for a moment. What truth, Scripture, conviction, or gentle reminder is rising?</w:t>
      </w:r>
    </w:p>
    <w:p w14:paraId="1B3EF26F" w14:textId="77777777" w:rsidR="00AE08AB" w:rsidRDefault="00AA2D9E">
      <w:pPr>
        <w:spacing w:after="60"/>
      </w:pPr>
      <w:r>
        <w:rPr>
          <w:color w:val="B9B9B9"/>
          <w:sz w:val="16"/>
        </w:rPr>
        <w:t>________________________________________________________</w:t>
      </w:r>
    </w:p>
    <w:p w14:paraId="58E743EB" w14:textId="77777777" w:rsidR="00AE08AB" w:rsidRDefault="00AA2D9E">
      <w:pPr>
        <w:spacing w:after="60"/>
      </w:pPr>
      <w:r>
        <w:rPr>
          <w:color w:val="B9B9B9"/>
          <w:sz w:val="16"/>
        </w:rPr>
        <w:t>________________________________________________________</w:t>
      </w:r>
    </w:p>
    <w:p w14:paraId="3B258608" w14:textId="77777777" w:rsidR="00AE08AB" w:rsidRDefault="00AA2D9E">
      <w:pPr>
        <w:pStyle w:val="Heading2"/>
      </w:pPr>
      <w:r>
        <w:t>My Unfiltered Prayer</w:t>
      </w:r>
    </w:p>
    <w:p w14:paraId="2993BDD2" w14:textId="77777777" w:rsidR="00AE08AB" w:rsidRDefault="00AA2D9E">
      <w:r>
        <w:t>God, as I sit with what are you learning?, what I most need to tell You honestly is…</w:t>
      </w:r>
    </w:p>
    <w:p w14:paraId="23E5DDC2" w14:textId="77777777" w:rsidR="00AE08AB" w:rsidRDefault="00AA2D9E">
      <w:pPr>
        <w:spacing w:after="60"/>
      </w:pPr>
      <w:r>
        <w:rPr>
          <w:color w:val="B9B9B9"/>
          <w:sz w:val="16"/>
        </w:rPr>
        <w:t>________________________________________________________</w:t>
      </w:r>
    </w:p>
    <w:p w14:paraId="4479255B" w14:textId="77777777" w:rsidR="00AE08AB" w:rsidRDefault="00AA2D9E">
      <w:pPr>
        <w:spacing w:after="60"/>
      </w:pPr>
      <w:r>
        <w:rPr>
          <w:color w:val="B9B9B9"/>
          <w:sz w:val="16"/>
        </w:rPr>
        <w:t>________________________________________________________</w:t>
      </w:r>
    </w:p>
    <w:p w14:paraId="769AF1A4" w14:textId="77777777" w:rsidR="00AE08AB" w:rsidRDefault="00AA2D9E">
      <w:pPr>
        <w:spacing w:after="60"/>
      </w:pPr>
      <w:r>
        <w:rPr>
          <w:color w:val="B9B9B9"/>
          <w:sz w:val="16"/>
        </w:rPr>
        <w:t>________________________________________________________</w:t>
      </w:r>
    </w:p>
    <w:p w14:paraId="31351BC3" w14:textId="77777777" w:rsidR="00AE08AB" w:rsidRDefault="00AA2D9E">
      <w:pPr>
        <w:spacing w:after="60"/>
      </w:pPr>
      <w:r>
        <w:rPr>
          <w:color w:val="B9B9B9"/>
          <w:sz w:val="16"/>
        </w:rPr>
        <w:lastRenderedPageBreak/>
        <w:t>________________________________________________________</w:t>
      </w:r>
    </w:p>
    <w:p w14:paraId="5D76D2FE" w14:textId="77777777" w:rsidR="00AE08AB" w:rsidRDefault="00AA2D9E">
      <w:pPr>
        <w:spacing w:after="60"/>
      </w:pPr>
      <w:r>
        <w:rPr>
          <w:color w:val="B9B9B9"/>
          <w:sz w:val="16"/>
        </w:rPr>
        <w:t>________________________________________________________</w:t>
      </w:r>
    </w:p>
    <w:p w14:paraId="32893B3B" w14:textId="77777777" w:rsidR="00AE08AB" w:rsidRDefault="00AA2D9E">
      <w:pPr>
        <w:spacing w:after="60"/>
      </w:pPr>
      <w:r>
        <w:rPr>
          <w:color w:val="B9B9B9"/>
          <w:sz w:val="16"/>
        </w:rPr>
        <w:t>________________________________________________________</w:t>
      </w:r>
    </w:p>
    <w:p w14:paraId="55B221EC" w14:textId="77777777" w:rsidR="00AE08AB" w:rsidRDefault="00AA2D9E">
      <w:pPr>
        <w:spacing w:after="60"/>
      </w:pPr>
      <w:r>
        <w:rPr>
          <w:color w:val="B9B9B9"/>
          <w:sz w:val="16"/>
        </w:rPr>
        <w:t>________________________________________________________</w:t>
      </w:r>
    </w:p>
    <w:p w14:paraId="2DCC2C42" w14:textId="77777777" w:rsidR="00AE08AB" w:rsidRDefault="00AA2D9E">
      <w:r>
        <w:br w:type="page"/>
      </w:r>
    </w:p>
    <w:p w14:paraId="0CCAAB6F" w14:textId="77777777" w:rsidR="00AE08AB" w:rsidRDefault="00AA2D9E">
      <w:pPr>
        <w:pStyle w:val="Heading2"/>
      </w:pPr>
      <w:r>
        <w:lastRenderedPageBreak/>
        <w:t>DAY 10</w:t>
      </w:r>
    </w:p>
    <w:p w14:paraId="561F716D" w14:textId="77777777" w:rsidR="00AE08AB" w:rsidRDefault="00AA2D9E">
      <w:pPr>
        <w:pStyle w:val="Heading1"/>
      </w:pPr>
      <w:r>
        <w:t>Growth Can Feel Like Grief</w:t>
      </w:r>
    </w:p>
    <w:p w14:paraId="0F4F53F8" w14:textId="77777777" w:rsidR="00AE08AB" w:rsidRDefault="00AA2D9E">
      <w:r>
        <w:rPr>
          <w:b/>
          <w:color w:val="B08D3A"/>
        </w:rPr>
        <w:t xml:space="preserve">SCRIPTURE ANCHOR  </w:t>
      </w:r>
      <w:r>
        <w:t>John 12:24</w:t>
      </w:r>
    </w:p>
    <w:p w14:paraId="7154FDC0" w14:textId="77777777" w:rsidR="00AE08AB" w:rsidRDefault="00AA2D9E">
      <w:pPr>
        <w:pStyle w:val="Heading2"/>
      </w:pPr>
      <w:r>
        <w:t>Pause</w:t>
      </w:r>
    </w:p>
    <w:p w14:paraId="6497927A" w14:textId="77777777" w:rsidR="00AE08AB" w:rsidRDefault="00AA2D9E">
      <w:r>
        <w:t>Take three slow breaths. Let your body become still. You do not have to solve anything before you pray.</w:t>
      </w:r>
    </w:p>
    <w:p w14:paraId="25DB4988" w14:textId="77777777" w:rsidR="00AE08AB" w:rsidRDefault="00AA2D9E">
      <w:pPr>
        <w:pStyle w:val="Heading2"/>
      </w:pPr>
      <w:r>
        <w:t>Guided Prayer</w:t>
      </w:r>
    </w:p>
    <w:p w14:paraId="68A0BFDE" w14:textId="77777777" w:rsidR="00AE08AB" w:rsidRDefault="00AA2D9E">
      <w:r>
        <w:t>Father, I bring You the reality of growth can feel like grief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w:t>
      </w:r>
      <w:r>
        <w:t>me questions remain unanswered. In Jesus' name, Amen.</w:t>
      </w:r>
    </w:p>
    <w:p w14:paraId="79EDA334" w14:textId="77777777" w:rsidR="00AE08AB" w:rsidRDefault="00AA2D9E">
      <w:pPr>
        <w:pStyle w:val="Heading2"/>
      </w:pPr>
      <w:r>
        <w:t>Release</w:t>
      </w:r>
    </w:p>
    <w:p w14:paraId="2C9AEFE3" w14:textId="77777777" w:rsidR="00AE08AB" w:rsidRDefault="00AA2D9E">
      <w:r>
        <w:t>Complete this sentence slowly: “Father, today I place into Your hands…”</w:t>
      </w:r>
    </w:p>
    <w:p w14:paraId="4EF1A3D1" w14:textId="77777777" w:rsidR="00AE08AB" w:rsidRDefault="00AA2D9E">
      <w:pPr>
        <w:spacing w:after="60"/>
      </w:pPr>
      <w:r>
        <w:rPr>
          <w:color w:val="B9B9B9"/>
          <w:sz w:val="16"/>
        </w:rPr>
        <w:t>________________________________________________________</w:t>
      </w:r>
    </w:p>
    <w:p w14:paraId="2726664A" w14:textId="77777777" w:rsidR="00AE08AB" w:rsidRDefault="00AA2D9E">
      <w:pPr>
        <w:spacing w:after="60"/>
      </w:pPr>
      <w:r>
        <w:rPr>
          <w:color w:val="B9B9B9"/>
          <w:sz w:val="16"/>
        </w:rPr>
        <w:t>________________________________________________________</w:t>
      </w:r>
    </w:p>
    <w:p w14:paraId="072EE4CD" w14:textId="77777777" w:rsidR="00AE08AB" w:rsidRDefault="00AA2D9E">
      <w:pPr>
        <w:pStyle w:val="Heading2"/>
      </w:pPr>
      <w:r>
        <w:t>Listen</w:t>
      </w:r>
    </w:p>
    <w:p w14:paraId="2D0C3DA1" w14:textId="77777777" w:rsidR="00AE08AB" w:rsidRDefault="00AA2D9E">
      <w:r>
        <w:t>Remain quiet for a moment. What truth, Scripture, conviction, or gentle reminder is rising?</w:t>
      </w:r>
    </w:p>
    <w:p w14:paraId="49A502F5" w14:textId="77777777" w:rsidR="00AE08AB" w:rsidRDefault="00AA2D9E">
      <w:pPr>
        <w:spacing w:after="60"/>
      </w:pPr>
      <w:r>
        <w:rPr>
          <w:color w:val="B9B9B9"/>
          <w:sz w:val="16"/>
        </w:rPr>
        <w:t>________________________________________________________</w:t>
      </w:r>
    </w:p>
    <w:p w14:paraId="5A6F570E" w14:textId="77777777" w:rsidR="00AE08AB" w:rsidRDefault="00AA2D9E">
      <w:pPr>
        <w:spacing w:after="60"/>
      </w:pPr>
      <w:r>
        <w:rPr>
          <w:color w:val="B9B9B9"/>
          <w:sz w:val="16"/>
        </w:rPr>
        <w:t>________________________________________________________</w:t>
      </w:r>
    </w:p>
    <w:p w14:paraId="7C6B9D0F" w14:textId="77777777" w:rsidR="00AE08AB" w:rsidRDefault="00AA2D9E">
      <w:pPr>
        <w:pStyle w:val="Heading2"/>
      </w:pPr>
      <w:r>
        <w:t>My Unfiltered Prayer</w:t>
      </w:r>
    </w:p>
    <w:p w14:paraId="477534A5" w14:textId="77777777" w:rsidR="00AE08AB" w:rsidRDefault="00AA2D9E">
      <w:r>
        <w:t>God, as I sit with growth can feel like grief, what I most need to tell You honestly is…</w:t>
      </w:r>
    </w:p>
    <w:p w14:paraId="767182DE" w14:textId="77777777" w:rsidR="00AE08AB" w:rsidRDefault="00AA2D9E">
      <w:pPr>
        <w:spacing w:after="60"/>
      </w:pPr>
      <w:r>
        <w:rPr>
          <w:color w:val="B9B9B9"/>
          <w:sz w:val="16"/>
        </w:rPr>
        <w:t>________________________________________________________</w:t>
      </w:r>
    </w:p>
    <w:p w14:paraId="7BB6722F" w14:textId="77777777" w:rsidR="00AE08AB" w:rsidRDefault="00AA2D9E">
      <w:pPr>
        <w:spacing w:after="60"/>
      </w:pPr>
      <w:r>
        <w:rPr>
          <w:color w:val="B9B9B9"/>
          <w:sz w:val="16"/>
        </w:rPr>
        <w:t>________________________________________________________</w:t>
      </w:r>
    </w:p>
    <w:p w14:paraId="214778E0" w14:textId="77777777" w:rsidR="00AE08AB" w:rsidRDefault="00AA2D9E">
      <w:pPr>
        <w:spacing w:after="60"/>
      </w:pPr>
      <w:r>
        <w:rPr>
          <w:color w:val="B9B9B9"/>
          <w:sz w:val="16"/>
        </w:rPr>
        <w:t>________________________________________________________</w:t>
      </w:r>
    </w:p>
    <w:p w14:paraId="4DF4F055" w14:textId="77777777" w:rsidR="00AE08AB" w:rsidRDefault="00AA2D9E">
      <w:pPr>
        <w:spacing w:after="60"/>
      </w:pPr>
      <w:r>
        <w:rPr>
          <w:color w:val="B9B9B9"/>
          <w:sz w:val="16"/>
        </w:rPr>
        <w:lastRenderedPageBreak/>
        <w:t>________________________________________________________</w:t>
      </w:r>
    </w:p>
    <w:p w14:paraId="48B4C73E" w14:textId="77777777" w:rsidR="00AE08AB" w:rsidRDefault="00AA2D9E">
      <w:pPr>
        <w:spacing w:after="60"/>
      </w:pPr>
      <w:r>
        <w:rPr>
          <w:color w:val="B9B9B9"/>
          <w:sz w:val="16"/>
        </w:rPr>
        <w:t>________________________________________________________</w:t>
      </w:r>
    </w:p>
    <w:p w14:paraId="5A4C719C" w14:textId="77777777" w:rsidR="00AE08AB" w:rsidRDefault="00AA2D9E">
      <w:pPr>
        <w:spacing w:after="60"/>
      </w:pPr>
      <w:r>
        <w:rPr>
          <w:color w:val="B9B9B9"/>
          <w:sz w:val="16"/>
        </w:rPr>
        <w:t>________________________________________________________</w:t>
      </w:r>
    </w:p>
    <w:p w14:paraId="41AF5094" w14:textId="77777777" w:rsidR="00AE08AB" w:rsidRDefault="00AA2D9E">
      <w:pPr>
        <w:spacing w:after="60"/>
      </w:pPr>
      <w:r>
        <w:rPr>
          <w:color w:val="B9B9B9"/>
          <w:sz w:val="16"/>
        </w:rPr>
        <w:t>________________________________________________________</w:t>
      </w:r>
    </w:p>
    <w:p w14:paraId="7DB30E9C" w14:textId="77777777" w:rsidR="00AE08AB" w:rsidRDefault="00AA2D9E">
      <w:r>
        <w:br w:type="page"/>
      </w:r>
    </w:p>
    <w:p w14:paraId="59447680" w14:textId="77777777" w:rsidR="00AE08AB" w:rsidRDefault="00AA2D9E">
      <w:pPr>
        <w:pStyle w:val="Heading2"/>
      </w:pPr>
      <w:r>
        <w:lastRenderedPageBreak/>
        <w:t>DAY 11</w:t>
      </w:r>
    </w:p>
    <w:p w14:paraId="3282E1D8" w14:textId="77777777" w:rsidR="00AE08AB" w:rsidRDefault="00AA2D9E">
      <w:pPr>
        <w:pStyle w:val="Heading1"/>
      </w:pPr>
      <w:r>
        <w:t>When Plans Change</w:t>
      </w:r>
    </w:p>
    <w:p w14:paraId="621EF109" w14:textId="77777777" w:rsidR="00AE08AB" w:rsidRDefault="00AA2D9E">
      <w:r>
        <w:rPr>
          <w:b/>
          <w:color w:val="B08D3A"/>
        </w:rPr>
        <w:t xml:space="preserve">SCRIPTURE ANCHOR  </w:t>
      </w:r>
      <w:r>
        <w:t>Proverbs 19:21</w:t>
      </w:r>
    </w:p>
    <w:p w14:paraId="5811D0BE" w14:textId="77777777" w:rsidR="00AE08AB" w:rsidRDefault="00AA2D9E">
      <w:pPr>
        <w:pStyle w:val="Heading2"/>
      </w:pPr>
      <w:r>
        <w:t>Pause</w:t>
      </w:r>
    </w:p>
    <w:p w14:paraId="3E81E722" w14:textId="77777777" w:rsidR="00AE08AB" w:rsidRDefault="00AA2D9E">
      <w:r>
        <w:t>Take three slow breaths. Let your body become still. You do not have to solve anything before you pray.</w:t>
      </w:r>
    </w:p>
    <w:p w14:paraId="188CE297" w14:textId="77777777" w:rsidR="00AE08AB" w:rsidRDefault="00AA2D9E">
      <w:pPr>
        <w:pStyle w:val="Heading2"/>
      </w:pPr>
      <w:r>
        <w:t>Guided Prayer</w:t>
      </w:r>
    </w:p>
    <w:p w14:paraId="6FDD6929" w14:textId="77777777" w:rsidR="00AE08AB" w:rsidRDefault="00AA2D9E">
      <w:r>
        <w:t>Father, I bring You the reality of when plans change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w:t>
      </w:r>
      <w:r>
        <w:t>ons remain unanswered. In Jesus' name, Amen.</w:t>
      </w:r>
    </w:p>
    <w:p w14:paraId="1C182D7A" w14:textId="77777777" w:rsidR="00AE08AB" w:rsidRDefault="00AA2D9E">
      <w:pPr>
        <w:pStyle w:val="Heading2"/>
      </w:pPr>
      <w:r>
        <w:t>Release</w:t>
      </w:r>
    </w:p>
    <w:p w14:paraId="6695643B" w14:textId="77777777" w:rsidR="00AE08AB" w:rsidRDefault="00AA2D9E">
      <w:r>
        <w:t>Complete this sentence slowly: “Father, today I place into Your hands…”</w:t>
      </w:r>
    </w:p>
    <w:p w14:paraId="0C330D25" w14:textId="77777777" w:rsidR="00AE08AB" w:rsidRDefault="00AA2D9E">
      <w:pPr>
        <w:spacing w:after="60"/>
      </w:pPr>
      <w:r>
        <w:rPr>
          <w:color w:val="B9B9B9"/>
          <w:sz w:val="16"/>
        </w:rPr>
        <w:t>________________________________________________________</w:t>
      </w:r>
    </w:p>
    <w:p w14:paraId="1D8BF286" w14:textId="77777777" w:rsidR="00AE08AB" w:rsidRDefault="00AA2D9E">
      <w:pPr>
        <w:spacing w:after="60"/>
      </w:pPr>
      <w:r>
        <w:rPr>
          <w:color w:val="B9B9B9"/>
          <w:sz w:val="16"/>
        </w:rPr>
        <w:t>________________________________________________________</w:t>
      </w:r>
    </w:p>
    <w:p w14:paraId="1CE3CD5B" w14:textId="77777777" w:rsidR="00AE08AB" w:rsidRDefault="00AA2D9E">
      <w:pPr>
        <w:pStyle w:val="Heading2"/>
      </w:pPr>
      <w:r>
        <w:t>Listen</w:t>
      </w:r>
    </w:p>
    <w:p w14:paraId="6A49EB41" w14:textId="77777777" w:rsidR="00AE08AB" w:rsidRDefault="00AA2D9E">
      <w:r>
        <w:t>Remain quiet for a moment. What truth, Scripture, conviction, or gentle reminder is rising?</w:t>
      </w:r>
    </w:p>
    <w:p w14:paraId="30D31C98" w14:textId="77777777" w:rsidR="00AE08AB" w:rsidRDefault="00AA2D9E">
      <w:pPr>
        <w:spacing w:after="60"/>
      </w:pPr>
      <w:r>
        <w:rPr>
          <w:color w:val="B9B9B9"/>
          <w:sz w:val="16"/>
        </w:rPr>
        <w:t>________________________________________________________</w:t>
      </w:r>
    </w:p>
    <w:p w14:paraId="2DFCAFFD" w14:textId="77777777" w:rsidR="00AE08AB" w:rsidRDefault="00AA2D9E">
      <w:pPr>
        <w:spacing w:after="60"/>
      </w:pPr>
      <w:r>
        <w:rPr>
          <w:color w:val="B9B9B9"/>
          <w:sz w:val="16"/>
        </w:rPr>
        <w:t>________________________________________________________</w:t>
      </w:r>
    </w:p>
    <w:p w14:paraId="51F83C4C" w14:textId="77777777" w:rsidR="00AE08AB" w:rsidRDefault="00AA2D9E">
      <w:pPr>
        <w:pStyle w:val="Heading2"/>
      </w:pPr>
      <w:r>
        <w:t>My Unfiltered Prayer</w:t>
      </w:r>
    </w:p>
    <w:p w14:paraId="3B2E2313" w14:textId="77777777" w:rsidR="00AE08AB" w:rsidRDefault="00AA2D9E">
      <w:r>
        <w:t>God, as I sit with when plans change, what I most need to tell You honestly is…</w:t>
      </w:r>
    </w:p>
    <w:p w14:paraId="74046638" w14:textId="77777777" w:rsidR="00AE08AB" w:rsidRDefault="00AA2D9E">
      <w:pPr>
        <w:spacing w:after="60"/>
      </w:pPr>
      <w:r>
        <w:rPr>
          <w:color w:val="B9B9B9"/>
          <w:sz w:val="16"/>
        </w:rPr>
        <w:t>________________________________________________________</w:t>
      </w:r>
    </w:p>
    <w:p w14:paraId="67D255C6" w14:textId="77777777" w:rsidR="00AE08AB" w:rsidRDefault="00AA2D9E">
      <w:pPr>
        <w:spacing w:after="60"/>
      </w:pPr>
      <w:r>
        <w:rPr>
          <w:color w:val="B9B9B9"/>
          <w:sz w:val="16"/>
        </w:rPr>
        <w:t>________________________________________________________</w:t>
      </w:r>
    </w:p>
    <w:p w14:paraId="0B316845" w14:textId="77777777" w:rsidR="00AE08AB" w:rsidRDefault="00AA2D9E">
      <w:pPr>
        <w:spacing w:after="60"/>
      </w:pPr>
      <w:r>
        <w:rPr>
          <w:color w:val="B9B9B9"/>
          <w:sz w:val="16"/>
        </w:rPr>
        <w:t>________________________________________________________</w:t>
      </w:r>
    </w:p>
    <w:p w14:paraId="0179E2A8" w14:textId="77777777" w:rsidR="00AE08AB" w:rsidRDefault="00AA2D9E">
      <w:pPr>
        <w:spacing w:after="60"/>
      </w:pPr>
      <w:r>
        <w:rPr>
          <w:color w:val="B9B9B9"/>
          <w:sz w:val="16"/>
        </w:rPr>
        <w:t>________________________________________________________</w:t>
      </w:r>
    </w:p>
    <w:p w14:paraId="3BF8F45D" w14:textId="77777777" w:rsidR="00AE08AB" w:rsidRDefault="00AA2D9E">
      <w:pPr>
        <w:spacing w:after="60"/>
      </w:pPr>
      <w:r>
        <w:rPr>
          <w:color w:val="B9B9B9"/>
          <w:sz w:val="16"/>
        </w:rPr>
        <w:lastRenderedPageBreak/>
        <w:t>________________________________________________________</w:t>
      </w:r>
    </w:p>
    <w:p w14:paraId="58C36981" w14:textId="77777777" w:rsidR="00AE08AB" w:rsidRDefault="00AA2D9E">
      <w:pPr>
        <w:spacing w:after="60"/>
      </w:pPr>
      <w:r>
        <w:rPr>
          <w:color w:val="B9B9B9"/>
          <w:sz w:val="16"/>
        </w:rPr>
        <w:t>________________________________________________________</w:t>
      </w:r>
    </w:p>
    <w:p w14:paraId="5BB3575F" w14:textId="77777777" w:rsidR="00AE08AB" w:rsidRDefault="00AA2D9E">
      <w:pPr>
        <w:spacing w:after="60"/>
      </w:pPr>
      <w:r>
        <w:rPr>
          <w:color w:val="B9B9B9"/>
          <w:sz w:val="16"/>
        </w:rPr>
        <w:t>________________________________________________________</w:t>
      </w:r>
    </w:p>
    <w:p w14:paraId="0A2BCBBB" w14:textId="77777777" w:rsidR="00AE08AB" w:rsidRDefault="00AA2D9E">
      <w:r>
        <w:br w:type="page"/>
      </w:r>
    </w:p>
    <w:p w14:paraId="4D336DD8" w14:textId="77777777" w:rsidR="00AE08AB" w:rsidRDefault="00AA2D9E">
      <w:pPr>
        <w:pStyle w:val="Heading2"/>
      </w:pPr>
      <w:r>
        <w:lastRenderedPageBreak/>
        <w:t>DAY 12</w:t>
      </w:r>
    </w:p>
    <w:p w14:paraId="4909D80D" w14:textId="77777777" w:rsidR="00AE08AB" w:rsidRDefault="00AA2D9E">
      <w:pPr>
        <w:pStyle w:val="Heading1"/>
      </w:pPr>
      <w:r>
        <w:t>Trust the Process</w:t>
      </w:r>
    </w:p>
    <w:p w14:paraId="19B249BC" w14:textId="77777777" w:rsidR="00AE08AB" w:rsidRDefault="00AA2D9E">
      <w:r>
        <w:rPr>
          <w:b/>
          <w:color w:val="B08D3A"/>
        </w:rPr>
        <w:t xml:space="preserve">SCRIPTURE ANCHOR  </w:t>
      </w:r>
      <w:r>
        <w:t>Romans 12:2</w:t>
      </w:r>
    </w:p>
    <w:p w14:paraId="67C3710F" w14:textId="77777777" w:rsidR="00AE08AB" w:rsidRDefault="00AA2D9E">
      <w:pPr>
        <w:pStyle w:val="Heading2"/>
      </w:pPr>
      <w:r>
        <w:t>Pause</w:t>
      </w:r>
    </w:p>
    <w:p w14:paraId="4FD53C64" w14:textId="77777777" w:rsidR="00AE08AB" w:rsidRDefault="00AA2D9E">
      <w:r>
        <w:t>Take three slow breaths. Let your body become still. You do not have to solve anything before you pray.</w:t>
      </w:r>
    </w:p>
    <w:p w14:paraId="427AB067" w14:textId="77777777" w:rsidR="00AE08AB" w:rsidRDefault="00AA2D9E">
      <w:pPr>
        <w:pStyle w:val="Heading2"/>
      </w:pPr>
      <w:r>
        <w:t>Guided Prayer</w:t>
      </w:r>
    </w:p>
    <w:p w14:paraId="77CE44B8" w14:textId="77777777" w:rsidR="00AE08AB" w:rsidRDefault="00AA2D9E">
      <w:r>
        <w:t>Father, I bring You the reality of trust the process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w:t>
      </w:r>
      <w:r>
        <w:t>ons remain unanswered. In Jesus' name, Amen.</w:t>
      </w:r>
    </w:p>
    <w:p w14:paraId="3F2F36DD" w14:textId="77777777" w:rsidR="00AE08AB" w:rsidRDefault="00AA2D9E">
      <w:pPr>
        <w:pStyle w:val="Heading2"/>
      </w:pPr>
      <w:r>
        <w:t>Release</w:t>
      </w:r>
    </w:p>
    <w:p w14:paraId="1158850B" w14:textId="77777777" w:rsidR="00AE08AB" w:rsidRDefault="00AA2D9E">
      <w:r>
        <w:t>Complete this sentence slowly: “Father, today I place into Your hands…”</w:t>
      </w:r>
    </w:p>
    <w:p w14:paraId="0BF4B8C9" w14:textId="77777777" w:rsidR="00AE08AB" w:rsidRDefault="00AA2D9E">
      <w:pPr>
        <w:spacing w:after="60"/>
      </w:pPr>
      <w:r>
        <w:rPr>
          <w:color w:val="B9B9B9"/>
          <w:sz w:val="16"/>
        </w:rPr>
        <w:t>________________________________________________________</w:t>
      </w:r>
    </w:p>
    <w:p w14:paraId="4661BCED" w14:textId="77777777" w:rsidR="00AE08AB" w:rsidRDefault="00AA2D9E">
      <w:pPr>
        <w:spacing w:after="60"/>
      </w:pPr>
      <w:r>
        <w:rPr>
          <w:color w:val="B9B9B9"/>
          <w:sz w:val="16"/>
        </w:rPr>
        <w:t>________________________________________________________</w:t>
      </w:r>
    </w:p>
    <w:p w14:paraId="2E99BBFF" w14:textId="77777777" w:rsidR="00AE08AB" w:rsidRDefault="00AA2D9E">
      <w:pPr>
        <w:pStyle w:val="Heading2"/>
      </w:pPr>
      <w:r>
        <w:t>Listen</w:t>
      </w:r>
    </w:p>
    <w:p w14:paraId="5ACDEEB1" w14:textId="77777777" w:rsidR="00AE08AB" w:rsidRDefault="00AA2D9E">
      <w:r>
        <w:t>Remain quiet for a moment. What truth, Scripture, conviction, or gentle reminder is rising?</w:t>
      </w:r>
    </w:p>
    <w:p w14:paraId="294AD9F6" w14:textId="77777777" w:rsidR="00AE08AB" w:rsidRDefault="00AA2D9E">
      <w:pPr>
        <w:spacing w:after="60"/>
      </w:pPr>
      <w:r>
        <w:rPr>
          <w:color w:val="B9B9B9"/>
          <w:sz w:val="16"/>
        </w:rPr>
        <w:t>________________________________________________________</w:t>
      </w:r>
    </w:p>
    <w:p w14:paraId="37988E28" w14:textId="77777777" w:rsidR="00AE08AB" w:rsidRDefault="00AA2D9E">
      <w:pPr>
        <w:spacing w:after="60"/>
      </w:pPr>
      <w:r>
        <w:rPr>
          <w:color w:val="B9B9B9"/>
          <w:sz w:val="16"/>
        </w:rPr>
        <w:t>________________________________________________________</w:t>
      </w:r>
    </w:p>
    <w:p w14:paraId="72925B8F" w14:textId="77777777" w:rsidR="00AE08AB" w:rsidRDefault="00AA2D9E">
      <w:pPr>
        <w:pStyle w:val="Heading2"/>
      </w:pPr>
      <w:r>
        <w:t>My Unfiltered Prayer</w:t>
      </w:r>
    </w:p>
    <w:p w14:paraId="73CF84A4" w14:textId="77777777" w:rsidR="00AE08AB" w:rsidRDefault="00AA2D9E">
      <w:r>
        <w:t>God, as I sit with trust the process, what I most need to tell You honestly is…</w:t>
      </w:r>
    </w:p>
    <w:p w14:paraId="7B2085FB" w14:textId="77777777" w:rsidR="00AE08AB" w:rsidRDefault="00AA2D9E">
      <w:pPr>
        <w:spacing w:after="60"/>
      </w:pPr>
      <w:r>
        <w:rPr>
          <w:color w:val="B9B9B9"/>
          <w:sz w:val="16"/>
        </w:rPr>
        <w:t>________________________________________________________</w:t>
      </w:r>
    </w:p>
    <w:p w14:paraId="29C0D882" w14:textId="77777777" w:rsidR="00AE08AB" w:rsidRDefault="00AA2D9E">
      <w:pPr>
        <w:spacing w:after="60"/>
      </w:pPr>
      <w:r>
        <w:rPr>
          <w:color w:val="B9B9B9"/>
          <w:sz w:val="16"/>
        </w:rPr>
        <w:t>________________________________________________________</w:t>
      </w:r>
    </w:p>
    <w:p w14:paraId="663EC379" w14:textId="77777777" w:rsidR="00AE08AB" w:rsidRDefault="00AA2D9E">
      <w:pPr>
        <w:spacing w:after="60"/>
      </w:pPr>
      <w:r>
        <w:rPr>
          <w:color w:val="B9B9B9"/>
          <w:sz w:val="16"/>
        </w:rPr>
        <w:t>________________________________________________________</w:t>
      </w:r>
    </w:p>
    <w:p w14:paraId="10DDE768" w14:textId="77777777" w:rsidR="00AE08AB" w:rsidRDefault="00AA2D9E">
      <w:pPr>
        <w:spacing w:after="60"/>
      </w:pPr>
      <w:r>
        <w:rPr>
          <w:color w:val="B9B9B9"/>
          <w:sz w:val="16"/>
        </w:rPr>
        <w:t>________________________________________________________</w:t>
      </w:r>
    </w:p>
    <w:p w14:paraId="2C032A38" w14:textId="77777777" w:rsidR="00AE08AB" w:rsidRDefault="00AA2D9E">
      <w:pPr>
        <w:spacing w:after="60"/>
      </w:pPr>
      <w:r>
        <w:rPr>
          <w:color w:val="B9B9B9"/>
          <w:sz w:val="16"/>
        </w:rPr>
        <w:lastRenderedPageBreak/>
        <w:t>________________________________________________________</w:t>
      </w:r>
    </w:p>
    <w:p w14:paraId="10776AFB" w14:textId="77777777" w:rsidR="00AE08AB" w:rsidRDefault="00AA2D9E">
      <w:pPr>
        <w:spacing w:after="60"/>
      </w:pPr>
      <w:r>
        <w:rPr>
          <w:color w:val="B9B9B9"/>
          <w:sz w:val="16"/>
        </w:rPr>
        <w:t>________________________________________________________</w:t>
      </w:r>
    </w:p>
    <w:p w14:paraId="504FE158" w14:textId="77777777" w:rsidR="00AE08AB" w:rsidRDefault="00AA2D9E">
      <w:pPr>
        <w:spacing w:after="60"/>
      </w:pPr>
      <w:r>
        <w:rPr>
          <w:color w:val="B9B9B9"/>
          <w:sz w:val="16"/>
        </w:rPr>
        <w:t>________________________________________________________</w:t>
      </w:r>
    </w:p>
    <w:p w14:paraId="2384D5B8" w14:textId="77777777" w:rsidR="00AE08AB" w:rsidRDefault="00AA2D9E">
      <w:r>
        <w:br w:type="page"/>
      </w:r>
    </w:p>
    <w:p w14:paraId="3A07CB23" w14:textId="77777777" w:rsidR="00AE08AB" w:rsidRDefault="00AA2D9E">
      <w:pPr>
        <w:pStyle w:val="Heading2"/>
      </w:pPr>
      <w:r>
        <w:lastRenderedPageBreak/>
        <w:t>DAY 13</w:t>
      </w:r>
    </w:p>
    <w:p w14:paraId="5808C8A4" w14:textId="77777777" w:rsidR="00AE08AB" w:rsidRDefault="00AA2D9E">
      <w:pPr>
        <w:pStyle w:val="Heading1"/>
      </w:pPr>
      <w:r>
        <w:t>Patience in Transition</w:t>
      </w:r>
    </w:p>
    <w:p w14:paraId="64062DFE" w14:textId="77777777" w:rsidR="00AE08AB" w:rsidRDefault="00AA2D9E">
      <w:r>
        <w:rPr>
          <w:b/>
          <w:color w:val="B08D3A"/>
        </w:rPr>
        <w:t xml:space="preserve">SCRIPTURE ANCHOR  </w:t>
      </w:r>
      <w:r>
        <w:t>Romans 12:12</w:t>
      </w:r>
    </w:p>
    <w:p w14:paraId="5C1F511F" w14:textId="77777777" w:rsidR="00AE08AB" w:rsidRDefault="00AA2D9E">
      <w:pPr>
        <w:pStyle w:val="Heading2"/>
      </w:pPr>
      <w:r>
        <w:t>Pause</w:t>
      </w:r>
    </w:p>
    <w:p w14:paraId="38780906" w14:textId="77777777" w:rsidR="00AE08AB" w:rsidRDefault="00AA2D9E">
      <w:r>
        <w:t>Take three slow breaths. Let your body become still. You do not have to solve anything before you pray.</w:t>
      </w:r>
    </w:p>
    <w:p w14:paraId="6FFF0132" w14:textId="77777777" w:rsidR="00AE08AB" w:rsidRDefault="00AA2D9E">
      <w:pPr>
        <w:pStyle w:val="Heading2"/>
      </w:pPr>
      <w:r>
        <w:t>Guided Prayer</w:t>
      </w:r>
    </w:p>
    <w:p w14:paraId="24DDC916" w14:textId="77777777" w:rsidR="00AE08AB" w:rsidRDefault="00AA2D9E">
      <w:r>
        <w:t>Father, I bring You the reality of patience in transition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w:t>
      </w:r>
      <w:r>
        <w:t>uestions remain unanswered. In Jesus' name, Amen.</w:t>
      </w:r>
    </w:p>
    <w:p w14:paraId="6B781673" w14:textId="77777777" w:rsidR="00AE08AB" w:rsidRDefault="00AA2D9E">
      <w:pPr>
        <w:pStyle w:val="Heading2"/>
      </w:pPr>
      <w:r>
        <w:t>Release</w:t>
      </w:r>
    </w:p>
    <w:p w14:paraId="79022239" w14:textId="77777777" w:rsidR="00AE08AB" w:rsidRDefault="00AA2D9E">
      <w:r>
        <w:t>Complete this sentence slowly: “Father, today I place into Your hands…”</w:t>
      </w:r>
    </w:p>
    <w:p w14:paraId="61E7ED00" w14:textId="77777777" w:rsidR="00AE08AB" w:rsidRDefault="00AA2D9E">
      <w:pPr>
        <w:spacing w:after="60"/>
      </w:pPr>
      <w:r>
        <w:rPr>
          <w:color w:val="B9B9B9"/>
          <w:sz w:val="16"/>
        </w:rPr>
        <w:t>________________________________________________________</w:t>
      </w:r>
    </w:p>
    <w:p w14:paraId="197C026D" w14:textId="77777777" w:rsidR="00AE08AB" w:rsidRDefault="00AA2D9E">
      <w:pPr>
        <w:spacing w:after="60"/>
      </w:pPr>
      <w:r>
        <w:rPr>
          <w:color w:val="B9B9B9"/>
          <w:sz w:val="16"/>
        </w:rPr>
        <w:t>________________________________________________________</w:t>
      </w:r>
    </w:p>
    <w:p w14:paraId="4575D8E1" w14:textId="77777777" w:rsidR="00AE08AB" w:rsidRDefault="00AA2D9E">
      <w:pPr>
        <w:pStyle w:val="Heading2"/>
      </w:pPr>
      <w:r>
        <w:t>Listen</w:t>
      </w:r>
    </w:p>
    <w:p w14:paraId="550DFBF0" w14:textId="77777777" w:rsidR="00AE08AB" w:rsidRDefault="00AA2D9E">
      <w:r>
        <w:t>Remain quiet for a moment. What truth, Scripture, conviction, or gentle reminder is rising?</w:t>
      </w:r>
    </w:p>
    <w:p w14:paraId="14871BFA" w14:textId="77777777" w:rsidR="00AE08AB" w:rsidRDefault="00AA2D9E">
      <w:pPr>
        <w:spacing w:after="60"/>
      </w:pPr>
      <w:r>
        <w:rPr>
          <w:color w:val="B9B9B9"/>
          <w:sz w:val="16"/>
        </w:rPr>
        <w:t>________________________________________________________</w:t>
      </w:r>
    </w:p>
    <w:p w14:paraId="1E490DFB" w14:textId="77777777" w:rsidR="00AE08AB" w:rsidRDefault="00AA2D9E">
      <w:pPr>
        <w:spacing w:after="60"/>
      </w:pPr>
      <w:r>
        <w:rPr>
          <w:color w:val="B9B9B9"/>
          <w:sz w:val="16"/>
        </w:rPr>
        <w:t>________________________________________________________</w:t>
      </w:r>
    </w:p>
    <w:p w14:paraId="73AA0696" w14:textId="77777777" w:rsidR="00AE08AB" w:rsidRDefault="00AA2D9E">
      <w:pPr>
        <w:pStyle w:val="Heading2"/>
      </w:pPr>
      <w:r>
        <w:t>My Unfiltered Prayer</w:t>
      </w:r>
    </w:p>
    <w:p w14:paraId="5CCB8F5E" w14:textId="77777777" w:rsidR="00AE08AB" w:rsidRDefault="00AA2D9E">
      <w:r>
        <w:t>God, as I sit with patience in transition, what I most need to tell You honestly is…</w:t>
      </w:r>
    </w:p>
    <w:p w14:paraId="0847F220" w14:textId="77777777" w:rsidR="00AE08AB" w:rsidRDefault="00AA2D9E">
      <w:pPr>
        <w:spacing w:after="60"/>
      </w:pPr>
      <w:r>
        <w:rPr>
          <w:color w:val="B9B9B9"/>
          <w:sz w:val="16"/>
        </w:rPr>
        <w:t>________________________________________________________</w:t>
      </w:r>
    </w:p>
    <w:p w14:paraId="4B207B75" w14:textId="77777777" w:rsidR="00AE08AB" w:rsidRDefault="00AA2D9E">
      <w:pPr>
        <w:spacing w:after="60"/>
      </w:pPr>
      <w:r>
        <w:rPr>
          <w:color w:val="B9B9B9"/>
          <w:sz w:val="16"/>
        </w:rPr>
        <w:t>________________________________________________________</w:t>
      </w:r>
    </w:p>
    <w:p w14:paraId="382D1C6F" w14:textId="77777777" w:rsidR="00AE08AB" w:rsidRDefault="00AA2D9E">
      <w:pPr>
        <w:spacing w:after="60"/>
      </w:pPr>
      <w:r>
        <w:rPr>
          <w:color w:val="B9B9B9"/>
          <w:sz w:val="16"/>
        </w:rPr>
        <w:t>________________________________________________________</w:t>
      </w:r>
    </w:p>
    <w:p w14:paraId="35A89B80" w14:textId="77777777" w:rsidR="00AE08AB" w:rsidRDefault="00AA2D9E">
      <w:pPr>
        <w:spacing w:after="60"/>
      </w:pPr>
      <w:r>
        <w:rPr>
          <w:color w:val="B9B9B9"/>
          <w:sz w:val="16"/>
        </w:rPr>
        <w:lastRenderedPageBreak/>
        <w:t>________________________________________________________</w:t>
      </w:r>
    </w:p>
    <w:p w14:paraId="20625ACA" w14:textId="77777777" w:rsidR="00AE08AB" w:rsidRDefault="00AA2D9E">
      <w:pPr>
        <w:spacing w:after="60"/>
      </w:pPr>
      <w:r>
        <w:rPr>
          <w:color w:val="B9B9B9"/>
          <w:sz w:val="16"/>
        </w:rPr>
        <w:t>________________________________________________________</w:t>
      </w:r>
    </w:p>
    <w:p w14:paraId="7841B053" w14:textId="77777777" w:rsidR="00AE08AB" w:rsidRDefault="00AA2D9E">
      <w:pPr>
        <w:spacing w:after="60"/>
      </w:pPr>
      <w:r>
        <w:rPr>
          <w:color w:val="B9B9B9"/>
          <w:sz w:val="16"/>
        </w:rPr>
        <w:t>________________________________________________________</w:t>
      </w:r>
    </w:p>
    <w:p w14:paraId="0B166228" w14:textId="77777777" w:rsidR="00AE08AB" w:rsidRDefault="00AA2D9E">
      <w:pPr>
        <w:spacing w:after="60"/>
      </w:pPr>
      <w:r>
        <w:rPr>
          <w:color w:val="B9B9B9"/>
          <w:sz w:val="16"/>
        </w:rPr>
        <w:t>________________________________________________________</w:t>
      </w:r>
    </w:p>
    <w:p w14:paraId="74C051B3" w14:textId="77777777" w:rsidR="00AE08AB" w:rsidRDefault="00AA2D9E">
      <w:r>
        <w:br w:type="page"/>
      </w:r>
    </w:p>
    <w:p w14:paraId="110B3093" w14:textId="77777777" w:rsidR="00AE08AB" w:rsidRDefault="00AA2D9E">
      <w:pPr>
        <w:pStyle w:val="Heading2"/>
      </w:pPr>
      <w:r>
        <w:lastRenderedPageBreak/>
        <w:t>DAY 14</w:t>
      </w:r>
    </w:p>
    <w:p w14:paraId="75532448" w14:textId="77777777" w:rsidR="00AE08AB" w:rsidRDefault="00AA2D9E">
      <w:pPr>
        <w:pStyle w:val="Heading1"/>
      </w:pPr>
      <w:r>
        <w:t>New Beginnings Require Endings</w:t>
      </w:r>
    </w:p>
    <w:p w14:paraId="11A3D6CB" w14:textId="77777777" w:rsidR="00AE08AB" w:rsidRDefault="00AA2D9E">
      <w:r>
        <w:rPr>
          <w:b/>
          <w:color w:val="B08D3A"/>
        </w:rPr>
        <w:t xml:space="preserve">SCRIPTURE ANCHOR  </w:t>
      </w:r>
      <w:r>
        <w:t>Ecclesiastes 3:6</w:t>
      </w:r>
    </w:p>
    <w:p w14:paraId="5573EE4E" w14:textId="77777777" w:rsidR="00AE08AB" w:rsidRDefault="00AA2D9E">
      <w:pPr>
        <w:pStyle w:val="Heading2"/>
      </w:pPr>
      <w:r>
        <w:t>Pause</w:t>
      </w:r>
    </w:p>
    <w:p w14:paraId="5B8A07E4" w14:textId="77777777" w:rsidR="00AE08AB" w:rsidRDefault="00AA2D9E">
      <w:r>
        <w:t>Take three slow breaths. Let your body become still. You do not have to solve anything before you pray.</w:t>
      </w:r>
    </w:p>
    <w:p w14:paraId="595DA2B3" w14:textId="77777777" w:rsidR="00AE08AB" w:rsidRDefault="00AA2D9E">
      <w:pPr>
        <w:pStyle w:val="Heading2"/>
      </w:pPr>
      <w:r>
        <w:t>Guided Prayer</w:t>
      </w:r>
    </w:p>
    <w:p w14:paraId="783783F1" w14:textId="77777777" w:rsidR="00AE08AB" w:rsidRDefault="00AA2D9E">
      <w:r>
        <w:t>Father, I bring You the reality of new beginnings require endings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w:t>
      </w:r>
      <w:r>
        <w:t>e some questions remain unanswered. In Jesus' name, Amen.</w:t>
      </w:r>
    </w:p>
    <w:p w14:paraId="04CDA95E" w14:textId="77777777" w:rsidR="00AE08AB" w:rsidRDefault="00AA2D9E">
      <w:pPr>
        <w:pStyle w:val="Heading2"/>
      </w:pPr>
      <w:r>
        <w:t>Release</w:t>
      </w:r>
    </w:p>
    <w:p w14:paraId="60E73584" w14:textId="77777777" w:rsidR="00AE08AB" w:rsidRDefault="00AA2D9E">
      <w:r>
        <w:t>Complete this sentence slowly: “Father, today I place into Your hands…”</w:t>
      </w:r>
    </w:p>
    <w:p w14:paraId="20FCF5E7" w14:textId="77777777" w:rsidR="00AE08AB" w:rsidRDefault="00AA2D9E">
      <w:pPr>
        <w:spacing w:after="60"/>
      </w:pPr>
      <w:r>
        <w:rPr>
          <w:color w:val="B9B9B9"/>
          <w:sz w:val="16"/>
        </w:rPr>
        <w:t>________________________________________________________</w:t>
      </w:r>
    </w:p>
    <w:p w14:paraId="23725671" w14:textId="77777777" w:rsidR="00AE08AB" w:rsidRDefault="00AA2D9E">
      <w:pPr>
        <w:spacing w:after="60"/>
      </w:pPr>
      <w:r>
        <w:rPr>
          <w:color w:val="B9B9B9"/>
          <w:sz w:val="16"/>
        </w:rPr>
        <w:t>________________________________________________________</w:t>
      </w:r>
    </w:p>
    <w:p w14:paraId="746AF760" w14:textId="77777777" w:rsidR="00AE08AB" w:rsidRDefault="00AA2D9E">
      <w:pPr>
        <w:pStyle w:val="Heading2"/>
      </w:pPr>
      <w:r>
        <w:t>Listen</w:t>
      </w:r>
    </w:p>
    <w:p w14:paraId="46A12545" w14:textId="77777777" w:rsidR="00AE08AB" w:rsidRDefault="00AA2D9E">
      <w:r>
        <w:t>Remain quiet for a moment. What truth, Scripture, conviction, or gentle reminder is rising?</w:t>
      </w:r>
    </w:p>
    <w:p w14:paraId="2F1FAA99" w14:textId="77777777" w:rsidR="00AE08AB" w:rsidRDefault="00AA2D9E">
      <w:pPr>
        <w:spacing w:after="60"/>
      </w:pPr>
      <w:r>
        <w:rPr>
          <w:color w:val="B9B9B9"/>
          <w:sz w:val="16"/>
        </w:rPr>
        <w:t>________________________________________________________</w:t>
      </w:r>
    </w:p>
    <w:p w14:paraId="6CE083F3" w14:textId="77777777" w:rsidR="00AE08AB" w:rsidRDefault="00AA2D9E">
      <w:pPr>
        <w:spacing w:after="60"/>
      </w:pPr>
      <w:r>
        <w:rPr>
          <w:color w:val="B9B9B9"/>
          <w:sz w:val="16"/>
        </w:rPr>
        <w:t>________________________________________________________</w:t>
      </w:r>
    </w:p>
    <w:p w14:paraId="7C32EF58" w14:textId="77777777" w:rsidR="00AE08AB" w:rsidRDefault="00AA2D9E">
      <w:pPr>
        <w:pStyle w:val="Heading2"/>
      </w:pPr>
      <w:r>
        <w:t>My Unfiltered Prayer</w:t>
      </w:r>
    </w:p>
    <w:p w14:paraId="4914FCBA" w14:textId="77777777" w:rsidR="00AE08AB" w:rsidRDefault="00AA2D9E">
      <w:r>
        <w:t>God, as I sit with new beginnings require endings, what I most need to tell You honestly is…</w:t>
      </w:r>
    </w:p>
    <w:p w14:paraId="45304BDA" w14:textId="77777777" w:rsidR="00AE08AB" w:rsidRDefault="00AA2D9E">
      <w:pPr>
        <w:spacing w:after="60"/>
      </w:pPr>
      <w:r>
        <w:rPr>
          <w:color w:val="B9B9B9"/>
          <w:sz w:val="16"/>
        </w:rPr>
        <w:t>________________________________________________________</w:t>
      </w:r>
    </w:p>
    <w:p w14:paraId="68DAD3B1" w14:textId="77777777" w:rsidR="00AE08AB" w:rsidRDefault="00AA2D9E">
      <w:pPr>
        <w:spacing w:after="60"/>
      </w:pPr>
      <w:r>
        <w:rPr>
          <w:color w:val="B9B9B9"/>
          <w:sz w:val="16"/>
        </w:rPr>
        <w:t>________________________________________________________</w:t>
      </w:r>
    </w:p>
    <w:p w14:paraId="2DF823EA" w14:textId="77777777" w:rsidR="00AE08AB" w:rsidRDefault="00AA2D9E">
      <w:pPr>
        <w:spacing w:after="60"/>
      </w:pPr>
      <w:r>
        <w:rPr>
          <w:color w:val="B9B9B9"/>
          <w:sz w:val="16"/>
        </w:rPr>
        <w:t>________________________________________________________</w:t>
      </w:r>
    </w:p>
    <w:p w14:paraId="23869017" w14:textId="77777777" w:rsidR="00AE08AB" w:rsidRDefault="00AA2D9E">
      <w:pPr>
        <w:spacing w:after="60"/>
      </w:pPr>
      <w:r>
        <w:rPr>
          <w:color w:val="B9B9B9"/>
          <w:sz w:val="16"/>
        </w:rPr>
        <w:lastRenderedPageBreak/>
        <w:t>________________________________________________________</w:t>
      </w:r>
    </w:p>
    <w:p w14:paraId="7C529227" w14:textId="77777777" w:rsidR="00AE08AB" w:rsidRDefault="00AA2D9E">
      <w:pPr>
        <w:spacing w:after="60"/>
      </w:pPr>
      <w:r>
        <w:rPr>
          <w:color w:val="B9B9B9"/>
          <w:sz w:val="16"/>
        </w:rPr>
        <w:t>________________________________________________________</w:t>
      </w:r>
    </w:p>
    <w:p w14:paraId="06BDCD2B" w14:textId="77777777" w:rsidR="00AE08AB" w:rsidRDefault="00AA2D9E">
      <w:pPr>
        <w:spacing w:after="60"/>
      </w:pPr>
      <w:r>
        <w:rPr>
          <w:color w:val="B9B9B9"/>
          <w:sz w:val="16"/>
        </w:rPr>
        <w:t>________________________________________________________</w:t>
      </w:r>
    </w:p>
    <w:p w14:paraId="3A74ACC9" w14:textId="77777777" w:rsidR="00AE08AB" w:rsidRDefault="00AA2D9E">
      <w:pPr>
        <w:spacing w:after="60"/>
      </w:pPr>
      <w:r>
        <w:rPr>
          <w:color w:val="B9B9B9"/>
          <w:sz w:val="16"/>
        </w:rPr>
        <w:t>________________________________________________________</w:t>
      </w:r>
    </w:p>
    <w:p w14:paraId="29155D68" w14:textId="77777777" w:rsidR="00AE08AB" w:rsidRDefault="00AA2D9E">
      <w:pPr>
        <w:pStyle w:val="Heading1"/>
      </w:pPr>
      <w:r>
        <w:t>Sacred Pause</w:t>
      </w:r>
    </w:p>
    <w:p w14:paraId="33AD3613" w14:textId="77777777" w:rsidR="00AE08AB" w:rsidRDefault="00AA2D9E">
      <w:pPr>
        <w:pStyle w:val="Heading3"/>
      </w:pPr>
      <w:r>
        <w:t>What happened within me this week?</w:t>
      </w:r>
    </w:p>
    <w:p w14:paraId="170041D5" w14:textId="77777777" w:rsidR="00AE08AB" w:rsidRDefault="00AA2D9E">
      <w:pPr>
        <w:spacing w:after="60"/>
      </w:pPr>
      <w:r>
        <w:rPr>
          <w:color w:val="B9B9B9"/>
          <w:sz w:val="16"/>
        </w:rPr>
        <w:t>________________________________________________________</w:t>
      </w:r>
    </w:p>
    <w:p w14:paraId="7FEA546D" w14:textId="77777777" w:rsidR="00AE08AB" w:rsidRDefault="00AA2D9E">
      <w:pPr>
        <w:pStyle w:val="Heading3"/>
      </w:pPr>
      <w:r>
        <w:t>What emotion appeared most often?</w:t>
      </w:r>
    </w:p>
    <w:p w14:paraId="5BB5E7CF" w14:textId="77777777" w:rsidR="00AE08AB" w:rsidRDefault="00AA2D9E">
      <w:pPr>
        <w:spacing w:after="60"/>
      </w:pPr>
      <w:r>
        <w:rPr>
          <w:color w:val="B9B9B9"/>
          <w:sz w:val="16"/>
        </w:rPr>
        <w:t>________________________________________________________</w:t>
      </w:r>
    </w:p>
    <w:p w14:paraId="6C8AE71C" w14:textId="77777777" w:rsidR="00AE08AB" w:rsidRDefault="00AA2D9E">
      <w:pPr>
        <w:pStyle w:val="Heading3"/>
      </w:pPr>
      <w:r>
        <w:t>Where did I recognize God's grace?</w:t>
      </w:r>
    </w:p>
    <w:p w14:paraId="27D10121" w14:textId="77777777" w:rsidR="00AE08AB" w:rsidRDefault="00AA2D9E">
      <w:pPr>
        <w:spacing w:after="60"/>
      </w:pPr>
      <w:r>
        <w:rPr>
          <w:color w:val="B9B9B9"/>
          <w:sz w:val="16"/>
        </w:rPr>
        <w:t>________________________________________________________</w:t>
      </w:r>
    </w:p>
    <w:p w14:paraId="18250E75" w14:textId="77777777" w:rsidR="00AE08AB" w:rsidRDefault="00AA2D9E">
      <w:pPr>
        <w:pStyle w:val="Heading3"/>
      </w:pPr>
      <w:r>
        <w:t>What do I refuse to carry into another week?</w:t>
      </w:r>
    </w:p>
    <w:p w14:paraId="60A84C35" w14:textId="77777777" w:rsidR="00AE08AB" w:rsidRDefault="00AA2D9E">
      <w:pPr>
        <w:spacing w:after="60"/>
      </w:pPr>
      <w:r>
        <w:rPr>
          <w:color w:val="B9B9B9"/>
          <w:sz w:val="16"/>
        </w:rPr>
        <w:t>________________________________________________________</w:t>
      </w:r>
    </w:p>
    <w:p w14:paraId="338085D1" w14:textId="77777777" w:rsidR="00AE08AB" w:rsidRDefault="00AA2D9E">
      <w:pPr>
        <w:pStyle w:val="Heading3"/>
      </w:pPr>
      <w:r>
        <w:t>What do I need to receive from God now?</w:t>
      </w:r>
    </w:p>
    <w:p w14:paraId="649A605D" w14:textId="77777777" w:rsidR="00AE08AB" w:rsidRDefault="00AA2D9E">
      <w:pPr>
        <w:spacing w:after="60"/>
      </w:pPr>
      <w:r>
        <w:rPr>
          <w:color w:val="B9B9B9"/>
          <w:sz w:val="16"/>
        </w:rPr>
        <w:t>________________________________________________________</w:t>
      </w:r>
    </w:p>
    <w:p w14:paraId="116FCDE5" w14:textId="77777777" w:rsidR="00AE08AB" w:rsidRDefault="00AA2D9E">
      <w:r>
        <w:br w:type="page"/>
      </w:r>
    </w:p>
    <w:p w14:paraId="093A7235" w14:textId="77777777" w:rsidR="00AE08AB" w:rsidRDefault="00AA2D9E">
      <w:pPr>
        <w:pStyle w:val="Heading2"/>
      </w:pPr>
      <w:r>
        <w:lastRenderedPageBreak/>
        <w:t>DAY 15</w:t>
      </w:r>
    </w:p>
    <w:p w14:paraId="223C0E95" w14:textId="77777777" w:rsidR="00AE08AB" w:rsidRDefault="00AA2D9E">
      <w:pPr>
        <w:pStyle w:val="Heading1"/>
      </w:pPr>
      <w:r>
        <w:t>The Courage to Pivot</w:t>
      </w:r>
    </w:p>
    <w:p w14:paraId="75082DDC" w14:textId="77777777" w:rsidR="00AE08AB" w:rsidRDefault="00AA2D9E">
      <w:r>
        <w:rPr>
          <w:b/>
          <w:color w:val="B08D3A"/>
        </w:rPr>
        <w:t xml:space="preserve">SCRIPTURE ANCHOR  </w:t>
      </w:r>
      <w:r>
        <w:t>Isaiah 30:21</w:t>
      </w:r>
    </w:p>
    <w:p w14:paraId="55D458EA" w14:textId="77777777" w:rsidR="00AE08AB" w:rsidRDefault="00AA2D9E">
      <w:pPr>
        <w:pStyle w:val="Heading2"/>
      </w:pPr>
      <w:r>
        <w:t>Pause</w:t>
      </w:r>
    </w:p>
    <w:p w14:paraId="4E63FCEC" w14:textId="77777777" w:rsidR="00AE08AB" w:rsidRDefault="00AA2D9E">
      <w:r>
        <w:t>Take three slow breaths. Let your body become still. You do not have to solve anything before you pray.</w:t>
      </w:r>
    </w:p>
    <w:p w14:paraId="6CEAC37F" w14:textId="77777777" w:rsidR="00AE08AB" w:rsidRDefault="00AA2D9E">
      <w:pPr>
        <w:pStyle w:val="Heading2"/>
      </w:pPr>
      <w:r>
        <w:t>Guided Prayer</w:t>
      </w:r>
    </w:p>
    <w:p w14:paraId="055AD035" w14:textId="77777777" w:rsidR="00AE08AB" w:rsidRDefault="00AA2D9E">
      <w:r>
        <w:t>Father, I bring You the reality of the courage to pivot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w:t>
      </w:r>
      <w:r>
        <w:t>stions remain unanswered. In Jesus' name, Amen.</w:t>
      </w:r>
    </w:p>
    <w:p w14:paraId="07F2387B" w14:textId="77777777" w:rsidR="00AE08AB" w:rsidRDefault="00AA2D9E">
      <w:pPr>
        <w:pStyle w:val="Heading2"/>
      </w:pPr>
      <w:r>
        <w:t>Release</w:t>
      </w:r>
    </w:p>
    <w:p w14:paraId="726D7523" w14:textId="77777777" w:rsidR="00AE08AB" w:rsidRDefault="00AA2D9E">
      <w:r>
        <w:t>Complete this sentence slowly: “Father, today I place into Your hands…”</w:t>
      </w:r>
    </w:p>
    <w:p w14:paraId="6C33B13B" w14:textId="77777777" w:rsidR="00AE08AB" w:rsidRDefault="00AA2D9E">
      <w:pPr>
        <w:spacing w:after="60"/>
      </w:pPr>
      <w:r>
        <w:rPr>
          <w:color w:val="B9B9B9"/>
          <w:sz w:val="16"/>
        </w:rPr>
        <w:t>________________________________________________________</w:t>
      </w:r>
    </w:p>
    <w:p w14:paraId="16230578" w14:textId="77777777" w:rsidR="00AE08AB" w:rsidRDefault="00AA2D9E">
      <w:pPr>
        <w:spacing w:after="60"/>
      </w:pPr>
      <w:r>
        <w:rPr>
          <w:color w:val="B9B9B9"/>
          <w:sz w:val="16"/>
        </w:rPr>
        <w:t>________________________________________________________</w:t>
      </w:r>
    </w:p>
    <w:p w14:paraId="589588C3" w14:textId="77777777" w:rsidR="00AE08AB" w:rsidRDefault="00AA2D9E">
      <w:pPr>
        <w:pStyle w:val="Heading2"/>
      </w:pPr>
      <w:r>
        <w:t>Listen</w:t>
      </w:r>
    </w:p>
    <w:p w14:paraId="7BAC7535" w14:textId="77777777" w:rsidR="00AE08AB" w:rsidRDefault="00AA2D9E">
      <w:r>
        <w:t>Remain quiet for a moment. What truth, Scripture, conviction, or gentle reminder is rising?</w:t>
      </w:r>
    </w:p>
    <w:p w14:paraId="22196053" w14:textId="77777777" w:rsidR="00AE08AB" w:rsidRDefault="00AA2D9E">
      <w:pPr>
        <w:spacing w:after="60"/>
      </w:pPr>
      <w:r>
        <w:rPr>
          <w:color w:val="B9B9B9"/>
          <w:sz w:val="16"/>
        </w:rPr>
        <w:t>________________________________________________________</w:t>
      </w:r>
    </w:p>
    <w:p w14:paraId="4291238C" w14:textId="77777777" w:rsidR="00AE08AB" w:rsidRDefault="00AA2D9E">
      <w:pPr>
        <w:spacing w:after="60"/>
      </w:pPr>
      <w:r>
        <w:rPr>
          <w:color w:val="B9B9B9"/>
          <w:sz w:val="16"/>
        </w:rPr>
        <w:t>________________________________________________________</w:t>
      </w:r>
    </w:p>
    <w:p w14:paraId="550D9211" w14:textId="77777777" w:rsidR="00AE08AB" w:rsidRDefault="00AA2D9E">
      <w:pPr>
        <w:pStyle w:val="Heading2"/>
      </w:pPr>
      <w:r>
        <w:t>My Unfiltered Prayer</w:t>
      </w:r>
    </w:p>
    <w:p w14:paraId="04A978B6" w14:textId="77777777" w:rsidR="00AE08AB" w:rsidRDefault="00AA2D9E">
      <w:r>
        <w:t>God, as I sit with the courage to pivot, what I most need to tell You honestly is…</w:t>
      </w:r>
    </w:p>
    <w:p w14:paraId="74888C1F" w14:textId="77777777" w:rsidR="00AE08AB" w:rsidRDefault="00AA2D9E">
      <w:pPr>
        <w:spacing w:after="60"/>
      </w:pPr>
      <w:r>
        <w:rPr>
          <w:color w:val="B9B9B9"/>
          <w:sz w:val="16"/>
        </w:rPr>
        <w:t>________________________________________________________</w:t>
      </w:r>
    </w:p>
    <w:p w14:paraId="35746F55" w14:textId="77777777" w:rsidR="00AE08AB" w:rsidRDefault="00AA2D9E">
      <w:pPr>
        <w:spacing w:after="60"/>
      </w:pPr>
      <w:r>
        <w:rPr>
          <w:color w:val="B9B9B9"/>
          <w:sz w:val="16"/>
        </w:rPr>
        <w:t>________________________________________________________</w:t>
      </w:r>
    </w:p>
    <w:p w14:paraId="4EDFE346" w14:textId="77777777" w:rsidR="00AE08AB" w:rsidRDefault="00AA2D9E">
      <w:pPr>
        <w:spacing w:after="60"/>
      </w:pPr>
      <w:r>
        <w:rPr>
          <w:color w:val="B9B9B9"/>
          <w:sz w:val="16"/>
        </w:rPr>
        <w:t>________________________________________________________</w:t>
      </w:r>
    </w:p>
    <w:p w14:paraId="7E1ED4A2" w14:textId="77777777" w:rsidR="00AE08AB" w:rsidRDefault="00AA2D9E">
      <w:pPr>
        <w:spacing w:after="60"/>
      </w:pPr>
      <w:r>
        <w:rPr>
          <w:color w:val="B9B9B9"/>
          <w:sz w:val="16"/>
        </w:rPr>
        <w:lastRenderedPageBreak/>
        <w:t>________________________________________________________</w:t>
      </w:r>
    </w:p>
    <w:p w14:paraId="7FD053BE" w14:textId="77777777" w:rsidR="00AE08AB" w:rsidRDefault="00AA2D9E">
      <w:pPr>
        <w:spacing w:after="60"/>
      </w:pPr>
      <w:r>
        <w:rPr>
          <w:color w:val="B9B9B9"/>
          <w:sz w:val="16"/>
        </w:rPr>
        <w:t>________________________________________________________</w:t>
      </w:r>
    </w:p>
    <w:p w14:paraId="76299AD4" w14:textId="77777777" w:rsidR="00AE08AB" w:rsidRDefault="00AA2D9E">
      <w:pPr>
        <w:spacing w:after="60"/>
      </w:pPr>
      <w:r>
        <w:rPr>
          <w:color w:val="B9B9B9"/>
          <w:sz w:val="16"/>
        </w:rPr>
        <w:t>________________________________________________________</w:t>
      </w:r>
    </w:p>
    <w:p w14:paraId="3525AC21" w14:textId="77777777" w:rsidR="00AE08AB" w:rsidRDefault="00AA2D9E">
      <w:pPr>
        <w:spacing w:after="60"/>
      </w:pPr>
      <w:r>
        <w:rPr>
          <w:color w:val="B9B9B9"/>
          <w:sz w:val="16"/>
        </w:rPr>
        <w:t>________________________________________________________</w:t>
      </w:r>
    </w:p>
    <w:p w14:paraId="0149443C" w14:textId="77777777" w:rsidR="00AE08AB" w:rsidRDefault="00AA2D9E">
      <w:r>
        <w:br w:type="page"/>
      </w:r>
    </w:p>
    <w:p w14:paraId="72CB67E4" w14:textId="77777777" w:rsidR="00AE08AB" w:rsidRDefault="00AA2D9E">
      <w:pPr>
        <w:pStyle w:val="Heading2"/>
      </w:pPr>
      <w:r>
        <w:lastRenderedPageBreak/>
        <w:t>DAY 16</w:t>
      </w:r>
    </w:p>
    <w:p w14:paraId="005D9B95" w14:textId="77777777" w:rsidR="00AE08AB" w:rsidRDefault="00AA2D9E">
      <w:pPr>
        <w:pStyle w:val="Heading1"/>
      </w:pPr>
      <w:r>
        <w:t>God in the Detour</w:t>
      </w:r>
    </w:p>
    <w:p w14:paraId="222644A0" w14:textId="77777777" w:rsidR="00AE08AB" w:rsidRDefault="00AA2D9E">
      <w:r>
        <w:rPr>
          <w:b/>
          <w:color w:val="B08D3A"/>
        </w:rPr>
        <w:t xml:space="preserve">SCRIPTURE ANCHOR  </w:t>
      </w:r>
      <w:r>
        <w:t>Genesis 50:20</w:t>
      </w:r>
    </w:p>
    <w:p w14:paraId="31236905" w14:textId="77777777" w:rsidR="00AE08AB" w:rsidRDefault="00AA2D9E">
      <w:pPr>
        <w:pStyle w:val="Heading2"/>
      </w:pPr>
      <w:r>
        <w:t>Pause</w:t>
      </w:r>
    </w:p>
    <w:p w14:paraId="3680C433" w14:textId="77777777" w:rsidR="00AE08AB" w:rsidRDefault="00AA2D9E">
      <w:r>
        <w:t>Take three slow breaths. Let your body become still. You do not have to solve anything before you pray.</w:t>
      </w:r>
    </w:p>
    <w:p w14:paraId="04F3BB23" w14:textId="77777777" w:rsidR="00AE08AB" w:rsidRDefault="00AA2D9E">
      <w:pPr>
        <w:pStyle w:val="Heading2"/>
      </w:pPr>
      <w:r>
        <w:t>Guided Prayer</w:t>
      </w:r>
    </w:p>
    <w:p w14:paraId="155EE2B1" w14:textId="77777777" w:rsidR="00AE08AB" w:rsidRDefault="00AA2D9E">
      <w:r>
        <w:t>Father, I bring You the reality of god in the detour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w:t>
      </w:r>
      <w:r>
        <w:t>ons remain unanswered. In Jesus' name, Amen.</w:t>
      </w:r>
    </w:p>
    <w:p w14:paraId="742B63E2" w14:textId="77777777" w:rsidR="00AE08AB" w:rsidRDefault="00AA2D9E">
      <w:pPr>
        <w:pStyle w:val="Heading2"/>
      </w:pPr>
      <w:r>
        <w:t>Release</w:t>
      </w:r>
    </w:p>
    <w:p w14:paraId="3FA3CF29" w14:textId="77777777" w:rsidR="00AE08AB" w:rsidRDefault="00AA2D9E">
      <w:r>
        <w:t>Complete this sentence slowly: “Father, today I place into Your hands…”</w:t>
      </w:r>
    </w:p>
    <w:p w14:paraId="0A4F2DB1" w14:textId="77777777" w:rsidR="00AE08AB" w:rsidRDefault="00AA2D9E">
      <w:pPr>
        <w:spacing w:after="60"/>
      </w:pPr>
      <w:r>
        <w:rPr>
          <w:color w:val="B9B9B9"/>
          <w:sz w:val="16"/>
        </w:rPr>
        <w:t>________________________________________________________</w:t>
      </w:r>
    </w:p>
    <w:p w14:paraId="1A9891F4" w14:textId="77777777" w:rsidR="00AE08AB" w:rsidRDefault="00AA2D9E">
      <w:pPr>
        <w:spacing w:after="60"/>
      </w:pPr>
      <w:r>
        <w:rPr>
          <w:color w:val="B9B9B9"/>
          <w:sz w:val="16"/>
        </w:rPr>
        <w:t>________________________________________________________</w:t>
      </w:r>
    </w:p>
    <w:p w14:paraId="6A240F63" w14:textId="77777777" w:rsidR="00AE08AB" w:rsidRDefault="00AA2D9E">
      <w:pPr>
        <w:pStyle w:val="Heading2"/>
      </w:pPr>
      <w:r>
        <w:t>Listen</w:t>
      </w:r>
    </w:p>
    <w:p w14:paraId="046F2954" w14:textId="77777777" w:rsidR="00AE08AB" w:rsidRDefault="00AA2D9E">
      <w:r>
        <w:t>Remain quiet for a moment. What truth, Scripture, conviction, or gentle reminder is rising?</w:t>
      </w:r>
    </w:p>
    <w:p w14:paraId="37911F42" w14:textId="77777777" w:rsidR="00AE08AB" w:rsidRDefault="00AA2D9E">
      <w:pPr>
        <w:spacing w:after="60"/>
      </w:pPr>
      <w:r>
        <w:rPr>
          <w:color w:val="B9B9B9"/>
          <w:sz w:val="16"/>
        </w:rPr>
        <w:t>________________________________________________________</w:t>
      </w:r>
    </w:p>
    <w:p w14:paraId="5568F31A" w14:textId="77777777" w:rsidR="00AE08AB" w:rsidRDefault="00AA2D9E">
      <w:pPr>
        <w:spacing w:after="60"/>
      </w:pPr>
      <w:r>
        <w:rPr>
          <w:color w:val="B9B9B9"/>
          <w:sz w:val="16"/>
        </w:rPr>
        <w:t>________________________________________________________</w:t>
      </w:r>
    </w:p>
    <w:p w14:paraId="36431B44" w14:textId="77777777" w:rsidR="00AE08AB" w:rsidRDefault="00AA2D9E">
      <w:pPr>
        <w:pStyle w:val="Heading2"/>
      </w:pPr>
      <w:r>
        <w:t>My Unfiltered Prayer</w:t>
      </w:r>
    </w:p>
    <w:p w14:paraId="4779CBFB" w14:textId="77777777" w:rsidR="00AE08AB" w:rsidRDefault="00AA2D9E">
      <w:r>
        <w:t>God, as I sit with god in the detour, what I most need to tell You honestly is…</w:t>
      </w:r>
    </w:p>
    <w:p w14:paraId="26933294" w14:textId="77777777" w:rsidR="00AE08AB" w:rsidRDefault="00AA2D9E">
      <w:pPr>
        <w:spacing w:after="60"/>
      </w:pPr>
      <w:r>
        <w:rPr>
          <w:color w:val="B9B9B9"/>
          <w:sz w:val="16"/>
        </w:rPr>
        <w:t>________________________________________________________</w:t>
      </w:r>
    </w:p>
    <w:p w14:paraId="78081BCC" w14:textId="77777777" w:rsidR="00AE08AB" w:rsidRDefault="00AA2D9E">
      <w:pPr>
        <w:spacing w:after="60"/>
      </w:pPr>
      <w:r>
        <w:rPr>
          <w:color w:val="B9B9B9"/>
          <w:sz w:val="16"/>
        </w:rPr>
        <w:t>________________________________________________________</w:t>
      </w:r>
    </w:p>
    <w:p w14:paraId="6A1F5E9D" w14:textId="77777777" w:rsidR="00AE08AB" w:rsidRDefault="00AA2D9E">
      <w:pPr>
        <w:spacing w:after="60"/>
      </w:pPr>
      <w:r>
        <w:rPr>
          <w:color w:val="B9B9B9"/>
          <w:sz w:val="16"/>
        </w:rPr>
        <w:t>________________________________________________________</w:t>
      </w:r>
    </w:p>
    <w:p w14:paraId="507D9077" w14:textId="77777777" w:rsidR="00AE08AB" w:rsidRDefault="00AA2D9E">
      <w:pPr>
        <w:spacing w:after="60"/>
      </w:pPr>
      <w:r>
        <w:rPr>
          <w:color w:val="B9B9B9"/>
          <w:sz w:val="16"/>
        </w:rPr>
        <w:t>________________________________________________________</w:t>
      </w:r>
    </w:p>
    <w:p w14:paraId="7C1C007D" w14:textId="77777777" w:rsidR="00AE08AB" w:rsidRDefault="00AA2D9E">
      <w:pPr>
        <w:spacing w:after="60"/>
      </w:pPr>
      <w:r>
        <w:rPr>
          <w:color w:val="B9B9B9"/>
          <w:sz w:val="16"/>
        </w:rPr>
        <w:lastRenderedPageBreak/>
        <w:t>________________________________________________________</w:t>
      </w:r>
    </w:p>
    <w:p w14:paraId="594BC4C1" w14:textId="77777777" w:rsidR="00AE08AB" w:rsidRDefault="00AA2D9E">
      <w:pPr>
        <w:spacing w:after="60"/>
      </w:pPr>
      <w:r>
        <w:rPr>
          <w:color w:val="B9B9B9"/>
          <w:sz w:val="16"/>
        </w:rPr>
        <w:t>________________________________________________________</w:t>
      </w:r>
    </w:p>
    <w:p w14:paraId="4AC7F801" w14:textId="77777777" w:rsidR="00AE08AB" w:rsidRDefault="00AA2D9E">
      <w:pPr>
        <w:spacing w:after="60"/>
      </w:pPr>
      <w:r>
        <w:rPr>
          <w:color w:val="B9B9B9"/>
          <w:sz w:val="16"/>
        </w:rPr>
        <w:t>________________________________________________________</w:t>
      </w:r>
    </w:p>
    <w:p w14:paraId="74821AAC" w14:textId="77777777" w:rsidR="00AE08AB" w:rsidRDefault="00AA2D9E">
      <w:r>
        <w:br w:type="page"/>
      </w:r>
    </w:p>
    <w:p w14:paraId="3E46304C" w14:textId="77777777" w:rsidR="00AE08AB" w:rsidRDefault="00AA2D9E">
      <w:pPr>
        <w:pStyle w:val="Heading2"/>
      </w:pPr>
      <w:r>
        <w:lastRenderedPageBreak/>
        <w:t>DAY 17</w:t>
      </w:r>
    </w:p>
    <w:p w14:paraId="25B7982C" w14:textId="77777777" w:rsidR="00AE08AB" w:rsidRDefault="00AA2D9E">
      <w:pPr>
        <w:pStyle w:val="Heading1"/>
      </w:pPr>
      <w:r>
        <w:t>Learning Flexibility</w:t>
      </w:r>
    </w:p>
    <w:p w14:paraId="0F558B2E" w14:textId="77777777" w:rsidR="00AE08AB" w:rsidRDefault="00AA2D9E">
      <w:r>
        <w:rPr>
          <w:b/>
          <w:color w:val="B08D3A"/>
        </w:rPr>
        <w:t xml:space="preserve">SCRIPTURE ANCHOR  </w:t>
      </w:r>
      <w:r>
        <w:t>Philippians 4:12</w:t>
      </w:r>
    </w:p>
    <w:p w14:paraId="5FC92A38" w14:textId="77777777" w:rsidR="00AE08AB" w:rsidRDefault="00AA2D9E">
      <w:pPr>
        <w:pStyle w:val="Heading2"/>
      </w:pPr>
      <w:r>
        <w:t>Pause</w:t>
      </w:r>
    </w:p>
    <w:p w14:paraId="43657D43" w14:textId="77777777" w:rsidR="00AE08AB" w:rsidRDefault="00AA2D9E">
      <w:r>
        <w:t>Take three slow breaths. Let your body become still. You do not have to solve anything before you pray.</w:t>
      </w:r>
    </w:p>
    <w:p w14:paraId="278341CB" w14:textId="77777777" w:rsidR="00AE08AB" w:rsidRDefault="00AA2D9E">
      <w:pPr>
        <w:pStyle w:val="Heading2"/>
      </w:pPr>
      <w:r>
        <w:t>Guided Prayer</w:t>
      </w:r>
    </w:p>
    <w:p w14:paraId="717FC30A" w14:textId="77777777" w:rsidR="00AE08AB" w:rsidRDefault="00AA2D9E">
      <w:r>
        <w:t>Father, I bring You the reality of learning flexibility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w:t>
      </w:r>
      <w:r>
        <w:t>stions remain unanswered. In Jesus' name, Amen.</w:t>
      </w:r>
    </w:p>
    <w:p w14:paraId="4D6A3C9C" w14:textId="77777777" w:rsidR="00AE08AB" w:rsidRDefault="00AA2D9E">
      <w:pPr>
        <w:pStyle w:val="Heading2"/>
      </w:pPr>
      <w:r>
        <w:t>Release</w:t>
      </w:r>
    </w:p>
    <w:p w14:paraId="7FA40EC0" w14:textId="77777777" w:rsidR="00AE08AB" w:rsidRDefault="00AA2D9E">
      <w:r>
        <w:t>Complete this sentence slowly: “Father, today I place into Your hands…”</w:t>
      </w:r>
    </w:p>
    <w:p w14:paraId="53D6D309" w14:textId="77777777" w:rsidR="00AE08AB" w:rsidRDefault="00AA2D9E">
      <w:pPr>
        <w:spacing w:after="60"/>
      </w:pPr>
      <w:r>
        <w:rPr>
          <w:color w:val="B9B9B9"/>
          <w:sz w:val="16"/>
        </w:rPr>
        <w:t>________________________________________________________</w:t>
      </w:r>
    </w:p>
    <w:p w14:paraId="736AE0B3" w14:textId="77777777" w:rsidR="00AE08AB" w:rsidRDefault="00AA2D9E">
      <w:pPr>
        <w:spacing w:after="60"/>
      </w:pPr>
      <w:r>
        <w:rPr>
          <w:color w:val="B9B9B9"/>
          <w:sz w:val="16"/>
        </w:rPr>
        <w:t>________________________________________________________</w:t>
      </w:r>
    </w:p>
    <w:p w14:paraId="663B2A76" w14:textId="77777777" w:rsidR="00AE08AB" w:rsidRDefault="00AA2D9E">
      <w:pPr>
        <w:pStyle w:val="Heading2"/>
      </w:pPr>
      <w:r>
        <w:t>Listen</w:t>
      </w:r>
    </w:p>
    <w:p w14:paraId="06D8DF64" w14:textId="77777777" w:rsidR="00AE08AB" w:rsidRDefault="00AA2D9E">
      <w:r>
        <w:t>Remain quiet for a moment. What truth, Scripture, conviction, or gentle reminder is rising?</w:t>
      </w:r>
    </w:p>
    <w:p w14:paraId="48FEAFBB" w14:textId="77777777" w:rsidR="00AE08AB" w:rsidRDefault="00AA2D9E">
      <w:pPr>
        <w:spacing w:after="60"/>
      </w:pPr>
      <w:r>
        <w:rPr>
          <w:color w:val="B9B9B9"/>
          <w:sz w:val="16"/>
        </w:rPr>
        <w:t>________________________________________________________</w:t>
      </w:r>
    </w:p>
    <w:p w14:paraId="6DA87FCF" w14:textId="77777777" w:rsidR="00AE08AB" w:rsidRDefault="00AA2D9E">
      <w:pPr>
        <w:spacing w:after="60"/>
      </w:pPr>
      <w:r>
        <w:rPr>
          <w:color w:val="B9B9B9"/>
          <w:sz w:val="16"/>
        </w:rPr>
        <w:t>________________________________________________________</w:t>
      </w:r>
    </w:p>
    <w:p w14:paraId="743C1119" w14:textId="77777777" w:rsidR="00AE08AB" w:rsidRDefault="00AA2D9E">
      <w:pPr>
        <w:pStyle w:val="Heading2"/>
      </w:pPr>
      <w:r>
        <w:t>My Unfiltered Prayer</w:t>
      </w:r>
    </w:p>
    <w:p w14:paraId="3F68D14F" w14:textId="77777777" w:rsidR="00AE08AB" w:rsidRDefault="00AA2D9E">
      <w:r>
        <w:t>God, as I sit with learning flexibility, what I most need to tell You honestly is…</w:t>
      </w:r>
    </w:p>
    <w:p w14:paraId="3332ACD3" w14:textId="77777777" w:rsidR="00AE08AB" w:rsidRDefault="00AA2D9E">
      <w:pPr>
        <w:spacing w:after="60"/>
      </w:pPr>
      <w:r>
        <w:rPr>
          <w:color w:val="B9B9B9"/>
          <w:sz w:val="16"/>
        </w:rPr>
        <w:t>________________________________________________________</w:t>
      </w:r>
    </w:p>
    <w:p w14:paraId="3A1CEE6C" w14:textId="77777777" w:rsidR="00AE08AB" w:rsidRDefault="00AA2D9E">
      <w:pPr>
        <w:spacing w:after="60"/>
      </w:pPr>
      <w:r>
        <w:rPr>
          <w:color w:val="B9B9B9"/>
          <w:sz w:val="16"/>
        </w:rPr>
        <w:t>________________________________________________________</w:t>
      </w:r>
    </w:p>
    <w:p w14:paraId="02F381ED" w14:textId="77777777" w:rsidR="00AE08AB" w:rsidRDefault="00AA2D9E">
      <w:pPr>
        <w:spacing w:after="60"/>
      </w:pPr>
      <w:r>
        <w:rPr>
          <w:color w:val="B9B9B9"/>
          <w:sz w:val="16"/>
        </w:rPr>
        <w:t>________________________________________________________</w:t>
      </w:r>
    </w:p>
    <w:p w14:paraId="52CC08A9" w14:textId="77777777" w:rsidR="00AE08AB" w:rsidRDefault="00AA2D9E">
      <w:pPr>
        <w:spacing w:after="60"/>
      </w:pPr>
      <w:r>
        <w:rPr>
          <w:color w:val="B9B9B9"/>
          <w:sz w:val="16"/>
        </w:rPr>
        <w:t>________________________________________________________</w:t>
      </w:r>
    </w:p>
    <w:p w14:paraId="787511A3" w14:textId="77777777" w:rsidR="00AE08AB" w:rsidRDefault="00AA2D9E">
      <w:pPr>
        <w:spacing w:after="60"/>
      </w:pPr>
      <w:r>
        <w:rPr>
          <w:color w:val="B9B9B9"/>
          <w:sz w:val="16"/>
        </w:rPr>
        <w:lastRenderedPageBreak/>
        <w:t>________________________________________________________</w:t>
      </w:r>
    </w:p>
    <w:p w14:paraId="3E328DAE" w14:textId="77777777" w:rsidR="00AE08AB" w:rsidRDefault="00AA2D9E">
      <w:pPr>
        <w:spacing w:after="60"/>
      </w:pPr>
      <w:r>
        <w:rPr>
          <w:color w:val="B9B9B9"/>
          <w:sz w:val="16"/>
        </w:rPr>
        <w:t>________________________________________________________</w:t>
      </w:r>
    </w:p>
    <w:p w14:paraId="3472229B" w14:textId="77777777" w:rsidR="00AE08AB" w:rsidRDefault="00AA2D9E">
      <w:pPr>
        <w:spacing w:after="60"/>
      </w:pPr>
      <w:r>
        <w:rPr>
          <w:color w:val="B9B9B9"/>
          <w:sz w:val="16"/>
        </w:rPr>
        <w:t>________________________________________________________</w:t>
      </w:r>
    </w:p>
    <w:p w14:paraId="19A65859" w14:textId="77777777" w:rsidR="00AE08AB" w:rsidRDefault="00AA2D9E">
      <w:r>
        <w:br w:type="page"/>
      </w:r>
    </w:p>
    <w:p w14:paraId="1D97FF1D" w14:textId="77777777" w:rsidR="00AE08AB" w:rsidRDefault="00AA2D9E">
      <w:pPr>
        <w:pStyle w:val="Heading2"/>
      </w:pPr>
      <w:r>
        <w:lastRenderedPageBreak/>
        <w:t>DAY 18</w:t>
      </w:r>
    </w:p>
    <w:p w14:paraId="6B22B886" w14:textId="77777777" w:rsidR="00AE08AB" w:rsidRDefault="00AA2D9E">
      <w:pPr>
        <w:pStyle w:val="Heading1"/>
      </w:pPr>
      <w:r>
        <w:t>Disappointment Can Teach</w:t>
      </w:r>
    </w:p>
    <w:p w14:paraId="2E0DE757" w14:textId="77777777" w:rsidR="00AE08AB" w:rsidRDefault="00AA2D9E">
      <w:r>
        <w:rPr>
          <w:b/>
          <w:color w:val="B08D3A"/>
        </w:rPr>
        <w:t xml:space="preserve">SCRIPTURE ANCHOR  </w:t>
      </w:r>
      <w:r>
        <w:t>Psalm 119:71</w:t>
      </w:r>
    </w:p>
    <w:p w14:paraId="6670B56B" w14:textId="77777777" w:rsidR="00AE08AB" w:rsidRDefault="00AA2D9E">
      <w:pPr>
        <w:pStyle w:val="Heading2"/>
      </w:pPr>
      <w:r>
        <w:t>Pause</w:t>
      </w:r>
    </w:p>
    <w:p w14:paraId="0CECA849" w14:textId="77777777" w:rsidR="00AE08AB" w:rsidRDefault="00AA2D9E">
      <w:r>
        <w:t>Take three slow breaths. Let your body become still. You do not have to solve anything before you pray.</w:t>
      </w:r>
    </w:p>
    <w:p w14:paraId="6E00A6E6" w14:textId="77777777" w:rsidR="00AE08AB" w:rsidRDefault="00AA2D9E">
      <w:pPr>
        <w:pStyle w:val="Heading2"/>
      </w:pPr>
      <w:r>
        <w:t>Guided Prayer</w:t>
      </w:r>
    </w:p>
    <w:p w14:paraId="2A0FB01B" w14:textId="77777777" w:rsidR="00AE08AB" w:rsidRDefault="00AA2D9E">
      <w:r>
        <w:t>Father, I bring You the reality of disappointment can teach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36E3BAAD" w14:textId="77777777" w:rsidR="00AE08AB" w:rsidRDefault="00AA2D9E">
      <w:pPr>
        <w:pStyle w:val="Heading2"/>
      </w:pPr>
      <w:r>
        <w:t>Release</w:t>
      </w:r>
    </w:p>
    <w:p w14:paraId="597D4188" w14:textId="77777777" w:rsidR="00AE08AB" w:rsidRDefault="00AA2D9E">
      <w:r>
        <w:t>Complete this sentence slowly: “Father, today I place into Your hands…”</w:t>
      </w:r>
    </w:p>
    <w:p w14:paraId="3547F192" w14:textId="77777777" w:rsidR="00AE08AB" w:rsidRDefault="00AA2D9E">
      <w:pPr>
        <w:spacing w:after="60"/>
      </w:pPr>
      <w:r>
        <w:rPr>
          <w:color w:val="B9B9B9"/>
          <w:sz w:val="16"/>
        </w:rPr>
        <w:t>________________________________________________________</w:t>
      </w:r>
    </w:p>
    <w:p w14:paraId="240B4ED9" w14:textId="77777777" w:rsidR="00AE08AB" w:rsidRDefault="00AA2D9E">
      <w:pPr>
        <w:spacing w:after="60"/>
      </w:pPr>
      <w:r>
        <w:rPr>
          <w:color w:val="B9B9B9"/>
          <w:sz w:val="16"/>
        </w:rPr>
        <w:t>________________________________________________________</w:t>
      </w:r>
    </w:p>
    <w:p w14:paraId="60DCA862" w14:textId="77777777" w:rsidR="00AE08AB" w:rsidRDefault="00AA2D9E">
      <w:pPr>
        <w:pStyle w:val="Heading2"/>
      </w:pPr>
      <w:r>
        <w:t>Listen</w:t>
      </w:r>
    </w:p>
    <w:p w14:paraId="0C34915F" w14:textId="77777777" w:rsidR="00AE08AB" w:rsidRDefault="00AA2D9E">
      <w:r>
        <w:t>Remain quiet for a moment. What truth, Scripture, conviction, or gentle reminder is rising?</w:t>
      </w:r>
    </w:p>
    <w:p w14:paraId="57B98DDA" w14:textId="77777777" w:rsidR="00AE08AB" w:rsidRDefault="00AA2D9E">
      <w:pPr>
        <w:spacing w:after="60"/>
      </w:pPr>
      <w:r>
        <w:rPr>
          <w:color w:val="B9B9B9"/>
          <w:sz w:val="16"/>
        </w:rPr>
        <w:t>________________________________________________________</w:t>
      </w:r>
    </w:p>
    <w:p w14:paraId="0483C1B6" w14:textId="77777777" w:rsidR="00AE08AB" w:rsidRDefault="00AA2D9E">
      <w:pPr>
        <w:spacing w:after="60"/>
      </w:pPr>
      <w:r>
        <w:rPr>
          <w:color w:val="B9B9B9"/>
          <w:sz w:val="16"/>
        </w:rPr>
        <w:t>________________________________________________________</w:t>
      </w:r>
    </w:p>
    <w:p w14:paraId="4DAB0A9B" w14:textId="77777777" w:rsidR="00AE08AB" w:rsidRDefault="00AA2D9E">
      <w:pPr>
        <w:pStyle w:val="Heading2"/>
      </w:pPr>
      <w:r>
        <w:t>My Unfiltered Prayer</w:t>
      </w:r>
    </w:p>
    <w:p w14:paraId="35C2AB95" w14:textId="77777777" w:rsidR="00AE08AB" w:rsidRDefault="00AA2D9E">
      <w:r>
        <w:t>God, as I sit with disappointment can teach, what I most need to tell You honestly is…</w:t>
      </w:r>
    </w:p>
    <w:p w14:paraId="083D53B7" w14:textId="77777777" w:rsidR="00AE08AB" w:rsidRDefault="00AA2D9E">
      <w:pPr>
        <w:spacing w:after="60"/>
      </w:pPr>
      <w:r>
        <w:rPr>
          <w:color w:val="B9B9B9"/>
          <w:sz w:val="16"/>
        </w:rPr>
        <w:t>________________________________________________________</w:t>
      </w:r>
    </w:p>
    <w:p w14:paraId="33C14C21" w14:textId="77777777" w:rsidR="00AE08AB" w:rsidRDefault="00AA2D9E">
      <w:pPr>
        <w:spacing w:after="60"/>
      </w:pPr>
      <w:r>
        <w:rPr>
          <w:color w:val="B9B9B9"/>
          <w:sz w:val="16"/>
        </w:rPr>
        <w:t>________________________________________________________</w:t>
      </w:r>
    </w:p>
    <w:p w14:paraId="19924DC1" w14:textId="77777777" w:rsidR="00AE08AB" w:rsidRDefault="00AA2D9E">
      <w:pPr>
        <w:spacing w:after="60"/>
      </w:pPr>
      <w:r>
        <w:rPr>
          <w:color w:val="B9B9B9"/>
          <w:sz w:val="16"/>
        </w:rPr>
        <w:t>________________________________________________________</w:t>
      </w:r>
    </w:p>
    <w:p w14:paraId="1CBDAEB2" w14:textId="77777777" w:rsidR="00AE08AB" w:rsidRDefault="00AA2D9E">
      <w:pPr>
        <w:spacing w:after="60"/>
      </w:pPr>
      <w:r>
        <w:rPr>
          <w:color w:val="B9B9B9"/>
          <w:sz w:val="16"/>
        </w:rPr>
        <w:lastRenderedPageBreak/>
        <w:t>________________________________________________________</w:t>
      </w:r>
    </w:p>
    <w:p w14:paraId="33E3A461" w14:textId="77777777" w:rsidR="00AE08AB" w:rsidRDefault="00AA2D9E">
      <w:pPr>
        <w:spacing w:after="60"/>
      </w:pPr>
      <w:r>
        <w:rPr>
          <w:color w:val="B9B9B9"/>
          <w:sz w:val="16"/>
        </w:rPr>
        <w:t>________________________________________________________</w:t>
      </w:r>
    </w:p>
    <w:p w14:paraId="3F25DC2E" w14:textId="77777777" w:rsidR="00AE08AB" w:rsidRDefault="00AA2D9E">
      <w:pPr>
        <w:spacing w:after="60"/>
      </w:pPr>
      <w:r>
        <w:rPr>
          <w:color w:val="B9B9B9"/>
          <w:sz w:val="16"/>
        </w:rPr>
        <w:t>________________________________________________________</w:t>
      </w:r>
    </w:p>
    <w:p w14:paraId="2A7C9A5E" w14:textId="77777777" w:rsidR="00AE08AB" w:rsidRDefault="00AA2D9E">
      <w:pPr>
        <w:spacing w:after="60"/>
      </w:pPr>
      <w:r>
        <w:rPr>
          <w:color w:val="B9B9B9"/>
          <w:sz w:val="16"/>
        </w:rPr>
        <w:t>________________________________________________________</w:t>
      </w:r>
    </w:p>
    <w:p w14:paraId="093AD0D5" w14:textId="77777777" w:rsidR="00AE08AB" w:rsidRDefault="00AA2D9E">
      <w:r>
        <w:br w:type="page"/>
      </w:r>
    </w:p>
    <w:p w14:paraId="306A3633" w14:textId="77777777" w:rsidR="00AE08AB" w:rsidRDefault="00AA2D9E">
      <w:pPr>
        <w:pStyle w:val="Heading2"/>
      </w:pPr>
      <w:r>
        <w:lastRenderedPageBreak/>
        <w:t>DAY 19</w:t>
      </w:r>
    </w:p>
    <w:p w14:paraId="75AE0C8E" w14:textId="77777777" w:rsidR="00AE08AB" w:rsidRDefault="00AA2D9E">
      <w:pPr>
        <w:pStyle w:val="Heading1"/>
      </w:pPr>
      <w:r>
        <w:t>Releasing Control</w:t>
      </w:r>
    </w:p>
    <w:p w14:paraId="31248F1C" w14:textId="77777777" w:rsidR="00AE08AB" w:rsidRDefault="00AA2D9E">
      <w:r>
        <w:rPr>
          <w:b/>
          <w:color w:val="B08D3A"/>
        </w:rPr>
        <w:t xml:space="preserve">SCRIPTURE ANCHOR  </w:t>
      </w:r>
      <w:r>
        <w:t>Matthew 6:10</w:t>
      </w:r>
    </w:p>
    <w:p w14:paraId="6292F1D2" w14:textId="77777777" w:rsidR="00AE08AB" w:rsidRDefault="00AA2D9E">
      <w:pPr>
        <w:pStyle w:val="Heading2"/>
      </w:pPr>
      <w:r>
        <w:t>Pause</w:t>
      </w:r>
    </w:p>
    <w:p w14:paraId="3A53FE86" w14:textId="77777777" w:rsidR="00AE08AB" w:rsidRDefault="00AA2D9E">
      <w:r>
        <w:t>Take three slow breaths. Let your body become still. You do not have to solve anything before you pray.</w:t>
      </w:r>
    </w:p>
    <w:p w14:paraId="43583079" w14:textId="77777777" w:rsidR="00AE08AB" w:rsidRDefault="00AA2D9E">
      <w:pPr>
        <w:pStyle w:val="Heading2"/>
      </w:pPr>
      <w:r>
        <w:t>Guided Prayer</w:t>
      </w:r>
    </w:p>
    <w:p w14:paraId="29486AF9" w14:textId="77777777" w:rsidR="00AE08AB" w:rsidRDefault="00AA2D9E">
      <w:r>
        <w:t>Father, I bring You the reality of releasing control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questi</w:t>
      </w:r>
      <w:r>
        <w:t>ons remain unanswered. In Jesus' name, Amen.</w:t>
      </w:r>
    </w:p>
    <w:p w14:paraId="5A3CA434" w14:textId="77777777" w:rsidR="00AE08AB" w:rsidRDefault="00AA2D9E">
      <w:pPr>
        <w:pStyle w:val="Heading2"/>
      </w:pPr>
      <w:r>
        <w:t>Release</w:t>
      </w:r>
    </w:p>
    <w:p w14:paraId="63743F3F" w14:textId="77777777" w:rsidR="00AE08AB" w:rsidRDefault="00AA2D9E">
      <w:r>
        <w:t>Complete this sentence slowly: “Father, today I place into Your hands…”</w:t>
      </w:r>
    </w:p>
    <w:p w14:paraId="7DAB445A" w14:textId="77777777" w:rsidR="00AE08AB" w:rsidRDefault="00AA2D9E">
      <w:pPr>
        <w:spacing w:after="60"/>
      </w:pPr>
      <w:r>
        <w:rPr>
          <w:color w:val="B9B9B9"/>
          <w:sz w:val="16"/>
        </w:rPr>
        <w:t>________________________________________________________</w:t>
      </w:r>
    </w:p>
    <w:p w14:paraId="2E6A2330" w14:textId="77777777" w:rsidR="00AE08AB" w:rsidRDefault="00AA2D9E">
      <w:pPr>
        <w:spacing w:after="60"/>
      </w:pPr>
      <w:r>
        <w:rPr>
          <w:color w:val="B9B9B9"/>
          <w:sz w:val="16"/>
        </w:rPr>
        <w:t>________________________________________________________</w:t>
      </w:r>
    </w:p>
    <w:p w14:paraId="38D4B0E5" w14:textId="77777777" w:rsidR="00AE08AB" w:rsidRDefault="00AA2D9E">
      <w:pPr>
        <w:pStyle w:val="Heading2"/>
      </w:pPr>
      <w:r>
        <w:t>Listen</w:t>
      </w:r>
    </w:p>
    <w:p w14:paraId="52930D78" w14:textId="77777777" w:rsidR="00AE08AB" w:rsidRDefault="00AA2D9E">
      <w:r>
        <w:t>Remain quiet for a moment. What truth, Scripture, conviction, or gentle reminder is rising?</w:t>
      </w:r>
    </w:p>
    <w:p w14:paraId="6E788AFC" w14:textId="77777777" w:rsidR="00AE08AB" w:rsidRDefault="00AA2D9E">
      <w:pPr>
        <w:spacing w:after="60"/>
      </w:pPr>
      <w:r>
        <w:rPr>
          <w:color w:val="B9B9B9"/>
          <w:sz w:val="16"/>
        </w:rPr>
        <w:t>________________________________________________________</w:t>
      </w:r>
    </w:p>
    <w:p w14:paraId="2178CFF2" w14:textId="77777777" w:rsidR="00AE08AB" w:rsidRDefault="00AA2D9E">
      <w:pPr>
        <w:spacing w:after="60"/>
      </w:pPr>
      <w:r>
        <w:rPr>
          <w:color w:val="B9B9B9"/>
          <w:sz w:val="16"/>
        </w:rPr>
        <w:t>________________________________________________________</w:t>
      </w:r>
    </w:p>
    <w:p w14:paraId="32CE4E0F" w14:textId="77777777" w:rsidR="00AE08AB" w:rsidRDefault="00AA2D9E">
      <w:pPr>
        <w:pStyle w:val="Heading2"/>
      </w:pPr>
      <w:r>
        <w:t>My Unfiltered Prayer</w:t>
      </w:r>
    </w:p>
    <w:p w14:paraId="2F955271" w14:textId="77777777" w:rsidR="00AE08AB" w:rsidRDefault="00AA2D9E">
      <w:r>
        <w:t>God, as I sit with releasing control, what I most need to tell You honestly is…</w:t>
      </w:r>
    </w:p>
    <w:p w14:paraId="0E888D59" w14:textId="77777777" w:rsidR="00AE08AB" w:rsidRDefault="00AA2D9E">
      <w:pPr>
        <w:spacing w:after="60"/>
      </w:pPr>
      <w:r>
        <w:rPr>
          <w:color w:val="B9B9B9"/>
          <w:sz w:val="16"/>
        </w:rPr>
        <w:t>________________________________________________________</w:t>
      </w:r>
    </w:p>
    <w:p w14:paraId="27A35012" w14:textId="77777777" w:rsidR="00AE08AB" w:rsidRDefault="00AA2D9E">
      <w:pPr>
        <w:spacing w:after="60"/>
      </w:pPr>
      <w:r>
        <w:rPr>
          <w:color w:val="B9B9B9"/>
          <w:sz w:val="16"/>
        </w:rPr>
        <w:t>________________________________________________________</w:t>
      </w:r>
    </w:p>
    <w:p w14:paraId="3F4399FB" w14:textId="77777777" w:rsidR="00AE08AB" w:rsidRDefault="00AA2D9E">
      <w:pPr>
        <w:spacing w:after="60"/>
      </w:pPr>
      <w:r>
        <w:rPr>
          <w:color w:val="B9B9B9"/>
          <w:sz w:val="16"/>
        </w:rPr>
        <w:t>________________________________________________________</w:t>
      </w:r>
    </w:p>
    <w:p w14:paraId="1F770B0D" w14:textId="77777777" w:rsidR="00AE08AB" w:rsidRDefault="00AA2D9E">
      <w:pPr>
        <w:spacing w:after="60"/>
      </w:pPr>
      <w:r>
        <w:rPr>
          <w:color w:val="B9B9B9"/>
          <w:sz w:val="16"/>
        </w:rPr>
        <w:t>________________________________________________________</w:t>
      </w:r>
    </w:p>
    <w:p w14:paraId="34EFB589" w14:textId="77777777" w:rsidR="00AE08AB" w:rsidRDefault="00AA2D9E">
      <w:pPr>
        <w:spacing w:after="60"/>
      </w:pPr>
      <w:r>
        <w:rPr>
          <w:color w:val="B9B9B9"/>
          <w:sz w:val="16"/>
        </w:rPr>
        <w:lastRenderedPageBreak/>
        <w:t>________________________________________________________</w:t>
      </w:r>
    </w:p>
    <w:p w14:paraId="6B140B01" w14:textId="77777777" w:rsidR="00AE08AB" w:rsidRDefault="00AA2D9E">
      <w:pPr>
        <w:spacing w:after="60"/>
      </w:pPr>
      <w:r>
        <w:rPr>
          <w:color w:val="B9B9B9"/>
          <w:sz w:val="16"/>
        </w:rPr>
        <w:t>________________________________________________________</w:t>
      </w:r>
    </w:p>
    <w:p w14:paraId="7AF71514" w14:textId="77777777" w:rsidR="00AE08AB" w:rsidRDefault="00AA2D9E">
      <w:pPr>
        <w:spacing w:after="60"/>
      </w:pPr>
      <w:r>
        <w:rPr>
          <w:color w:val="B9B9B9"/>
          <w:sz w:val="16"/>
        </w:rPr>
        <w:t>________________________________________________________</w:t>
      </w:r>
    </w:p>
    <w:p w14:paraId="73F099DF" w14:textId="77777777" w:rsidR="00AE08AB" w:rsidRDefault="00AA2D9E">
      <w:r>
        <w:br w:type="page"/>
      </w:r>
    </w:p>
    <w:p w14:paraId="704BF8B8" w14:textId="77777777" w:rsidR="00AE08AB" w:rsidRDefault="00AA2D9E">
      <w:pPr>
        <w:pStyle w:val="Heading2"/>
      </w:pPr>
      <w:r>
        <w:lastRenderedPageBreak/>
        <w:t>DAY 20</w:t>
      </w:r>
    </w:p>
    <w:p w14:paraId="2D919CA9" w14:textId="77777777" w:rsidR="00AE08AB" w:rsidRDefault="00AA2D9E">
      <w:pPr>
        <w:pStyle w:val="Heading1"/>
      </w:pPr>
      <w:r>
        <w:t>Becoming Teachable</w:t>
      </w:r>
    </w:p>
    <w:p w14:paraId="4633D5F0" w14:textId="77777777" w:rsidR="00AE08AB" w:rsidRDefault="00AA2D9E">
      <w:r>
        <w:rPr>
          <w:b/>
          <w:color w:val="B08D3A"/>
        </w:rPr>
        <w:t xml:space="preserve">SCRIPTURE ANCHOR  </w:t>
      </w:r>
      <w:r>
        <w:t>Proverbs 9:9</w:t>
      </w:r>
    </w:p>
    <w:p w14:paraId="4DA32A29" w14:textId="77777777" w:rsidR="00AE08AB" w:rsidRDefault="00AA2D9E">
      <w:pPr>
        <w:pStyle w:val="Heading2"/>
      </w:pPr>
      <w:r>
        <w:t>Pause</w:t>
      </w:r>
    </w:p>
    <w:p w14:paraId="079535CC" w14:textId="77777777" w:rsidR="00AE08AB" w:rsidRDefault="00AA2D9E">
      <w:r>
        <w:t>Take three slow breaths. Let your body become still. You do not have to solve anything before you pray.</w:t>
      </w:r>
    </w:p>
    <w:p w14:paraId="023D90DB" w14:textId="77777777" w:rsidR="00AE08AB" w:rsidRDefault="00AA2D9E">
      <w:pPr>
        <w:pStyle w:val="Heading2"/>
      </w:pPr>
      <w:r>
        <w:t>Guided Prayer</w:t>
      </w:r>
    </w:p>
    <w:p w14:paraId="0EEAC873" w14:textId="77777777" w:rsidR="00AE08AB" w:rsidRDefault="00AA2D9E">
      <w:r>
        <w:t>Father, I bring You the reality of becoming teachable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quest</w:t>
      </w:r>
      <w:r>
        <w:t>ions remain unanswered. In Jesus' name, Amen.</w:t>
      </w:r>
    </w:p>
    <w:p w14:paraId="6018A1AB" w14:textId="77777777" w:rsidR="00AE08AB" w:rsidRDefault="00AA2D9E">
      <w:pPr>
        <w:pStyle w:val="Heading2"/>
      </w:pPr>
      <w:r>
        <w:t>Release</w:t>
      </w:r>
    </w:p>
    <w:p w14:paraId="2BFF0F50" w14:textId="77777777" w:rsidR="00AE08AB" w:rsidRDefault="00AA2D9E">
      <w:r>
        <w:t>Complete this sentence slowly: “Father, today I place into Your hands…”</w:t>
      </w:r>
    </w:p>
    <w:p w14:paraId="72FB4301" w14:textId="77777777" w:rsidR="00AE08AB" w:rsidRDefault="00AA2D9E">
      <w:pPr>
        <w:spacing w:after="60"/>
      </w:pPr>
      <w:r>
        <w:rPr>
          <w:color w:val="B9B9B9"/>
          <w:sz w:val="16"/>
        </w:rPr>
        <w:t>________________________________________________________</w:t>
      </w:r>
    </w:p>
    <w:p w14:paraId="2C46807D" w14:textId="77777777" w:rsidR="00AE08AB" w:rsidRDefault="00AA2D9E">
      <w:pPr>
        <w:spacing w:after="60"/>
      </w:pPr>
      <w:r>
        <w:rPr>
          <w:color w:val="B9B9B9"/>
          <w:sz w:val="16"/>
        </w:rPr>
        <w:t>________________________________________________________</w:t>
      </w:r>
    </w:p>
    <w:p w14:paraId="27BC1075" w14:textId="77777777" w:rsidR="00AE08AB" w:rsidRDefault="00AA2D9E">
      <w:pPr>
        <w:pStyle w:val="Heading2"/>
      </w:pPr>
      <w:r>
        <w:t>Listen</w:t>
      </w:r>
    </w:p>
    <w:p w14:paraId="74D01232" w14:textId="77777777" w:rsidR="00AE08AB" w:rsidRDefault="00AA2D9E">
      <w:r>
        <w:t>Remain quiet for a moment. What truth, Scripture, conviction, or gentle reminder is rising?</w:t>
      </w:r>
    </w:p>
    <w:p w14:paraId="6D57031E" w14:textId="77777777" w:rsidR="00AE08AB" w:rsidRDefault="00AA2D9E">
      <w:pPr>
        <w:spacing w:after="60"/>
      </w:pPr>
      <w:r>
        <w:rPr>
          <w:color w:val="B9B9B9"/>
          <w:sz w:val="16"/>
        </w:rPr>
        <w:t>________________________________________________________</w:t>
      </w:r>
    </w:p>
    <w:p w14:paraId="3E1F98F3" w14:textId="77777777" w:rsidR="00AE08AB" w:rsidRDefault="00AA2D9E">
      <w:pPr>
        <w:spacing w:after="60"/>
      </w:pPr>
      <w:r>
        <w:rPr>
          <w:color w:val="B9B9B9"/>
          <w:sz w:val="16"/>
        </w:rPr>
        <w:t>________________________________________________________</w:t>
      </w:r>
    </w:p>
    <w:p w14:paraId="5D3B7047" w14:textId="77777777" w:rsidR="00AE08AB" w:rsidRDefault="00AA2D9E">
      <w:pPr>
        <w:pStyle w:val="Heading2"/>
      </w:pPr>
      <w:r>
        <w:t>My Unfiltered Prayer</w:t>
      </w:r>
    </w:p>
    <w:p w14:paraId="4C4F3101" w14:textId="77777777" w:rsidR="00AE08AB" w:rsidRDefault="00AA2D9E">
      <w:r>
        <w:t>God, as I sit with becoming teachable, what I most need to tell You honestly is…</w:t>
      </w:r>
    </w:p>
    <w:p w14:paraId="1517CBB5" w14:textId="77777777" w:rsidR="00AE08AB" w:rsidRDefault="00AA2D9E">
      <w:pPr>
        <w:spacing w:after="60"/>
      </w:pPr>
      <w:r>
        <w:rPr>
          <w:color w:val="B9B9B9"/>
          <w:sz w:val="16"/>
        </w:rPr>
        <w:t>________________________________________________________</w:t>
      </w:r>
    </w:p>
    <w:p w14:paraId="4CEE9826" w14:textId="77777777" w:rsidR="00AE08AB" w:rsidRDefault="00AA2D9E">
      <w:pPr>
        <w:spacing w:after="60"/>
      </w:pPr>
      <w:r>
        <w:rPr>
          <w:color w:val="B9B9B9"/>
          <w:sz w:val="16"/>
        </w:rPr>
        <w:t>________________________________________________________</w:t>
      </w:r>
    </w:p>
    <w:p w14:paraId="784FC8E3" w14:textId="77777777" w:rsidR="00AE08AB" w:rsidRDefault="00AA2D9E">
      <w:pPr>
        <w:spacing w:after="60"/>
      </w:pPr>
      <w:r>
        <w:rPr>
          <w:color w:val="B9B9B9"/>
          <w:sz w:val="16"/>
        </w:rPr>
        <w:t>________________________________________________________</w:t>
      </w:r>
    </w:p>
    <w:p w14:paraId="27DA9990" w14:textId="77777777" w:rsidR="00AE08AB" w:rsidRDefault="00AA2D9E">
      <w:pPr>
        <w:spacing w:after="60"/>
      </w:pPr>
      <w:r>
        <w:rPr>
          <w:color w:val="B9B9B9"/>
          <w:sz w:val="16"/>
        </w:rPr>
        <w:lastRenderedPageBreak/>
        <w:t>________________________________________________________</w:t>
      </w:r>
    </w:p>
    <w:p w14:paraId="0841EEC6" w14:textId="77777777" w:rsidR="00AE08AB" w:rsidRDefault="00AA2D9E">
      <w:pPr>
        <w:spacing w:after="60"/>
      </w:pPr>
      <w:r>
        <w:rPr>
          <w:color w:val="B9B9B9"/>
          <w:sz w:val="16"/>
        </w:rPr>
        <w:t>________________________________________________________</w:t>
      </w:r>
    </w:p>
    <w:p w14:paraId="6471E404" w14:textId="77777777" w:rsidR="00AE08AB" w:rsidRDefault="00AA2D9E">
      <w:pPr>
        <w:spacing w:after="60"/>
      </w:pPr>
      <w:r>
        <w:rPr>
          <w:color w:val="B9B9B9"/>
          <w:sz w:val="16"/>
        </w:rPr>
        <w:t>________________________________________________________</w:t>
      </w:r>
    </w:p>
    <w:p w14:paraId="00454F3D" w14:textId="77777777" w:rsidR="00AE08AB" w:rsidRDefault="00AA2D9E">
      <w:pPr>
        <w:spacing w:after="60"/>
      </w:pPr>
      <w:r>
        <w:rPr>
          <w:color w:val="B9B9B9"/>
          <w:sz w:val="16"/>
        </w:rPr>
        <w:t>________________________________________________________</w:t>
      </w:r>
    </w:p>
    <w:p w14:paraId="7DFD8C35" w14:textId="77777777" w:rsidR="00AE08AB" w:rsidRDefault="00AA2D9E">
      <w:r>
        <w:br w:type="page"/>
      </w:r>
    </w:p>
    <w:p w14:paraId="02F8BE2D" w14:textId="77777777" w:rsidR="00AE08AB" w:rsidRDefault="00AA2D9E">
      <w:pPr>
        <w:pStyle w:val="Heading2"/>
      </w:pPr>
      <w:r>
        <w:lastRenderedPageBreak/>
        <w:t>DAY 21</w:t>
      </w:r>
    </w:p>
    <w:p w14:paraId="1BA47C06" w14:textId="77777777" w:rsidR="00AE08AB" w:rsidRDefault="00AA2D9E">
      <w:pPr>
        <w:pStyle w:val="Heading1"/>
      </w:pPr>
      <w:r>
        <w:t>What Change Reveals About You</w:t>
      </w:r>
    </w:p>
    <w:p w14:paraId="1036A416" w14:textId="77777777" w:rsidR="00AE08AB" w:rsidRDefault="00AA2D9E">
      <w:r>
        <w:rPr>
          <w:b/>
          <w:color w:val="B08D3A"/>
        </w:rPr>
        <w:t xml:space="preserve">SCRIPTURE ANCHOR  </w:t>
      </w:r>
      <w:r>
        <w:t>Deuteronomy 8:2</w:t>
      </w:r>
    </w:p>
    <w:p w14:paraId="1B41A96D" w14:textId="77777777" w:rsidR="00AE08AB" w:rsidRDefault="00AA2D9E">
      <w:pPr>
        <w:pStyle w:val="Heading2"/>
      </w:pPr>
      <w:r>
        <w:t>Pause</w:t>
      </w:r>
    </w:p>
    <w:p w14:paraId="410D6E60" w14:textId="77777777" w:rsidR="00AE08AB" w:rsidRDefault="00AA2D9E">
      <w:r>
        <w:t>Take three slow breaths. Let your body become still. You do not have to solve anything before you pray.</w:t>
      </w:r>
    </w:p>
    <w:p w14:paraId="3B50200F" w14:textId="77777777" w:rsidR="00AE08AB" w:rsidRDefault="00AA2D9E">
      <w:pPr>
        <w:pStyle w:val="Heading2"/>
      </w:pPr>
      <w:r>
        <w:t>Guided Prayer</w:t>
      </w:r>
    </w:p>
    <w:p w14:paraId="0BEAA85C" w14:textId="77777777" w:rsidR="00AE08AB" w:rsidRDefault="00AA2D9E">
      <w:r>
        <w:t>Father, I bring You the reality of what change reveals about you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w:t>
      </w:r>
      <w:r>
        <w:t xml:space="preserve"> some questions remain unanswered. In Jesus' name, Amen.</w:t>
      </w:r>
    </w:p>
    <w:p w14:paraId="44497AC8" w14:textId="77777777" w:rsidR="00AE08AB" w:rsidRDefault="00AA2D9E">
      <w:pPr>
        <w:pStyle w:val="Heading2"/>
      </w:pPr>
      <w:r>
        <w:t>Release</w:t>
      </w:r>
    </w:p>
    <w:p w14:paraId="51F82EAF" w14:textId="77777777" w:rsidR="00AE08AB" w:rsidRDefault="00AA2D9E">
      <w:r>
        <w:t>Complete this sentence slowly: “Father, today I place into Your hands…”</w:t>
      </w:r>
    </w:p>
    <w:p w14:paraId="3923DC39" w14:textId="77777777" w:rsidR="00AE08AB" w:rsidRDefault="00AA2D9E">
      <w:pPr>
        <w:spacing w:after="60"/>
      </w:pPr>
      <w:r>
        <w:rPr>
          <w:color w:val="B9B9B9"/>
          <w:sz w:val="16"/>
        </w:rPr>
        <w:t>________________________________________________________</w:t>
      </w:r>
    </w:p>
    <w:p w14:paraId="2FC438B8" w14:textId="77777777" w:rsidR="00AE08AB" w:rsidRDefault="00AA2D9E">
      <w:pPr>
        <w:spacing w:after="60"/>
      </w:pPr>
      <w:r>
        <w:rPr>
          <w:color w:val="B9B9B9"/>
          <w:sz w:val="16"/>
        </w:rPr>
        <w:t>________________________________________________________</w:t>
      </w:r>
    </w:p>
    <w:p w14:paraId="15C0C5A9" w14:textId="77777777" w:rsidR="00AE08AB" w:rsidRDefault="00AA2D9E">
      <w:pPr>
        <w:pStyle w:val="Heading2"/>
      </w:pPr>
      <w:r>
        <w:t>Listen</w:t>
      </w:r>
    </w:p>
    <w:p w14:paraId="1F6B9D91" w14:textId="77777777" w:rsidR="00AE08AB" w:rsidRDefault="00AA2D9E">
      <w:r>
        <w:t>Remain quiet for a moment. What truth, Scripture, conviction, or gentle reminder is rising?</w:t>
      </w:r>
    </w:p>
    <w:p w14:paraId="7E888DDA" w14:textId="77777777" w:rsidR="00AE08AB" w:rsidRDefault="00AA2D9E">
      <w:pPr>
        <w:spacing w:after="60"/>
      </w:pPr>
      <w:r>
        <w:rPr>
          <w:color w:val="B9B9B9"/>
          <w:sz w:val="16"/>
        </w:rPr>
        <w:t>________________________________________________________</w:t>
      </w:r>
    </w:p>
    <w:p w14:paraId="57B6DDA7" w14:textId="77777777" w:rsidR="00AE08AB" w:rsidRDefault="00AA2D9E">
      <w:pPr>
        <w:spacing w:after="60"/>
      </w:pPr>
      <w:r>
        <w:rPr>
          <w:color w:val="B9B9B9"/>
          <w:sz w:val="16"/>
        </w:rPr>
        <w:t>________________________________________________________</w:t>
      </w:r>
    </w:p>
    <w:p w14:paraId="1D623A71" w14:textId="77777777" w:rsidR="00AE08AB" w:rsidRDefault="00AA2D9E">
      <w:pPr>
        <w:pStyle w:val="Heading2"/>
      </w:pPr>
      <w:r>
        <w:t>My Unfiltered Prayer</w:t>
      </w:r>
    </w:p>
    <w:p w14:paraId="5C68D4AB" w14:textId="77777777" w:rsidR="00AE08AB" w:rsidRDefault="00AA2D9E">
      <w:r>
        <w:t>God, as I sit with what change reveals about you, what I most need to tell You honestly is…</w:t>
      </w:r>
    </w:p>
    <w:p w14:paraId="3CB3993C" w14:textId="77777777" w:rsidR="00AE08AB" w:rsidRDefault="00AA2D9E">
      <w:pPr>
        <w:spacing w:after="60"/>
      </w:pPr>
      <w:r>
        <w:rPr>
          <w:color w:val="B9B9B9"/>
          <w:sz w:val="16"/>
        </w:rPr>
        <w:t>________________________________________________________</w:t>
      </w:r>
    </w:p>
    <w:p w14:paraId="510A68F7" w14:textId="77777777" w:rsidR="00AE08AB" w:rsidRDefault="00AA2D9E">
      <w:pPr>
        <w:spacing w:after="60"/>
      </w:pPr>
      <w:r>
        <w:rPr>
          <w:color w:val="B9B9B9"/>
          <w:sz w:val="16"/>
        </w:rPr>
        <w:t>________________________________________________________</w:t>
      </w:r>
    </w:p>
    <w:p w14:paraId="1769A13A" w14:textId="77777777" w:rsidR="00AE08AB" w:rsidRDefault="00AA2D9E">
      <w:pPr>
        <w:spacing w:after="60"/>
      </w:pPr>
      <w:r>
        <w:rPr>
          <w:color w:val="B9B9B9"/>
          <w:sz w:val="16"/>
        </w:rPr>
        <w:t>________________________________________________________</w:t>
      </w:r>
    </w:p>
    <w:p w14:paraId="4A5AEB36" w14:textId="77777777" w:rsidR="00AE08AB" w:rsidRDefault="00AA2D9E">
      <w:pPr>
        <w:spacing w:after="60"/>
      </w:pPr>
      <w:r>
        <w:rPr>
          <w:color w:val="B9B9B9"/>
          <w:sz w:val="16"/>
        </w:rPr>
        <w:lastRenderedPageBreak/>
        <w:t>________________________________________________________</w:t>
      </w:r>
    </w:p>
    <w:p w14:paraId="1CFE58DA" w14:textId="77777777" w:rsidR="00AE08AB" w:rsidRDefault="00AA2D9E">
      <w:pPr>
        <w:spacing w:after="60"/>
      </w:pPr>
      <w:r>
        <w:rPr>
          <w:color w:val="B9B9B9"/>
          <w:sz w:val="16"/>
        </w:rPr>
        <w:t>________________________________________________________</w:t>
      </w:r>
    </w:p>
    <w:p w14:paraId="64A35BB0" w14:textId="77777777" w:rsidR="00AE08AB" w:rsidRDefault="00AA2D9E">
      <w:pPr>
        <w:spacing w:after="60"/>
      </w:pPr>
      <w:r>
        <w:rPr>
          <w:color w:val="B9B9B9"/>
          <w:sz w:val="16"/>
        </w:rPr>
        <w:t>________________________________________________________</w:t>
      </w:r>
    </w:p>
    <w:p w14:paraId="6A016D7D" w14:textId="77777777" w:rsidR="00AE08AB" w:rsidRDefault="00AA2D9E">
      <w:pPr>
        <w:spacing w:after="60"/>
      </w:pPr>
      <w:r>
        <w:rPr>
          <w:color w:val="B9B9B9"/>
          <w:sz w:val="16"/>
        </w:rPr>
        <w:t>________________________________________________________</w:t>
      </w:r>
    </w:p>
    <w:p w14:paraId="53D24C98" w14:textId="77777777" w:rsidR="00AE08AB" w:rsidRDefault="00AA2D9E">
      <w:pPr>
        <w:pStyle w:val="Heading1"/>
      </w:pPr>
      <w:r>
        <w:t>Sacred Pause</w:t>
      </w:r>
    </w:p>
    <w:p w14:paraId="45D14A8B" w14:textId="77777777" w:rsidR="00AE08AB" w:rsidRDefault="00AA2D9E">
      <w:pPr>
        <w:pStyle w:val="Heading3"/>
      </w:pPr>
      <w:r>
        <w:t>What happened within me this week?</w:t>
      </w:r>
    </w:p>
    <w:p w14:paraId="0925A2D9" w14:textId="77777777" w:rsidR="00AE08AB" w:rsidRDefault="00AA2D9E">
      <w:pPr>
        <w:spacing w:after="60"/>
      </w:pPr>
      <w:r>
        <w:rPr>
          <w:color w:val="B9B9B9"/>
          <w:sz w:val="16"/>
        </w:rPr>
        <w:t>________________________________________________________</w:t>
      </w:r>
    </w:p>
    <w:p w14:paraId="03E504F9" w14:textId="77777777" w:rsidR="00AE08AB" w:rsidRDefault="00AA2D9E">
      <w:pPr>
        <w:pStyle w:val="Heading3"/>
      </w:pPr>
      <w:r>
        <w:t>What emotion appeared most often?</w:t>
      </w:r>
    </w:p>
    <w:p w14:paraId="03FC8965" w14:textId="77777777" w:rsidR="00AE08AB" w:rsidRDefault="00AA2D9E">
      <w:pPr>
        <w:spacing w:after="60"/>
      </w:pPr>
      <w:r>
        <w:rPr>
          <w:color w:val="B9B9B9"/>
          <w:sz w:val="16"/>
        </w:rPr>
        <w:t>________________________________________________________</w:t>
      </w:r>
    </w:p>
    <w:p w14:paraId="0A2F9F5E" w14:textId="77777777" w:rsidR="00AE08AB" w:rsidRDefault="00AA2D9E">
      <w:pPr>
        <w:pStyle w:val="Heading3"/>
      </w:pPr>
      <w:r>
        <w:t>Where did I recognize God's grace?</w:t>
      </w:r>
    </w:p>
    <w:p w14:paraId="60018B0D" w14:textId="77777777" w:rsidR="00AE08AB" w:rsidRDefault="00AA2D9E">
      <w:pPr>
        <w:spacing w:after="60"/>
      </w:pPr>
      <w:r>
        <w:rPr>
          <w:color w:val="B9B9B9"/>
          <w:sz w:val="16"/>
        </w:rPr>
        <w:t>________________________________________________________</w:t>
      </w:r>
    </w:p>
    <w:p w14:paraId="36404A83" w14:textId="77777777" w:rsidR="00AE08AB" w:rsidRDefault="00AA2D9E">
      <w:pPr>
        <w:pStyle w:val="Heading3"/>
      </w:pPr>
      <w:r>
        <w:t>What do I refuse to carry into another week?</w:t>
      </w:r>
    </w:p>
    <w:p w14:paraId="5B7766CB" w14:textId="77777777" w:rsidR="00AE08AB" w:rsidRDefault="00AA2D9E">
      <w:pPr>
        <w:spacing w:after="60"/>
      </w:pPr>
      <w:r>
        <w:rPr>
          <w:color w:val="B9B9B9"/>
          <w:sz w:val="16"/>
        </w:rPr>
        <w:t>________________________________________________________</w:t>
      </w:r>
    </w:p>
    <w:p w14:paraId="0EAF6678" w14:textId="77777777" w:rsidR="00AE08AB" w:rsidRDefault="00AA2D9E">
      <w:pPr>
        <w:pStyle w:val="Heading3"/>
      </w:pPr>
      <w:r>
        <w:t>What do I need to receive from God now?</w:t>
      </w:r>
    </w:p>
    <w:p w14:paraId="79FAD292" w14:textId="77777777" w:rsidR="00AE08AB" w:rsidRDefault="00AA2D9E">
      <w:pPr>
        <w:spacing w:after="60"/>
      </w:pPr>
      <w:r>
        <w:rPr>
          <w:color w:val="B9B9B9"/>
          <w:sz w:val="16"/>
        </w:rPr>
        <w:t>________________________________________________________</w:t>
      </w:r>
    </w:p>
    <w:p w14:paraId="266D2819" w14:textId="77777777" w:rsidR="00AE08AB" w:rsidRDefault="00AA2D9E">
      <w:r>
        <w:br w:type="page"/>
      </w:r>
    </w:p>
    <w:p w14:paraId="44A800B4" w14:textId="77777777" w:rsidR="00AE08AB" w:rsidRDefault="00AA2D9E">
      <w:pPr>
        <w:pStyle w:val="Heading2"/>
      </w:pPr>
      <w:r>
        <w:lastRenderedPageBreak/>
        <w:t>DAY 22</w:t>
      </w:r>
    </w:p>
    <w:p w14:paraId="7C2FC703" w14:textId="77777777" w:rsidR="00AE08AB" w:rsidRDefault="00AA2D9E">
      <w:pPr>
        <w:pStyle w:val="Heading1"/>
      </w:pPr>
      <w:r>
        <w:t>Character Before Comfort</w:t>
      </w:r>
    </w:p>
    <w:p w14:paraId="4FF2C52F" w14:textId="77777777" w:rsidR="00AE08AB" w:rsidRDefault="00AA2D9E">
      <w:r>
        <w:rPr>
          <w:b/>
          <w:color w:val="B08D3A"/>
        </w:rPr>
        <w:t xml:space="preserve">SCRIPTURE ANCHOR  </w:t>
      </w:r>
      <w:r>
        <w:t>Romans 5:4</w:t>
      </w:r>
    </w:p>
    <w:p w14:paraId="2F838919" w14:textId="77777777" w:rsidR="00AE08AB" w:rsidRDefault="00AA2D9E">
      <w:pPr>
        <w:pStyle w:val="Heading2"/>
      </w:pPr>
      <w:r>
        <w:t>Pause</w:t>
      </w:r>
    </w:p>
    <w:p w14:paraId="642F4292" w14:textId="77777777" w:rsidR="00AE08AB" w:rsidRDefault="00AA2D9E">
      <w:r>
        <w:t>Take three slow breaths. Let your body become still. You do not have to solve anything before you pray.</w:t>
      </w:r>
    </w:p>
    <w:p w14:paraId="0419C79D" w14:textId="77777777" w:rsidR="00AE08AB" w:rsidRDefault="00AA2D9E">
      <w:pPr>
        <w:pStyle w:val="Heading2"/>
      </w:pPr>
      <w:r>
        <w:t>Guided Prayer</w:t>
      </w:r>
    </w:p>
    <w:p w14:paraId="6C0B8D14" w14:textId="77777777" w:rsidR="00AE08AB" w:rsidRDefault="00AA2D9E">
      <w:r>
        <w:t>Father, I bring You the reality of character before comfort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w:t>
      </w:r>
      <w:r>
        <w:t xml:space="preserve"> questions remain unanswered. In Jesus' name, Amen.</w:t>
      </w:r>
    </w:p>
    <w:p w14:paraId="12301734" w14:textId="77777777" w:rsidR="00AE08AB" w:rsidRDefault="00AA2D9E">
      <w:pPr>
        <w:pStyle w:val="Heading2"/>
      </w:pPr>
      <w:r>
        <w:t>Release</w:t>
      </w:r>
    </w:p>
    <w:p w14:paraId="59F6DEC3" w14:textId="77777777" w:rsidR="00AE08AB" w:rsidRDefault="00AA2D9E">
      <w:r>
        <w:t>Complete this sentence slowly: “Father, today I place into Your hands…”</w:t>
      </w:r>
    </w:p>
    <w:p w14:paraId="6ECCB382" w14:textId="77777777" w:rsidR="00AE08AB" w:rsidRDefault="00AA2D9E">
      <w:pPr>
        <w:spacing w:after="60"/>
      </w:pPr>
      <w:r>
        <w:rPr>
          <w:color w:val="B9B9B9"/>
          <w:sz w:val="16"/>
        </w:rPr>
        <w:t>________________________________________________________</w:t>
      </w:r>
    </w:p>
    <w:p w14:paraId="3E0F65CF" w14:textId="77777777" w:rsidR="00AE08AB" w:rsidRDefault="00AA2D9E">
      <w:pPr>
        <w:spacing w:after="60"/>
      </w:pPr>
      <w:r>
        <w:rPr>
          <w:color w:val="B9B9B9"/>
          <w:sz w:val="16"/>
        </w:rPr>
        <w:t>________________________________________________________</w:t>
      </w:r>
    </w:p>
    <w:p w14:paraId="6FC1791C" w14:textId="77777777" w:rsidR="00AE08AB" w:rsidRDefault="00AA2D9E">
      <w:pPr>
        <w:pStyle w:val="Heading2"/>
      </w:pPr>
      <w:r>
        <w:t>Listen</w:t>
      </w:r>
    </w:p>
    <w:p w14:paraId="6C5008E0" w14:textId="77777777" w:rsidR="00AE08AB" w:rsidRDefault="00AA2D9E">
      <w:r>
        <w:t>Remain quiet for a moment. What truth, Scripture, conviction, or gentle reminder is rising?</w:t>
      </w:r>
    </w:p>
    <w:p w14:paraId="5571742E" w14:textId="77777777" w:rsidR="00AE08AB" w:rsidRDefault="00AA2D9E">
      <w:pPr>
        <w:spacing w:after="60"/>
      </w:pPr>
      <w:r>
        <w:rPr>
          <w:color w:val="B9B9B9"/>
          <w:sz w:val="16"/>
        </w:rPr>
        <w:t>________________________________________________________</w:t>
      </w:r>
    </w:p>
    <w:p w14:paraId="7C82FDD2" w14:textId="77777777" w:rsidR="00AE08AB" w:rsidRDefault="00AA2D9E">
      <w:pPr>
        <w:spacing w:after="60"/>
      </w:pPr>
      <w:r>
        <w:rPr>
          <w:color w:val="B9B9B9"/>
          <w:sz w:val="16"/>
        </w:rPr>
        <w:t>________________________________________________________</w:t>
      </w:r>
    </w:p>
    <w:p w14:paraId="48505DD2" w14:textId="77777777" w:rsidR="00AE08AB" w:rsidRDefault="00AA2D9E">
      <w:pPr>
        <w:pStyle w:val="Heading2"/>
      </w:pPr>
      <w:r>
        <w:t>My Unfiltered Prayer</w:t>
      </w:r>
    </w:p>
    <w:p w14:paraId="4E2C16EE" w14:textId="77777777" w:rsidR="00AE08AB" w:rsidRDefault="00AA2D9E">
      <w:r>
        <w:t>God, as I sit with character before comfort, what I most need to tell You honestly is…</w:t>
      </w:r>
    </w:p>
    <w:p w14:paraId="0C7899E8" w14:textId="77777777" w:rsidR="00AE08AB" w:rsidRDefault="00AA2D9E">
      <w:pPr>
        <w:spacing w:after="60"/>
      </w:pPr>
      <w:r>
        <w:rPr>
          <w:color w:val="B9B9B9"/>
          <w:sz w:val="16"/>
        </w:rPr>
        <w:t>________________________________________________________</w:t>
      </w:r>
    </w:p>
    <w:p w14:paraId="09B50CE9" w14:textId="77777777" w:rsidR="00AE08AB" w:rsidRDefault="00AA2D9E">
      <w:pPr>
        <w:spacing w:after="60"/>
      </w:pPr>
      <w:r>
        <w:rPr>
          <w:color w:val="B9B9B9"/>
          <w:sz w:val="16"/>
        </w:rPr>
        <w:t>________________________________________________________</w:t>
      </w:r>
    </w:p>
    <w:p w14:paraId="01BCFFE5" w14:textId="77777777" w:rsidR="00AE08AB" w:rsidRDefault="00AA2D9E">
      <w:pPr>
        <w:spacing w:after="60"/>
      </w:pPr>
      <w:r>
        <w:rPr>
          <w:color w:val="B9B9B9"/>
          <w:sz w:val="16"/>
        </w:rPr>
        <w:t>________________________________________________________</w:t>
      </w:r>
    </w:p>
    <w:p w14:paraId="4AB19EFA" w14:textId="77777777" w:rsidR="00AE08AB" w:rsidRDefault="00AA2D9E">
      <w:pPr>
        <w:spacing w:after="60"/>
      </w:pPr>
      <w:r>
        <w:rPr>
          <w:color w:val="B9B9B9"/>
          <w:sz w:val="16"/>
        </w:rPr>
        <w:lastRenderedPageBreak/>
        <w:t>________________________________________________________</w:t>
      </w:r>
    </w:p>
    <w:p w14:paraId="1B2CABCD" w14:textId="77777777" w:rsidR="00AE08AB" w:rsidRDefault="00AA2D9E">
      <w:pPr>
        <w:spacing w:after="60"/>
      </w:pPr>
      <w:r>
        <w:rPr>
          <w:color w:val="B9B9B9"/>
          <w:sz w:val="16"/>
        </w:rPr>
        <w:t>________________________________________________________</w:t>
      </w:r>
    </w:p>
    <w:p w14:paraId="1BC78CD3" w14:textId="77777777" w:rsidR="00AE08AB" w:rsidRDefault="00AA2D9E">
      <w:pPr>
        <w:spacing w:after="60"/>
      </w:pPr>
      <w:r>
        <w:rPr>
          <w:color w:val="B9B9B9"/>
          <w:sz w:val="16"/>
        </w:rPr>
        <w:t>________________________________________________________</w:t>
      </w:r>
    </w:p>
    <w:p w14:paraId="51723AB7" w14:textId="77777777" w:rsidR="00AE08AB" w:rsidRDefault="00AA2D9E">
      <w:pPr>
        <w:spacing w:after="60"/>
      </w:pPr>
      <w:r>
        <w:rPr>
          <w:color w:val="B9B9B9"/>
          <w:sz w:val="16"/>
        </w:rPr>
        <w:t>________________________________________________________</w:t>
      </w:r>
    </w:p>
    <w:p w14:paraId="264363EF" w14:textId="77777777" w:rsidR="00AE08AB" w:rsidRDefault="00AA2D9E">
      <w:r>
        <w:br w:type="page"/>
      </w:r>
    </w:p>
    <w:p w14:paraId="025D9F6B" w14:textId="77777777" w:rsidR="00AE08AB" w:rsidRDefault="00AA2D9E">
      <w:pPr>
        <w:pStyle w:val="Heading2"/>
      </w:pPr>
      <w:r>
        <w:lastRenderedPageBreak/>
        <w:t>DAY 23</w:t>
      </w:r>
    </w:p>
    <w:p w14:paraId="5CB98C4F" w14:textId="77777777" w:rsidR="00AE08AB" w:rsidRDefault="00AA2D9E">
      <w:pPr>
        <w:pStyle w:val="Heading1"/>
      </w:pPr>
      <w:r>
        <w:t>The Gift Hidden in Waiting</w:t>
      </w:r>
    </w:p>
    <w:p w14:paraId="554894A2" w14:textId="77777777" w:rsidR="00AE08AB" w:rsidRDefault="00AA2D9E">
      <w:r>
        <w:rPr>
          <w:b/>
          <w:color w:val="B08D3A"/>
        </w:rPr>
        <w:t xml:space="preserve">SCRIPTURE ANCHOR  </w:t>
      </w:r>
      <w:r>
        <w:t>Isaiah 40:31</w:t>
      </w:r>
    </w:p>
    <w:p w14:paraId="5C7AE4D7" w14:textId="77777777" w:rsidR="00AE08AB" w:rsidRDefault="00AA2D9E">
      <w:pPr>
        <w:pStyle w:val="Heading2"/>
      </w:pPr>
      <w:r>
        <w:t>Pause</w:t>
      </w:r>
    </w:p>
    <w:p w14:paraId="71A9EBB6" w14:textId="77777777" w:rsidR="00AE08AB" w:rsidRDefault="00AA2D9E">
      <w:r>
        <w:t>Take three slow breaths. Let your body become still. You do not have to solve anything before you pray.</w:t>
      </w:r>
    </w:p>
    <w:p w14:paraId="1EC49CA1" w14:textId="77777777" w:rsidR="00AE08AB" w:rsidRDefault="00AA2D9E">
      <w:pPr>
        <w:pStyle w:val="Heading2"/>
      </w:pPr>
      <w:r>
        <w:t>Guided Prayer</w:t>
      </w:r>
    </w:p>
    <w:p w14:paraId="77B99B89" w14:textId="77777777" w:rsidR="00AE08AB" w:rsidRDefault="00AA2D9E">
      <w:r>
        <w:t>Father, I bring You the reality of the gift hidden in waiting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w:t>
      </w:r>
      <w:r>
        <w:t>me questions remain unanswered. In Jesus' name, Amen.</w:t>
      </w:r>
    </w:p>
    <w:p w14:paraId="2690C8D0" w14:textId="77777777" w:rsidR="00AE08AB" w:rsidRDefault="00AA2D9E">
      <w:pPr>
        <w:pStyle w:val="Heading2"/>
      </w:pPr>
      <w:r>
        <w:t>Release</w:t>
      </w:r>
    </w:p>
    <w:p w14:paraId="1B7498B9" w14:textId="77777777" w:rsidR="00AE08AB" w:rsidRDefault="00AA2D9E">
      <w:r>
        <w:t>Complete this sentence slowly: “Father, today I place into Your hands…”</w:t>
      </w:r>
    </w:p>
    <w:p w14:paraId="6313BDC8" w14:textId="77777777" w:rsidR="00AE08AB" w:rsidRDefault="00AA2D9E">
      <w:pPr>
        <w:spacing w:after="60"/>
      </w:pPr>
      <w:r>
        <w:rPr>
          <w:color w:val="B9B9B9"/>
          <w:sz w:val="16"/>
        </w:rPr>
        <w:t>________________________________________________________</w:t>
      </w:r>
    </w:p>
    <w:p w14:paraId="076493ED" w14:textId="77777777" w:rsidR="00AE08AB" w:rsidRDefault="00AA2D9E">
      <w:pPr>
        <w:spacing w:after="60"/>
      </w:pPr>
      <w:r>
        <w:rPr>
          <w:color w:val="B9B9B9"/>
          <w:sz w:val="16"/>
        </w:rPr>
        <w:t>________________________________________________________</w:t>
      </w:r>
    </w:p>
    <w:p w14:paraId="388B9EA6" w14:textId="77777777" w:rsidR="00AE08AB" w:rsidRDefault="00AA2D9E">
      <w:pPr>
        <w:pStyle w:val="Heading2"/>
      </w:pPr>
      <w:r>
        <w:t>Listen</w:t>
      </w:r>
    </w:p>
    <w:p w14:paraId="5F521EF1" w14:textId="77777777" w:rsidR="00AE08AB" w:rsidRDefault="00AA2D9E">
      <w:r>
        <w:t>Remain quiet for a moment. What truth, Scripture, conviction, or gentle reminder is rising?</w:t>
      </w:r>
    </w:p>
    <w:p w14:paraId="6C79FF2E" w14:textId="77777777" w:rsidR="00AE08AB" w:rsidRDefault="00AA2D9E">
      <w:pPr>
        <w:spacing w:after="60"/>
      </w:pPr>
      <w:r>
        <w:rPr>
          <w:color w:val="B9B9B9"/>
          <w:sz w:val="16"/>
        </w:rPr>
        <w:t>________________________________________________________</w:t>
      </w:r>
    </w:p>
    <w:p w14:paraId="1F3F7CAD" w14:textId="77777777" w:rsidR="00AE08AB" w:rsidRDefault="00AA2D9E">
      <w:pPr>
        <w:spacing w:after="60"/>
      </w:pPr>
      <w:r>
        <w:rPr>
          <w:color w:val="B9B9B9"/>
          <w:sz w:val="16"/>
        </w:rPr>
        <w:t>________________________________________________________</w:t>
      </w:r>
    </w:p>
    <w:p w14:paraId="619EC127" w14:textId="77777777" w:rsidR="00AE08AB" w:rsidRDefault="00AA2D9E">
      <w:pPr>
        <w:pStyle w:val="Heading2"/>
      </w:pPr>
      <w:r>
        <w:t>My Unfiltered Prayer</w:t>
      </w:r>
    </w:p>
    <w:p w14:paraId="2264D9E0" w14:textId="77777777" w:rsidR="00AE08AB" w:rsidRDefault="00AA2D9E">
      <w:r>
        <w:t>God, as I sit with the gift hidden in waiting, what I most need to tell You honestly is…</w:t>
      </w:r>
    </w:p>
    <w:p w14:paraId="12071EA6" w14:textId="77777777" w:rsidR="00AE08AB" w:rsidRDefault="00AA2D9E">
      <w:pPr>
        <w:spacing w:after="60"/>
      </w:pPr>
      <w:r>
        <w:rPr>
          <w:color w:val="B9B9B9"/>
          <w:sz w:val="16"/>
        </w:rPr>
        <w:t>________________________________________________________</w:t>
      </w:r>
    </w:p>
    <w:p w14:paraId="362F8997" w14:textId="77777777" w:rsidR="00AE08AB" w:rsidRDefault="00AA2D9E">
      <w:pPr>
        <w:spacing w:after="60"/>
      </w:pPr>
      <w:r>
        <w:rPr>
          <w:color w:val="B9B9B9"/>
          <w:sz w:val="16"/>
        </w:rPr>
        <w:t>________________________________________________________</w:t>
      </w:r>
    </w:p>
    <w:p w14:paraId="58BE440A" w14:textId="77777777" w:rsidR="00AE08AB" w:rsidRDefault="00AA2D9E">
      <w:pPr>
        <w:spacing w:after="60"/>
      </w:pPr>
      <w:r>
        <w:rPr>
          <w:color w:val="B9B9B9"/>
          <w:sz w:val="16"/>
        </w:rPr>
        <w:t>________________________________________________________</w:t>
      </w:r>
    </w:p>
    <w:p w14:paraId="164519D6" w14:textId="77777777" w:rsidR="00AE08AB" w:rsidRDefault="00AA2D9E">
      <w:pPr>
        <w:spacing w:after="60"/>
      </w:pPr>
      <w:r>
        <w:rPr>
          <w:color w:val="B9B9B9"/>
          <w:sz w:val="16"/>
        </w:rPr>
        <w:lastRenderedPageBreak/>
        <w:t>________________________________________________________</w:t>
      </w:r>
    </w:p>
    <w:p w14:paraId="73FCF74A" w14:textId="77777777" w:rsidR="00AE08AB" w:rsidRDefault="00AA2D9E">
      <w:pPr>
        <w:spacing w:after="60"/>
      </w:pPr>
      <w:r>
        <w:rPr>
          <w:color w:val="B9B9B9"/>
          <w:sz w:val="16"/>
        </w:rPr>
        <w:t>________________________________________________________</w:t>
      </w:r>
    </w:p>
    <w:p w14:paraId="4AA7B5D6" w14:textId="77777777" w:rsidR="00AE08AB" w:rsidRDefault="00AA2D9E">
      <w:pPr>
        <w:spacing w:after="60"/>
      </w:pPr>
      <w:r>
        <w:rPr>
          <w:color w:val="B9B9B9"/>
          <w:sz w:val="16"/>
        </w:rPr>
        <w:t>________________________________________________________</w:t>
      </w:r>
    </w:p>
    <w:p w14:paraId="1EF7B892" w14:textId="77777777" w:rsidR="00AE08AB" w:rsidRDefault="00AA2D9E">
      <w:pPr>
        <w:spacing w:after="60"/>
      </w:pPr>
      <w:r>
        <w:rPr>
          <w:color w:val="B9B9B9"/>
          <w:sz w:val="16"/>
        </w:rPr>
        <w:t>________________________________________________________</w:t>
      </w:r>
    </w:p>
    <w:p w14:paraId="20708D1C" w14:textId="77777777" w:rsidR="00AE08AB" w:rsidRDefault="00AA2D9E">
      <w:r>
        <w:br w:type="page"/>
      </w:r>
    </w:p>
    <w:p w14:paraId="18E23D5F" w14:textId="77777777" w:rsidR="00AE08AB" w:rsidRDefault="00AA2D9E">
      <w:pPr>
        <w:pStyle w:val="Heading2"/>
      </w:pPr>
      <w:r>
        <w:lastRenderedPageBreak/>
        <w:t>DAY 24</w:t>
      </w:r>
    </w:p>
    <w:p w14:paraId="3A5922F4" w14:textId="77777777" w:rsidR="00AE08AB" w:rsidRDefault="00AA2D9E">
      <w:pPr>
        <w:pStyle w:val="Heading1"/>
      </w:pPr>
      <w:r>
        <w:t>Purpose Without Romanticizing Pain</w:t>
      </w:r>
    </w:p>
    <w:p w14:paraId="089EC263" w14:textId="77777777" w:rsidR="00AE08AB" w:rsidRDefault="00AA2D9E">
      <w:r>
        <w:rPr>
          <w:b/>
          <w:color w:val="B08D3A"/>
        </w:rPr>
        <w:t xml:space="preserve">SCRIPTURE ANCHOR  </w:t>
      </w:r>
      <w:r>
        <w:t>2 Corinthians 4:17</w:t>
      </w:r>
    </w:p>
    <w:p w14:paraId="4D93F7FA" w14:textId="77777777" w:rsidR="00AE08AB" w:rsidRDefault="00AA2D9E">
      <w:pPr>
        <w:pStyle w:val="Heading2"/>
      </w:pPr>
      <w:r>
        <w:t>Pause</w:t>
      </w:r>
    </w:p>
    <w:p w14:paraId="409D0B83" w14:textId="77777777" w:rsidR="00AE08AB" w:rsidRDefault="00AA2D9E">
      <w:r>
        <w:t>Take three slow breaths. Let your body become still. You do not have to solve anything before you pray.</w:t>
      </w:r>
    </w:p>
    <w:p w14:paraId="63CF6453" w14:textId="77777777" w:rsidR="00AE08AB" w:rsidRDefault="00AA2D9E">
      <w:pPr>
        <w:pStyle w:val="Heading2"/>
      </w:pPr>
      <w:r>
        <w:t>Guided Prayer</w:t>
      </w:r>
    </w:p>
    <w:p w14:paraId="2648A5C9" w14:textId="77777777" w:rsidR="00AE08AB" w:rsidRDefault="00AA2D9E">
      <w:r>
        <w:t xml:space="preserve">Father, I bring You the reality of purpose without romanticizing pain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t>
      </w:r>
      <w:r>
        <w:t>while some questions remain unanswered. In Jesus' name, Amen.</w:t>
      </w:r>
    </w:p>
    <w:p w14:paraId="4C0CDD7F" w14:textId="77777777" w:rsidR="00AE08AB" w:rsidRDefault="00AA2D9E">
      <w:pPr>
        <w:pStyle w:val="Heading2"/>
      </w:pPr>
      <w:r>
        <w:t>Release</w:t>
      </w:r>
    </w:p>
    <w:p w14:paraId="249A23EF" w14:textId="77777777" w:rsidR="00AE08AB" w:rsidRDefault="00AA2D9E">
      <w:r>
        <w:t>Complete this sentence slowly: “Father, today I place into Your hands…”</w:t>
      </w:r>
    </w:p>
    <w:p w14:paraId="486156A6" w14:textId="77777777" w:rsidR="00AE08AB" w:rsidRDefault="00AA2D9E">
      <w:pPr>
        <w:spacing w:after="60"/>
      </w:pPr>
      <w:r>
        <w:rPr>
          <w:color w:val="B9B9B9"/>
          <w:sz w:val="16"/>
        </w:rPr>
        <w:t>________________________________________________________</w:t>
      </w:r>
    </w:p>
    <w:p w14:paraId="5945FB70" w14:textId="77777777" w:rsidR="00AE08AB" w:rsidRDefault="00AA2D9E">
      <w:pPr>
        <w:spacing w:after="60"/>
      </w:pPr>
      <w:r>
        <w:rPr>
          <w:color w:val="B9B9B9"/>
          <w:sz w:val="16"/>
        </w:rPr>
        <w:t>________________________________________________________</w:t>
      </w:r>
    </w:p>
    <w:p w14:paraId="6CCBEF6C" w14:textId="77777777" w:rsidR="00AE08AB" w:rsidRDefault="00AA2D9E">
      <w:pPr>
        <w:pStyle w:val="Heading2"/>
      </w:pPr>
      <w:r>
        <w:t>Listen</w:t>
      </w:r>
    </w:p>
    <w:p w14:paraId="66ACE61D" w14:textId="77777777" w:rsidR="00AE08AB" w:rsidRDefault="00AA2D9E">
      <w:r>
        <w:t>Remain quiet for a moment. What truth, Scripture, conviction, or gentle reminder is rising?</w:t>
      </w:r>
    </w:p>
    <w:p w14:paraId="1204C553" w14:textId="77777777" w:rsidR="00AE08AB" w:rsidRDefault="00AA2D9E">
      <w:pPr>
        <w:spacing w:after="60"/>
      </w:pPr>
      <w:r>
        <w:rPr>
          <w:color w:val="B9B9B9"/>
          <w:sz w:val="16"/>
        </w:rPr>
        <w:t>________________________________________________________</w:t>
      </w:r>
    </w:p>
    <w:p w14:paraId="5C12AC03" w14:textId="77777777" w:rsidR="00AE08AB" w:rsidRDefault="00AA2D9E">
      <w:pPr>
        <w:spacing w:after="60"/>
      </w:pPr>
      <w:r>
        <w:rPr>
          <w:color w:val="B9B9B9"/>
          <w:sz w:val="16"/>
        </w:rPr>
        <w:t>________________________________________________________</w:t>
      </w:r>
    </w:p>
    <w:p w14:paraId="535DC508" w14:textId="77777777" w:rsidR="00AE08AB" w:rsidRDefault="00AA2D9E">
      <w:pPr>
        <w:pStyle w:val="Heading2"/>
      </w:pPr>
      <w:r>
        <w:t>My Unfiltered Prayer</w:t>
      </w:r>
    </w:p>
    <w:p w14:paraId="4F5CAADB" w14:textId="77777777" w:rsidR="00AE08AB" w:rsidRDefault="00AA2D9E">
      <w:r>
        <w:t>God, as I sit with purpose without romanticizing pain, what I most need to tell You honestly is…</w:t>
      </w:r>
    </w:p>
    <w:p w14:paraId="3113836E" w14:textId="77777777" w:rsidR="00AE08AB" w:rsidRDefault="00AA2D9E">
      <w:pPr>
        <w:spacing w:after="60"/>
      </w:pPr>
      <w:r>
        <w:rPr>
          <w:color w:val="B9B9B9"/>
          <w:sz w:val="16"/>
        </w:rPr>
        <w:t>________________________________________________________</w:t>
      </w:r>
    </w:p>
    <w:p w14:paraId="54A5CDB4" w14:textId="77777777" w:rsidR="00AE08AB" w:rsidRDefault="00AA2D9E">
      <w:pPr>
        <w:spacing w:after="60"/>
      </w:pPr>
      <w:r>
        <w:rPr>
          <w:color w:val="B9B9B9"/>
          <w:sz w:val="16"/>
        </w:rPr>
        <w:t>________________________________________________________</w:t>
      </w:r>
    </w:p>
    <w:p w14:paraId="77D15BD0" w14:textId="77777777" w:rsidR="00AE08AB" w:rsidRDefault="00AA2D9E">
      <w:pPr>
        <w:spacing w:after="60"/>
      </w:pPr>
      <w:r>
        <w:rPr>
          <w:color w:val="B9B9B9"/>
          <w:sz w:val="16"/>
        </w:rPr>
        <w:t>________________________________________________________</w:t>
      </w:r>
    </w:p>
    <w:p w14:paraId="35BC2A35" w14:textId="77777777" w:rsidR="00AE08AB" w:rsidRDefault="00AA2D9E">
      <w:pPr>
        <w:spacing w:after="60"/>
      </w:pPr>
      <w:r>
        <w:rPr>
          <w:color w:val="B9B9B9"/>
          <w:sz w:val="16"/>
        </w:rPr>
        <w:lastRenderedPageBreak/>
        <w:t>________________________________________________________</w:t>
      </w:r>
    </w:p>
    <w:p w14:paraId="0EABFF9C" w14:textId="77777777" w:rsidR="00AE08AB" w:rsidRDefault="00AA2D9E">
      <w:pPr>
        <w:spacing w:after="60"/>
      </w:pPr>
      <w:r>
        <w:rPr>
          <w:color w:val="B9B9B9"/>
          <w:sz w:val="16"/>
        </w:rPr>
        <w:t>________________________________________________________</w:t>
      </w:r>
    </w:p>
    <w:p w14:paraId="7779BAAB" w14:textId="77777777" w:rsidR="00AE08AB" w:rsidRDefault="00AA2D9E">
      <w:pPr>
        <w:spacing w:after="60"/>
      </w:pPr>
      <w:r>
        <w:rPr>
          <w:color w:val="B9B9B9"/>
          <w:sz w:val="16"/>
        </w:rPr>
        <w:t>________________________________________________________</w:t>
      </w:r>
    </w:p>
    <w:p w14:paraId="13FB1867" w14:textId="77777777" w:rsidR="00AE08AB" w:rsidRDefault="00AA2D9E">
      <w:pPr>
        <w:spacing w:after="60"/>
      </w:pPr>
      <w:r>
        <w:rPr>
          <w:color w:val="B9B9B9"/>
          <w:sz w:val="16"/>
        </w:rPr>
        <w:t>________________________________________________________</w:t>
      </w:r>
    </w:p>
    <w:p w14:paraId="22E3D8A6" w14:textId="77777777" w:rsidR="00AE08AB" w:rsidRDefault="00AA2D9E">
      <w:r>
        <w:br w:type="page"/>
      </w:r>
    </w:p>
    <w:p w14:paraId="19FB18BF" w14:textId="77777777" w:rsidR="00AE08AB" w:rsidRDefault="00AA2D9E">
      <w:pPr>
        <w:pStyle w:val="Heading2"/>
      </w:pPr>
      <w:r>
        <w:lastRenderedPageBreak/>
        <w:t>DAY 25</w:t>
      </w:r>
    </w:p>
    <w:p w14:paraId="50F112F4" w14:textId="77777777" w:rsidR="00AE08AB" w:rsidRDefault="00AA2D9E">
      <w:pPr>
        <w:pStyle w:val="Heading1"/>
      </w:pPr>
      <w:r>
        <w:t>Transformation Takes Time</w:t>
      </w:r>
    </w:p>
    <w:p w14:paraId="4B7103FD" w14:textId="77777777" w:rsidR="00AE08AB" w:rsidRDefault="00AA2D9E">
      <w:r>
        <w:rPr>
          <w:b/>
          <w:color w:val="B08D3A"/>
        </w:rPr>
        <w:t xml:space="preserve">SCRIPTURE ANCHOR  </w:t>
      </w:r>
      <w:r>
        <w:t>Philippians 1:6</w:t>
      </w:r>
    </w:p>
    <w:p w14:paraId="49B2E996" w14:textId="77777777" w:rsidR="00AE08AB" w:rsidRDefault="00AA2D9E">
      <w:pPr>
        <w:pStyle w:val="Heading2"/>
      </w:pPr>
      <w:r>
        <w:t>Pause</w:t>
      </w:r>
    </w:p>
    <w:p w14:paraId="6FB7EFD0" w14:textId="77777777" w:rsidR="00AE08AB" w:rsidRDefault="00AA2D9E">
      <w:r>
        <w:t>Take three slow breaths. Let your body become still. You do not have to solve anything before you pray.</w:t>
      </w:r>
    </w:p>
    <w:p w14:paraId="7E77F3F9" w14:textId="77777777" w:rsidR="00AE08AB" w:rsidRDefault="00AA2D9E">
      <w:pPr>
        <w:pStyle w:val="Heading2"/>
      </w:pPr>
      <w:r>
        <w:t>Guided Prayer</w:t>
      </w:r>
    </w:p>
    <w:p w14:paraId="5AD78992" w14:textId="77777777" w:rsidR="00AE08AB" w:rsidRDefault="00AA2D9E">
      <w:r>
        <w:t>Father, I bring You the reality of transformation takes time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w:t>
      </w:r>
      <w:r>
        <w:t>e questions remain unanswered. In Jesus' name, Amen.</w:t>
      </w:r>
    </w:p>
    <w:p w14:paraId="19C59875" w14:textId="77777777" w:rsidR="00AE08AB" w:rsidRDefault="00AA2D9E">
      <w:pPr>
        <w:pStyle w:val="Heading2"/>
      </w:pPr>
      <w:r>
        <w:t>Release</w:t>
      </w:r>
    </w:p>
    <w:p w14:paraId="4C7681FE" w14:textId="77777777" w:rsidR="00AE08AB" w:rsidRDefault="00AA2D9E">
      <w:r>
        <w:t>Complete this sentence slowly: “Father, today I place into Your hands…”</w:t>
      </w:r>
    </w:p>
    <w:p w14:paraId="7965BDAB" w14:textId="77777777" w:rsidR="00AE08AB" w:rsidRDefault="00AA2D9E">
      <w:pPr>
        <w:spacing w:after="60"/>
      </w:pPr>
      <w:r>
        <w:rPr>
          <w:color w:val="B9B9B9"/>
          <w:sz w:val="16"/>
        </w:rPr>
        <w:t>________________________________________________________</w:t>
      </w:r>
    </w:p>
    <w:p w14:paraId="4F2A4580" w14:textId="77777777" w:rsidR="00AE08AB" w:rsidRDefault="00AA2D9E">
      <w:pPr>
        <w:spacing w:after="60"/>
      </w:pPr>
      <w:r>
        <w:rPr>
          <w:color w:val="B9B9B9"/>
          <w:sz w:val="16"/>
        </w:rPr>
        <w:t>________________________________________________________</w:t>
      </w:r>
    </w:p>
    <w:p w14:paraId="23B92D6C" w14:textId="77777777" w:rsidR="00AE08AB" w:rsidRDefault="00AA2D9E">
      <w:pPr>
        <w:pStyle w:val="Heading2"/>
      </w:pPr>
      <w:r>
        <w:t>Listen</w:t>
      </w:r>
    </w:p>
    <w:p w14:paraId="12104D9F" w14:textId="77777777" w:rsidR="00AE08AB" w:rsidRDefault="00AA2D9E">
      <w:r>
        <w:t>Remain quiet for a moment. What truth, Scripture, conviction, or gentle reminder is rising?</w:t>
      </w:r>
    </w:p>
    <w:p w14:paraId="167E87E2" w14:textId="77777777" w:rsidR="00AE08AB" w:rsidRDefault="00AA2D9E">
      <w:pPr>
        <w:spacing w:after="60"/>
      </w:pPr>
      <w:r>
        <w:rPr>
          <w:color w:val="B9B9B9"/>
          <w:sz w:val="16"/>
        </w:rPr>
        <w:t>________________________________________________________</w:t>
      </w:r>
    </w:p>
    <w:p w14:paraId="0F2FA8A5" w14:textId="77777777" w:rsidR="00AE08AB" w:rsidRDefault="00AA2D9E">
      <w:pPr>
        <w:spacing w:after="60"/>
      </w:pPr>
      <w:r>
        <w:rPr>
          <w:color w:val="B9B9B9"/>
          <w:sz w:val="16"/>
        </w:rPr>
        <w:t>________________________________________________________</w:t>
      </w:r>
    </w:p>
    <w:p w14:paraId="3265769E" w14:textId="77777777" w:rsidR="00AE08AB" w:rsidRDefault="00AA2D9E">
      <w:pPr>
        <w:pStyle w:val="Heading2"/>
      </w:pPr>
      <w:r>
        <w:t>My Unfiltered Prayer</w:t>
      </w:r>
    </w:p>
    <w:p w14:paraId="79845978" w14:textId="77777777" w:rsidR="00AE08AB" w:rsidRDefault="00AA2D9E">
      <w:r>
        <w:t>God, as I sit with transformation takes time, what I most need to tell You honestly is…</w:t>
      </w:r>
    </w:p>
    <w:p w14:paraId="65695B22" w14:textId="77777777" w:rsidR="00AE08AB" w:rsidRDefault="00AA2D9E">
      <w:pPr>
        <w:spacing w:after="60"/>
      </w:pPr>
      <w:r>
        <w:rPr>
          <w:color w:val="B9B9B9"/>
          <w:sz w:val="16"/>
        </w:rPr>
        <w:t>________________________________________________________</w:t>
      </w:r>
    </w:p>
    <w:p w14:paraId="15DA2203" w14:textId="77777777" w:rsidR="00AE08AB" w:rsidRDefault="00AA2D9E">
      <w:pPr>
        <w:spacing w:after="60"/>
      </w:pPr>
      <w:r>
        <w:rPr>
          <w:color w:val="B9B9B9"/>
          <w:sz w:val="16"/>
        </w:rPr>
        <w:t>________________________________________________________</w:t>
      </w:r>
    </w:p>
    <w:p w14:paraId="6C578DD3" w14:textId="77777777" w:rsidR="00AE08AB" w:rsidRDefault="00AA2D9E">
      <w:pPr>
        <w:spacing w:after="60"/>
      </w:pPr>
      <w:r>
        <w:rPr>
          <w:color w:val="B9B9B9"/>
          <w:sz w:val="16"/>
        </w:rPr>
        <w:t>________________________________________________________</w:t>
      </w:r>
    </w:p>
    <w:p w14:paraId="75E8D574" w14:textId="77777777" w:rsidR="00AE08AB" w:rsidRDefault="00AA2D9E">
      <w:pPr>
        <w:spacing w:after="60"/>
      </w:pPr>
      <w:r>
        <w:rPr>
          <w:color w:val="B9B9B9"/>
          <w:sz w:val="16"/>
        </w:rPr>
        <w:lastRenderedPageBreak/>
        <w:t>________________________________________________________</w:t>
      </w:r>
    </w:p>
    <w:p w14:paraId="0051C273" w14:textId="77777777" w:rsidR="00AE08AB" w:rsidRDefault="00AA2D9E">
      <w:pPr>
        <w:spacing w:after="60"/>
      </w:pPr>
      <w:r>
        <w:rPr>
          <w:color w:val="B9B9B9"/>
          <w:sz w:val="16"/>
        </w:rPr>
        <w:t>________________________________________________________</w:t>
      </w:r>
    </w:p>
    <w:p w14:paraId="5B9D5A44" w14:textId="77777777" w:rsidR="00AE08AB" w:rsidRDefault="00AA2D9E">
      <w:pPr>
        <w:spacing w:after="60"/>
      </w:pPr>
      <w:r>
        <w:rPr>
          <w:color w:val="B9B9B9"/>
          <w:sz w:val="16"/>
        </w:rPr>
        <w:t>________________________________________________________</w:t>
      </w:r>
    </w:p>
    <w:p w14:paraId="3E9CCE27" w14:textId="77777777" w:rsidR="00AE08AB" w:rsidRDefault="00AA2D9E">
      <w:pPr>
        <w:spacing w:after="60"/>
      </w:pPr>
      <w:r>
        <w:rPr>
          <w:color w:val="B9B9B9"/>
          <w:sz w:val="16"/>
        </w:rPr>
        <w:t>________________________________________________________</w:t>
      </w:r>
    </w:p>
    <w:p w14:paraId="209D822A" w14:textId="77777777" w:rsidR="00AE08AB" w:rsidRDefault="00AA2D9E">
      <w:r>
        <w:br w:type="page"/>
      </w:r>
    </w:p>
    <w:p w14:paraId="5597507C" w14:textId="77777777" w:rsidR="00AE08AB" w:rsidRDefault="00AA2D9E">
      <w:pPr>
        <w:pStyle w:val="Heading2"/>
      </w:pPr>
      <w:r>
        <w:lastRenderedPageBreak/>
        <w:t>DAY 26</w:t>
      </w:r>
    </w:p>
    <w:p w14:paraId="28F78CF9" w14:textId="77777777" w:rsidR="00AE08AB" w:rsidRDefault="00AA2D9E">
      <w:pPr>
        <w:pStyle w:val="Heading1"/>
      </w:pPr>
      <w:r>
        <w:t>Making Peace With What Was</w:t>
      </w:r>
    </w:p>
    <w:p w14:paraId="3BE803D3" w14:textId="77777777" w:rsidR="00AE08AB" w:rsidRDefault="00AA2D9E">
      <w:r>
        <w:rPr>
          <w:b/>
          <w:color w:val="B08D3A"/>
        </w:rPr>
        <w:t xml:space="preserve">SCRIPTURE ANCHOR  </w:t>
      </w:r>
      <w:r>
        <w:t>Ecclesiastes 3:11</w:t>
      </w:r>
    </w:p>
    <w:p w14:paraId="4EE7878C" w14:textId="77777777" w:rsidR="00AE08AB" w:rsidRDefault="00AA2D9E">
      <w:pPr>
        <w:pStyle w:val="Heading2"/>
      </w:pPr>
      <w:r>
        <w:t>Pause</w:t>
      </w:r>
    </w:p>
    <w:p w14:paraId="2347F428" w14:textId="77777777" w:rsidR="00AE08AB" w:rsidRDefault="00AA2D9E">
      <w:r>
        <w:t>Take three slow breaths. Let your body become still. You do not have to solve anything before you pray.</w:t>
      </w:r>
    </w:p>
    <w:p w14:paraId="1A6E6465" w14:textId="77777777" w:rsidR="00AE08AB" w:rsidRDefault="00AA2D9E">
      <w:pPr>
        <w:pStyle w:val="Heading2"/>
      </w:pPr>
      <w:r>
        <w:t>Guided Prayer</w:t>
      </w:r>
    </w:p>
    <w:p w14:paraId="180E4392" w14:textId="77777777" w:rsidR="00AE08AB" w:rsidRDefault="00AA2D9E">
      <w:r>
        <w:t>Father, I bring You the reality of making peace with what was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w:t>
      </w:r>
      <w:r>
        <w:t>me questions remain unanswered. In Jesus' name, Amen.</w:t>
      </w:r>
    </w:p>
    <w:p w14:paraId="7642F973" w14:textId="77777777" w:rsidR="00AE08AB" w:rsidRDefault="00AA2D9E">
      <w:pPr>
        <w:pStyle w:val="Heading2"/>
      </w:pPr>
      <w:r>
        <w:t>Release</w:t>
      </w:r>
    </w:p>
    <w:p w14:paraId="0268A093" w14:textId="77777777" w:rsidR="00AE08AB" w:rsidRDefault="00AA2D9E">
      <w:r>
        <w:t>Complete this sentence slowly: “Father, today I place into Your hands…”</w:t>
      </w:r>
    </w:p>
    <w:p w14:paraId="02E4DB2F" w14:textId="77777777" w:rsidR="00AE08AB" w:rsidRDefault="00AA2D9E">
      <w:pPr>
        <w:spacing w:after="60"/>
      </w:pPr>
      <w:r>
        <w:rPr>
          <w:color w:val="B9B9B9"/>
          <w:sz w:val="16"/>
        </w:rPr>
        <w:t>________________________________________________________</w:t>
      </w:r>
    </w:p>
    <w:p w14:paraId="20B93AE6" w14:textId="77777777" w:rsidR="00AE08AB" w:rsidRDefault="00AA2D9E">
      <w:pPr>
        <w:spacing w:after="60"/>
      </w:pPr>
      <w:r>
        <w:rPr>
          <w:color w:val="B9B9B9"/>
          <w:sz w:val="16"/>
        </w:rPr>
        <w:t>________________________________________________________</w:t>
      </w:r>
    </w:p>
    <w:p w14:paraId="7D154317" w14:textId="77777777" w:rsidR="00AE08AB" w:rsidRDefault="00AA2D9E">
      <w:pPr>
        <w:pStyle w:val="Heading2"/>
      </w:pPr>
      <w:r>
        <w:t>Listen</w:t>
      </w:r>
    </w:p>
    <w:p w14:paraId="33BBD519" w14:textId="77777777" w:rsidR="00AE08AB" w:rsidRDefault="00AA2D9E">
      <w:r>
        <w:t>Remain quiet for a moment. What truth, Scripture, conviction, or gentle reminder is rising?</w:t>
      </w:r>
    </w:p>
    <w:p w14:paraId="47EAF0C8" w14:textId="77777777" w:rsidR="00AE08AB" w:rsidRDefault="00AA2D9E">
      <w:pPr>
        <w:spacing w:after="60"/>
      </w:pPr>
      <w:r>
        <w:rPr>
          <w:color w:val="B9B9B9"/>
          <w:sz w:val="16"/>
        </w:rPr>
        <w:t>________________________________________________________</w:t>
      </w:r>
    </w:p>
    <w:p w14:paraId="1B23F430" w14:textId="77777777" w:rsidR="00AE08AB" w:rsidRDefault="00AA2D9E">
      <w:pPr>
        <w:spacing w:after="60"/>
      </w:pPr>
      <w:r>
        <w:rPr>
          <w:color w:val="B9B9B9"/>
          <w:sz w:val="16"/>
        </w:rPr>
        <w:t>________________________________________________________</w:t>
      </w:r>
    </w:p>
    <w:p w14:paraId="4D5B8C82" w14:textId="77777777" w:rsidR="00AE08AB" w:rsidRDefault="00AA2D9E">
      <w:pPr>
        <w:pStyle w:val="Heading2"/>
      </w:pPr>
      <w:r>
        <w:t>My Unfiltered Prayer</w:t>
      </w:r>
    </w:p>
    <w:p w14:paraId="4C2A4479" w14:textId="77777777" w:rsidR="00AE08AB" w:rsidRDefault="00AA2D9E">
      <w:r>
        <w:t>God, as I sit with making peace with what was, what I most need to tell You honestly is…</w:t>
      </w:r>
    </w:p>
    <w:p w14:paraId="0C91A95B" w14:textId="77777777" w:rsidR="00AE08AB" w:rsidRDefault="00AA2D9E">
      <w:pPr>
        <w:spacing w:after="60"/>
      </w:pPr>
      <w:r>
        <w:rPr>
          <w:color w:val="B9B9B9"/>
          <w:sz w:val="16"/>
        </w:rPr>
        <w:t>________________________________________________________</w:t>
      </w:r>
    </w:p>
    <w:p w14:paraId="4B1AC1E7" w14:textId="77777777" w:rsidR="00AE08AB" w:rsidRDefault="00AA2D9E">
      <w:pPr>
        <w:spacing w:after="60"/>
      </w:pPr>
      <w:r>
        <w:rPr>
          <w:color w:val="B9B9B9"/>
          <w:sz w:val="16"/>
        </w:rPr>
        <w:t>________________________________________________________</w:t>
      </w:r>
    </w:p>
    <w:p w14:paraId="5C8D9D72" w14:textId="77777777" w:rsidR="00AE08AB" w:rsidRDefault="00AA2D9E">
      <w:pPr>
        <w:spacing w:after="60"/>
      </w:pPr>
      <w:r>
        <w:rPr>
          <w:color w:val="B9B9B9"/>
          <w:sz w:val="16"/>
        </w:rPr>
        <w:t>________________________________________________________</w:t>
      </w:r>
    </w:p>
    <w:p w14:paraId="3FDE1926" w14:textId="77777777" w:rsidR="00AE08AB" w:rsidRDefault="00AA2D9E">
      <w:pPr>
        <w:spacing w:after="60"/>
      </w:pPr>
      <w:r>
        <w:rPr>
          <w:color w:val="B9B9B9"/>
          <w:sz w:val="16"/>
        </w:rPr>
        <w:lastRenderedPageBreak/>
        <w:t>________________________________________________________</w:t>
      </w:r>
    </w:p>
    <w:p w14:paraId="46778E83" w14:textId="77777777" w:rsidR="00AE08AB" w:rsidRDefault="00AA2D9E">
      <w:pPr>
        <w:spacing w:after="60"/>
      </w:pPr>
      <w:r>
        <w:rPr>
          <w:color w:val="B9B9B9"/>
          <w:sz w:val="16"/>
        </w:rPr>
        <w:t>________________________________________________________</w:t>
      </w:r>
    </w:p>
    <w:p w14:paraId="73A30AE8" w14:textId="77777777" w:rsidR="00AE08AB" w:rsidRDefault="00AA2D9E">
      <w:pPr>
        <w:spacing w:after="60"/>
      </w:pPr>
      <w:r>
        <w:rPr>
          <w:color w:val="B9B9B9"/>
          <w:sz w:val="16"/>
        </w:rPr>
        <w:t>________________________________________________________</w:t>
      </w:r>
    </w:p>
    <w:p w14:paraId="50E665E2" w14:textId="77777777" w:rsidR="00AE08AB" w:rsidRDefault="00AA2D9E">
      <w:pPr>
        <w:spacing w:after="60"/>
      </w:pPr>
      <w:r>
        <w:rPr>
          <w:color w:val="B9B9B9"/>
          <w:sz w:val="16"/>
        </w:rPr>
        <w:t>________________________________________________________</w:t>
      </w:r>
    </w:p>
    <w:p w14:paraId="31DF75D4" w14:textId="77777777" w:rsidR="00AE08AB" w:rsidRDefault="00AA2D9E">
      <w:r>
        <w:br w:type="page"/>
      </w:r>
    </w:p>
    <w:p w14:paraId="64B820FA" w14:textId="77777777" w:rsidR="00AE08AB" w:rsidRDefault="00AA2D9E">
      <w:pPr>
        <w:pStyle w:val="Heading2"/>
      </w:pPr>
      <w:r>
        <w:lastRenderedPageBreak/>
        <w:t>DAY 27</w:t>
      </w:r>
    </w:p>
    <w:p w14:paraId="06D6044B" w14:textId="77777777" w:rsidR="00AE08AB" w:rsidRDefault="00AA2D9E">
      <w:pPr>
        <w:pStyle w:val="Heading1"/>
      </w:pPr>
      <w:r>
        <w:t>Open Hands, Open Future</w:t>
      </w:r>
    </w:p>
    <w:p w14:paraId="5B6F732F" w14:textId="77777777" w:rsidR="00AE08AB" w:rsidRDefault="00AA2D9E">
      <w:r>
        <w:rPr>
          <w:b/>
          <w:color w:val="B08D3A"/>
        </w:rPr>
        <w:t xml:space="preserve">SCRIPTURE ANCHOR  </w:t>
      </w:r>
      <w:r>
        <w:t>Psalm 37:5</w:t>
      </w:r>
    </w:p>
    <w:p w14:paraId="5DA2A5EB" w14:textId="77777777" w:rsidR="00AE08AB" w:rsidRDefault="00AA2D9E">
      <w:pPr>
        <w:pStyle w:val="Heading2"/>
      </w:pPr>
      <w:r>
        <w:t>Pause</w:t>
      </w:r>
    </w:p>
    <w:p w14:paraId="43C40C07" w14:textId="77777777" w:rsidR="00AE08AB" w:rsidRDefault="00AA2D9E">
      <w:r>
        <w:t>Take three slow breaths. Let your body become still. You do not have to solve anything before you pray.</w:t>
      </w:r>
    </w:p>
    <w:p w14:paraId="530E3259" w14:textId="77777777" w:rsidR="00AE08AB" w:rsidRDefault="00AA2D9E">
      <w:pPr>
        <w:pStyle w:val="Heading2"/>
      </w:pPr>
      <w:r>
        <w:t>Guided Prayer</w:t>
      </w:r>
    </w:p>
    <w:p w14:paraId="62AE56F3" w14:textId="77777777" w:rsidR="00AE08AB" w:rsidRDefault="00AA2D9E">
      <w:r>
        <w:t xml:space="preserve">Father, I bring You the reality of open hands, open future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w:t>
      </w:r>
      <w:r>
        <w:t>questions remain unanswered. In Jesus' name, Amen.</w:t>
      </w:r>
    </w:p>
    <w:p w14:paraId="554A8137" w14:textId="77777777" w:rsidR="00AE08AB" w:rsidRDefault="00AA2D9E">
      <w:pPr>
        <w:pStyle w:val="Heading2"/>
      </w:pPr>
      <w:r>
        <w:t>Release</w:t>
      </w:r>
    </w:p>
    <w:p w14:paraId="264C0C20" w14:textId="77777777" w:rsidR="00AE08AB" w:rsidRDefault="00AA2D9E">
      <w:r>
        <w:t>Complete this sentence slowly: “Father, today I place into Your hands…”</w:t>
      </w:r>
    </w:p>
    <w:p w14:paraId="4E79E5BD" w14:textId="77777777" w:rsidR="00AE08AB" w:rsidRDefault="00AA2D9E">
      <w:pPr>
        <w:spacing w:after="60"/>
      </w:pPr>
      <w:r>
        <w:rPr>
          <w:color w:val="B9B9B9"/>
          <w:sz w:val="16"/>
        </w:rPr>
        <w:t>________________________________________________________</w:t>
      </w:r>
    </w:p>
    <w:p w14:paraId="356F73C1" w14:textId="77777777" w:rsidR="00AE08AB" w:rsidRDefault="00AA2D9E">
      <w:pPr>
        <w:spacing w:after="60"/>
      </w:pPr>
      <w:r>
        <w:rPr>
          <w:color w:val="B9B9B9"/>
          <w:sz w:val="16"/>
        </w:rPr>
        <w:t>________________________________________________________</w:t>
      </w:r>
    </w:p>
    <w:p w14:paraId="0FB882C4" w14:textId="77777777" w:rsidR="00AE08AB" w:rsidRDefault="00AA2D9E">
      <w:pPr>
        <w:pStyle w:val="Heading2"/>
      </w:pPr>
      <w:r>
        <w:t>Listen</w:t>
      </w:r>
    </w:p>
    <w:p w14:paraId="347D4FE7" w14:textId="77777777" w:rsidR="00AE08AB" w:rsidRDefault="00AA2D9E">
      <w:r>
        <w:t>Remain quiet for a moment. What truth, Scripture, conviction, or gentle reminder is rising?</w:t>
      </w:r>
    </w:p>
    <w:p w14:paraId="466F1B52" w14:textId="77777777" w:rsidR="00AE08AB" w:rsidRDefault="00AA2D9E">
      <w:pPr>
        <w:spacing w:after="60"/>
      </w:pPr>
      <w:r>
        <w:rPr>
          <w:color w:val="B9B9B9"/>
          <w:sz w:val="16"/>
        </w:rPr>
        <w:t>________________________________________________________</w:t>
      </w:r>
    </w:p>
    <w:p w14:paraId="2F7800CA" w14:textId="77777777" w:rsidR="00AE08AB" w:rsidRDefault="00AA2D9E">
      <w:pPr>
        <w:spacing w:after="60"/>
      </w:pPr>
      <w:r>
        <w:rPr>
          <w:color w:val="B9B9B9"/>
          <w:sz w:val="16"/>
        </w:rPr>
        <w:t>________________________________________________________</w:t>
      </w:r>
    </w:p>
    <w:p w14:paraId="29C323B8" w14:textId="77777777" w:rsidR="00AE08AB" w:rsidRDefault="00AA2D9E">
      <w:pPr>
        <w:pStyle w:val="Heading2"/>
      </w:pPr>
      <w:r>
        <w:t>My Unfiltered Prayer</w:t>
      </w:r>
    </w:p>
    <w:p w14:paraId="3E3E179F" w14:textId="77777777" w:rsidR="00AE08AB" w:rsidRDefault="00AA2D9E">
      <w:r>
        <w:t>God, as I sit with open hands, open future, what I most need to tell You honestly is…</w:t>
      </w:r>
    </w:p>
    <w:p w14:paraId="6F1CF711" w14:textId="77777777" w:rsidR="00AE08AB" w:rsidRDefault="00AA2D9E">
      <w:pPr>
        <w:spacing w:after="60"/>
      </w:pPr>
      <w:r>
        <w:rPr>
          <w:color w:val="B9B9B9"/>
          <w:sz w:val="16"/>
        </w:rPr>
        <w:t>________________________________________________________</w:t>
      </w:r>
    </w:p>
    <w:p w14:paraId="453F2BE1" w14:textId="77777777" w:rsidR="00AE08AB" w:rsidRDefault="00AA2D9E">
      <w:pPr>
        <w:spacing w:after="60"/>
      </w:pPr>
      <w:r>
        <w:rPr>
          <w:color w:val="B9B9B9"/>
          <w:sz w:val="16"/>
        </w:rPr>
        <w:t>________________________________________________________</w:t>
      </w:r>
    </w:p>
    <w:p w14:paraId="23833560" w14:textId="77777777" w:rsidR="00AE08AB" w:rsidRDefault="00AA2D9E">
      <w:pPr>
        <w:spacing w:after="60"/>
      </w:pPr>
      <w:r>
        <w:rPr>
          <w:color w:val="B9B9B9"/>
          <w:sz w:val="16"/>
        </w:rPr>
        <w:t>________________________________________________________</w:t>
      </w:r>
    </w:p>
    <w:p w14:paraId="7BA36728" w14:textId="77777777" w:rsidR="00AE08AB" w:rsidRDefault="00AA2D9E">
      <w:pPr>
        <w:spacing w:after="60"/>
      </w:pPr>
      <w:r>
        <w:rPr>
          <w:color w:val="B9B9B9"/>
          <w:sz w:val="16"/>
        </w:rPr>
        <w:lastRenderedPageBreak/>
        <w:t>________________________________________________________</w:t>
      </w:r>
    </w:p>
    <w:p w14:paraId="46B96E14" w14:textId="77777777" w:rsidR="00AE08AB" w:rsidRDefault="00AA2D9E">
      <w:pPr>
        <w:spacing w:after="60"/>
      </w:pPr>
      <w:r>
        <w:rPr>
          <w:color w:val="B9B9B9"/>
          <w:sz w:val="16"/>
        </w:rPr>
        <w:t>________________________________________________________</w:t>
      </w:r>
    </w:p>
    <w:p w14:paraId="52C0DB8B" w14:textId="77777777" w:rsidR="00AE08AB" w:rsidRDefault="00AA2D9E">
      <w:pPr>
        <w:spacing w:after="60"/>
      </w:pPr>
      <w:r>
        <w:rPr>
          <w:color w:val="B9B9B9"/>
          <w:sz w:val="16"/>
        </w:rPr>
        <w:t>________________________________________________________</w:t>
      </w:r>
    </w:p>
    <w:p w14:paraId="4BB33B03" w14:textId="77777777" w:rsidR="00AE08AB" w:rsidRDefault="00AA2D9E">
      <w:pPr>
        <w:spacing w:after="60"/>
      </w:pPr>
      <w:r>
        <w:rPr>
          <w:color w:val="B9B9B9"/>
          <w:sz w:val="16"/>
        </w:rPr>
        <w:t>________________________________________________________</w:t>
      </w:r>
    </w:p>
    <w:p w14:paraId="35EBC1ED" w14:textId="77777777" w:rsidR="00AE08AB" w:rsidRDefault="00AA2D9E">
      <w:r>
        <w:br w:type="page"/>
      </w:r>
    </w:p>
    <w:p w14:paraId="307B60CA" w14:textId="77777777" w:rsidR="00AE08AB" w:rsidRDefault="00AA2D9E">
      <w:pPr>
        <w:pStyle w:val="Heading2"/>
      </w:pPr>
      <w:r>
        <w:lastRenderedPageBreak/>
        <w:t>DAY 28</w:t>
      </w:r>
    </w:p>
    <w:p w14:paraId="083CE7FF" w14:textId="77777777" w:rsidR="00AE08AB" w:rsidRDefault="00AA2D9E">
      <w:pPr>
        <w:pStyle w:val="Heading1"/>
      </w:pPr>
      <w:r>
        <w:t>New Wine, New Wineskins</w:t>
      </w:r>
    </w:p>
    <w:p w14:paraId="239CE779" w14:textId="77777777" w:rsidR="00AE08AB" w:rsidRDefault="00AA2D9E">
      <w:r>
        <w:rPr>
          <w:b/>
          <w:color w:val="B08D3A"/>
        </w:rPr>
        <w:t xml:space="preserve">SCRIPTURE ANCHOR  </w:t>
      </w:r>
      <w:r>
        <w:t>Mark 2:22</w:t>
      </w:r>
    </w:p>
    <w:p w14:paraId="5568CB85" w14:textId="77777777" w:rsidR="00AE08AB" w:rsidRDefault="00AA2D9E">
      <w:pPr>
        <w:pStyle w:val="Heading2"/>
      </w:pPr>
      <w:r>
        <w:t>Pause</w:t>
      </w:r>
    </w:p>
    <w:p w14:paraId="3054A0DB" w14:textId="77777777" w:rsidR="00AE08AB" w:rsidRDefault="00AA2D9E">
      <w:r>
        <w:t>Take three slow breaths. Let your body become still. You do not have to solve anything before you pray.</w:t>
      </w:r>
    </w:p>
    <w:p w14:paraId="39ABCED8" w14:textId="77777777" w:rsidR="00AE08AB" w:rsidRDefault="00AA2D9E">
      <w:pPr>
        <w:pStyle w:val="Heading2"/>
      </w:pPr>
      <w:r>
        <w:t>Guided Prayer</w:t>
      </w:r>
    </w:p>
    <w:p w14:paraId="0F2B13C8" w14:textId="77777777" w:rsidR="00AE08AB" w:rsidRDefault="00AA2D9E">
      <w:r>
        <w:t xml:space="preserve">Father, I bring You the reality of new wine, new wineskins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w:t>
      </w:r>
      <w:r>
        <w:t>questions remain unanswered. In Jesus' name, Amen.</w:t>
      </w:r>
    </w:p>
    <w:p w14:paraId="02A294EF" w14:textId="77777777" w:rsidR="00AE08AB" w:rsidRDefault="00AA2D9E">
      <w:pPr>
        <w:pStyle w:val="Heading2"/>
      </w:pPr>
      <w:r>
        <w:t>Release</w:t>
      </w:r>
    </w:p>
    <w:p w14:paraId="32384DEC" w14:textId="77777777" w:rsidR="00AE08AB" w:rsidRDefault="00AA2D9E">
      <w:r>
        <w:t>Complete this sentence slowly: “Father, today I place into Your hands…”</w:t>
      </w:r>
    </w:p>
    <w:p w14:paraId="351219F3" w14:textId="77777777" w:rsidR="00AE08AB" w:rsidRDefault="00AA2D9E">
      <w:pPr>
        <w:spacing w:after="60"/>
      </w:pPr>
      <w:r>
        <w:rPr>
          <w:color w:val="B9B9B9"/>
          <w:sz w:val="16"/>
        </w:rPr>
        <w:t>________________________________________________________</w:t>
      </w:r>
    </w:p>
    <w:p w14:paraId="127A4723" w14:textId="77777777" w:rsidR="00AE08AB" w:rsidRDefault="00AA2D9E">
      <w:pPr>
        <w:spacing w:after="60"/>
      </w:pPr>
      <w:r>
        <w:rPr>
          <w:color w:val="B9B9B9"/>
          <w:sz w:val="16"/>
        </w:rPr>
        <w:t>________________________________________________________</w:t>
      </w:r>
    </w:p>
    <w:p w14:paraId="7807C49B" w14:textId="77777777" w:rsidR="00AE08AB" w:rsidRDefault="00AA2D9E">
      <w:pPr>
        <w:pStyle w:val="Heading2"/>
      </w:pPr>
      <w:r>
        <w:t>Listen</w:t>
      </w:r>
    </w:p>
    <w:p w14:paraId="5D0E65AB" w14:textId="77777777" w:rsidR="00AE08AB" w:rsidRDefault="00AA2D9E">
      <w:r>
        <w:t>Remain quiet for a moment. What truth, Scripture, conviction, or gentle reminder is rising?</w:t>
      </w:r>
    </w:p>
    <w:p w14:paraId="0C5F389A" w14:textId="77777777" w:rsidR="00AE08AB" w:rsidRDefault="00AA2D9E">
      <w:pPr>
        <w:spacing w:after="60"/>
      </w:pPr>
      <w:r>
        <w:rPr>
          <w:color w:val="B9B9B9"/>
          <w:sz w:val="16"/>
        </w:rPr>
        <w:t>________________________________________________________</w:t>
      </w:r>
    </w:p>
    <w:p w14:paraId="3C0B1981" w14:textId="77777777" w:rsidR="00AE08AB" w:rsidRDefault="00AA2D9E">
      <w:pPr>
        <w:spacing w:after="60"/>
      </w:pPr>
      <w:r>
        <w:rPr>
          <w:color w:val="B9B9B9"/>
          <w:sz w:val="16"/>
        </w:rPr>
        <w:t>________________________________________________________</w:t>
      </w:r>
    </w:p>
    <w:p w14:paraId="10DE2E20" w14:textId="77777777" w:rsidR="00AE08AB" w:rsidRDefault="00AA2D9E">
      <w:pPr>
        <w:pStyle w:val="Heading2"/>
      </w:pPr>
      <w:r>
        <w:t>My Unfiltered Prayer</w:t>
      </w:r>
    </w:p>
    <w:p w14:paraId="369C474F" w14:textId="77777777" w:rsidR="00AE08AB" w:rsidRDefault="00AA2D9E">
      <w:r>
        <w:t>God, as I sit with new wine, new wineskins, what I most need to tell You honestly is…</w:t>
      </w:r>
    </w:p>
    <w:p w14:paraId="246878B1" w14:textId="77777777" w:rsidR="00AE08AB" w:rsidRDefault="00AA2D9E">
      <w:pPr>
        <w:spacing w:after="60"/>
      </w:pPr>
      <w:r>
        <w:rPr>
          <w:color w:val="B9B9B9"/>
          <w:sz w:val="16"/>
        </w:rPr>
        <w:t>________________________________________________________</w:t>
      </w:r>
    </w:p>
    <w:p w14:paraId="56EAF3B8" w14:textId="77777777" w:rsidR="00AE08AB" w:rsidRDefault="00AA2D9E">
      <w:pPr>
        <w:spacing w:after="60"/>
      </w:pPr>
      <w:r>
        <w:rPr>
          <w:color w:val="B9B9B9"/>
          <w:sz w:val="16"/>
        </w:rPr>
        <w:t>________________________________________________________</w:t>
      </w:r>
    </w:p>
    <w:p w14:paraId="0E94B662" w14:textId="77777777" w:rsidR="00AE08AB" w:rsidRDefault="00AA2D9E">
      <w:pPr>
        <w:spacing w:after="60"/>
      </w:pPr>
      <w:r>
        <w:rPr>
          <w:color w:val="B9B9B9"/>
          <w:sz w:val="16"/>
        </w:rPr>
        <w:t>________________________________________________________</w:t>
      </w:r>
    </w:p>
    <w:p w14:paraId="7A258D96" w14:textId="77777777" w:rsidR="00AE08AB" w:rsidRDefault="00AA2D9E">
      <w:pPr>
        <w:spacing w:after="60"/>
      </w:pPr>
      <w:r>
        <w:rPr>
          <w:color w:val="B9B9B9"/>
          <w:sz w:val="16"/>
        </w:rPr>
        <w:lastRenderedPageBreak/>
        <w:t>________________________________________________________</w:t>
      </w:r>
    </w:p>
    <w:p w14:paraId="0DB5B858" w14:textId="77777777" w:rsidR="00AE08AB" w:rsidRDefault="00AA2D9E">
      <w:pPr>
        <w:spacing w:after="60"/>
      </w:pPr>
      <w:r>
        <w:rPr>
          <w:color w:val="B9B9B9"/>
          <w:sz w:val="16"/>
        </w:rPr>
        <w:t>________________________________________________________</w:t>
      </w:r>
    </w:p>
    <w:p w14:paraId="0F6DBD65" w14:textId="77777777" w:rsidR="00AE08AB" w:rsidRDefault="00AA2D9E">
      <w:pPr>
        <w:spacing w:after="60"/>
      </w:pPr>
      <w:r>
        <w:rPr>
          <w:color w:val="B9B9B9"/>
          <w:sz w:val="16"/>
        </w:rPr>
        <w:t>________________________________________________________</w:t>
      </w:r>
    </w:p>
    <w:p w14:paraId="000792BA" w14:textId="77777777" w:rsidR="00AE08AB" w:rsidRDefault="00AA2D9E">
      <w:pPr>
        <w:spacing w:after="60"/>
      </w:pPr>
      <w:r>
        <w:rPr>
          <w:color w:val="B9B9B9"/>
          <w:sz w:val="16"/>
        </w:rPr>
        <w:t>________________________________________________________</w:t>
      </w:r>
    </w:p>
    <w:p w14:paraId="3D94A48A" w14:textId="77777777" w:rsidR="00AE08AB" w:rsidRDefault="00AA2D9E">
      <w:pPr>
        <w:pStyle w:val="Heading1"/>
      </w:pPr>
      <w:r>
        <w:t>Sacred Pause</w:t>
      </w:r>
    </w:p>
    <w:p w14:paraId="0A791A1B" w14:textId="77777777" w:rsidR="00AE08AB" w:rsidRDefault="00AA2D9E">
      <w:pPr>
        <w:pStyle w:val="Heading3"/>
      </w:pPr>
      <w:r>
        <w:t>What happened within me this week?</w:t>
      </w:r>
    </w:p>
    <w:p w14:paraId="62EB21FF" w14:textId="77777777" w:rsidR="00AE08AB" w:rsidRDefault="00AA2D9E">
      <w:pPr>
        <w:spacing w:after="60"/>
      </w:pPr>
      <w:r>
        <w:rPr>
          <w:color w:val="B9B9B9"/>
          <w:sz w:val="16"/>
        </w:rPr>
        <w:t>________________________________________________________</w:t>
      </w:r>
    </w:p>
    <w:p w14:paraId="71842992" w14:textId="77777777" w:rsidR="00AE08AB" w:rsidRDefault="00AA2D9E">
      <w:pPr>
        <w:pStyle w:val="Heading3"/>
      </w:pPr>
      <w:r>
        <w:t>What emotion appeared most often?</w:t>
      </w:r>
    </w:p>
    <w:p w14:paraId="763BC27E" w14:textId="77777777" w:rsidR="00AE08AB" w:rsidRDefault="00AA2D9E">
      <w:pPr>
        <w:spacing w:after="60"/>
      </w:pPr>
      <w:r>
        <w:rPr>
          <w:color w:val="B9B9B9"/>
          <w:sz w:val="16"/>
        </w:rPr>
        <w:t>________________________________________________________</w:t>
      </w:r>
    </w:p>
    <w:p w14:paraId="6DA150BC" w14:textId="77777777" w:rsidR="00AE08AB" w:rsidRDefault="00AA2D9E">
      <w:pPr>
        <w:pStyle w:val="Heading3"/>
      </w:pPr>
      <w:r>
        <w:t>Where did I recognize God's grace?</w:t>
      </w:r>
    </w:p>
    <w:p w14:paraId="60A32AF7" w14:textId="77777777" w:rsidR="00AE08AB" w:rsidRDefault="00AA2D9E">
      <w:pPr>
        <w:spacing w:after="60"/>
      </w:pPr>
      <w:r>
        <w:rPr>
          <w:color w:val="B9B9B9"/>
          <w:sz w:val="16"/>
        </w:rPr>
        <w:t>________________________________________________________</w:t>
      </w:r>
    </w:p>
    <w:p w14:paraId="6EB42A82" w14:textId="77777777" w:rsidR="00AE08AB" w:rsidRDefault="00AA2D9E">
      <w:pPr>
        <w:pStyle w:val="Heading3"/>
      </w:pPr>
      <w:r>
        <w:t>What do I refuse to carry into another week?</w:t>
      </w:r>
    </w:p>
    <w:p w14:paraId="10CFA2D5" w14:textId="77777777" w:rsidR="00AE08AB" w:rsidRDefault="00AA2D9E">
      <w:pPr>
        <w:spacing w:after="60"/>
      </w:pPr>
      <w:r>
        <w:rPr>
          <w:color w:val="B9B9B9"/>
          <w:sz w:val="16"/>
        </w:rPr>
        <w:t>________________________________________________________</w:t>
      </w:r>
    </w:p>
    <w:p w14:paraId="08A6848C" w14:textId="77777777" w:rsidR="00AE08AB" w:rsidRDefault="00AA2D9E">
      <w:pPr>
        <w:pStyle w:val="Heading3"/>
      </w:pPr>
      <w:r>
        <w:t>What do I need to receive from God now?</w:t>
      </w:r>
    </w:p>
    <w:p w14:paraId="7737A70D" w14:textId="77777777" w:rsidR="00AE08AB" w:rsidRDefault="00AA2D9E">
      <w:pPr>
        <w:spacing w:after="60"/>
      </w:pPr>
      <w:r>
        <w:rPr>
          <w:color w:val="B9B9B9"/>
          <w:sz w:val="16"/>
        </w:rPr>
        <w:t>________________________________________________________</w:t>
      </w:r>
    </w:p>
    <w:p w14:paraId="2D10A6C5" w14:textId="77777777" w:rsidR="00AE08AB" w:rsidRDefault="00AA2D9E">
      <w:r>
        <w:br w:type="page"/>
      </w:r>
    </w:p>
    <w:p w14:paraId="72DA8F95" w14:textId="77777777" w:rsidR="00AE08AB" w:rsidRDefault="00AA2D9E">
      <w:pPr>
        <w:pStyle w:val="Heading2"/>
      </w:pPr>
      <w:r>
        <w:lastRenderedPageBreak/>
        <w:t>DAY 29</w:t>
      </w:r>
    </w:p>
    <w:p w14:paraId="45C333ED" w14:textId="77777777" w:rsidR="00AE08AB" w:rsidRDefault="00AA2D9E">
      <w:pPr>
        <w:pStyle w:val="Heading1"/>
      </w:pPr>
      <w:r>
        <w:t>Ready for What Is Next</w:t>
      </w:r>
    </w:p>
    <w:p w14:paraId="6CABDB0B" w14:textId="77777777" w:rsidR="00AE08AB" w:rsidRDefault="00AA2D9E">
      <w:r>
        <w:rPr>
          <w:b/>
          <w:color w:val="B08D3A"/>
        </w:rPr>
        <w:t xml:space="preserve">SCRIPTURE ANCHOR  </w:t>
      </w:r>
      <w:r>
        <w:t>Isaiah 43:19</w:t>
      </w:r>
    </w:p>
    <w:p w14:paraId="17FF2DEF" w14:textId="77777777" w:rsidR="00AE08AB" w:rsidRDefault="00AA2D9E">
      <w:pPr>
        <w:pStyle w:val="Heading2"/>
      </w:pPr>
      <w:r>
        <w:t>Pause</w:t>
      </w:r>
    </w:p>
    <w:p w14:paraId="3391E3E5" w14:textId="77777777" w:rsidR="00AE08AB" w:rsidRDefault="00AA2D9E">
      <w:r>
        <w:t>Take three slow breaths. Let your body become still. You do not have to solve anything before you pray.</w:t>
      </w:r>
    </w:p>
    <w:p w14:paraId="7EE09943" w14:textId="77777777" w:rsidR="00AE08AB" w:rsidRDefault="00AA2D9E">
      <w:pPr>
        <w:pStyle w:val="Heading2"/>
      </w:pPr>
      <w:r>
        <w:t>Guided Prayer</w:t>
      </w:r>
    </w:p>
    <w:p w14:paraId="09648DB6" w14:textId="77777777" w:rsidR="00AE08AB" w:rsidRDefault="00AA2D9E">
      <w:r>
        <w:t>Father, I bring You the reality of ready for what is next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w:t>
      </w:r>
      <w:r>
        <w:t>uestions remain unanswered. In Jesus' name, Amen.</w:t>
      </w:r>
    </w:p>
    <w:p w14:paraId="719D4805" w14:textId="77777777" w:rsidR="00AE08AB" w:rsidRDefault="00AA2D9E">
      <w:pPr>
        <w:pStyle w:val="Heading2"/>
      </w:pPr>
      <w:r>
        <w:t>Release</w:t>
      </w:r>
    </w:p>
    <w:p w14:paraId="39E0DDE7" w14:textId="77777777" w:rsidR="00AE08AB" w:rsidRDefault="00AA2D9E">
      <w:r>
        <w:t>Complete this sentence slowly: “Father, today I place into Your hands…”</w:t>
      </w:r>
    </w:p>
    <w:p w14:paraId="02ADCAF4" w14:textId="77777777" w:rsidR="00AE08AB" w:rsidRDefault="00AA2D9E">
      <w:pPr>
        <w:spacing w:after="60"/>
      </w:pPr>
      <w:r>
        <w:rPr>
          <w:color w:val="B9B9B9"/>
          <w:sz w:val="16"/>
        </w:rPr>
        <w:t>________________________________________________________</w:t>
      </w:r>
    </w:p>
    <w:p w14:paraId="604F928F" w14:textId="77777777" w:rsidR="00AE08AB" w:rsidRDefault="00AA2D9E">
      <w:pPr>
        <w:spacing w:after="60"/>
      </w:pPr>
      <w:r>
        <w:rPr>
          <w:color w:val="B9B9B9"/>
          <w:sz w:val="16"/>
        </w:rPr>
        <w:t>________________________________________________________</w:t>
      </w:r>
    </w:p>
    <w:p w14:paraId="67B66053" w14:textId="77777777" w:rsidR="00AE08AB" w:rsidRDefault="00AA2D9E">
      <w:pPr>
        <w:pStyle w:val="Heading2"/>
      </w:pPr>
      <w:r>
        <w:t>Listen</w:t>
      </w:r>
    </w:p>
    <w:p w14:paraId="5A9A41F8" w14:textId="77777777" w:rsidR="00AE08AB" w:rsidRDefault="00AA2D9E">
      <w:r>
        <w:t>Remain quiet for a moment. What truth, Scripture, conviction, or gentle reminder is rising?</w:t>
      </w:r>
    </w:p>
    <w:p w14:paraId="6AE19D8F" w14:textId="77777777" w:rsidR="00AE08AB" w:rsidRDefault="00AA2D9E">
      <w:pPr>
        <w:spacing w:after="60"/>
      </w:pPr>
      <w:r>
        <w:rPr>
          <w:color w:val="B9B9B9"/>
          <w:sz w:val="16"/>
        </w:rPr>
        <w:t>________________________________________________________</w:t>
      </w:r>
    </w:p>
    <w:p w14:paraId="6C666850" w14:textId="77777777" w:rsidR="00AE08AB" w:rsidRDefault="00AA2D9E">
      <w:pPr>
        <w:spacing w:after="60"/>
      </w:pPr>
      <w:r>
        <w:rPr>
          <w:color w:val="B9B9B9"/>
          <w:sz w:val="16"/>
        </w:rPr>
        <w:t>________________________________________________________</w:t>
      </w:r>
    </w:p>
    <w:p w14:paraId="2FBCBE86" w14:textId="77777777" w:rsidR="00AE08AB" w:rsidRDefault="00AA2D9E">
      <w:pPr>
        <w:pStyle w:val="Heading2"/>
      </w:pPr>
      <w:r>
        <w:t>My Unfiltered Prayer</w:t>
      </w:r>
    </w:p>
    <w:p w14:paraId="76E5DF16" w14:textId="77777777" w:rsidR="00AE08AB" w:rsidRDefault="00AA2D9E">
      <w:r>
        <w:t>God, as I sit with ready for what is next, what I most need to tell You honestly is…</w:t>
      </w:r>
    </w:p>
    <w:p w14:paraId="6BAC48F9" w14:textId="77777777" w:rsidR="00AE08AB" w:rsidRDefault="00AA2D9E">
      <w:pPr>
        <w:spacing w:after="60"/>
      </w:pPr>
      <w:r>
        <w:rPr>
          <w:color w:val="B9B9B9"/>
          <w:sz w:val="16"/>
        </w:rPr>
        <w:t>________________________________________________________</w:t>
      </w:r>
    </w:p>
    <w:p w14:paraId="4B786D92" w14:textId="77777777" w:rsidR="00AE08AB" w:rsidRDefault="00AA2D9E">
      <w:pPr>
        <w:spacing w:after="60"/>
      </w:pPr>
      <w:r>
        <w:rPr>
          <w:color w:val="B9B9B9"/>
          <w:sz w:val="16"/>
        </w:rPr>
        <w:t>________________________________________________________</w:t>
      </w:r>
    </w:p>
    <w:p w14:paraId="66105048" w14:textId="77777777" w:rsidR="00AE08AB" w:rsidRDefault="00AA2D9E">
      <w:pPr>
        <w:spacing w:after="60"/>
      </w:pPr>
      <w:r>
        <w:rPr>
          <w:color w:val="B9B9B9"/>
          <w:sz w:val="16"/>
        </w:rPr>
        <w:t>________________________________________________________</w:t>
      </w:r>
    </w:p>
    <w:p w14:paraId="1AE4B69F" w14:textId="77777777" w:rsidR="00AE08AB" w:rsidRDefault="00AA2D9E">
      <w:pPr>
        <w:spacing w:after="60"/>
      </w:pPr>
      <w:r>
        <w:rPr>
          <w:color w:val="B9B9B9"/>
          <w:sz w:val="16"/>
        </w:rPr>
        <w:lastRenderedPageBreak/>
        <w:t>________________________________________________________</w:t>
      </w:r>
    </w:p>
    <w:p w14:paraId="533EAAC8" w14:textId="77777777" w:rsidR="00AE08AB" w:rsidRDefault="00AA2D9E">
      <w:pPr>
        <w:spacing w:after="60"/>
      </w:pPr>
      <w:r>
        <w:rPr>
          <w:color w:val="B9B9B9"/>
          <w:sz w:val="16"/>
        </w:rPr>
        <w:t>________________________________________________________</w:t>
      </w:r>
    </w:p>
    <w:p w14:paraId="262A9D44" w14:textId="77777777" w:rsidR="00AE08AB" w:rsidRDefault="00AA2D9E">
      <w:pPr>
        <w:spacing w:after="60"/>
      </w:pPr>
      <w:r>
        <w:rPr>
          <w:color w:val="B9B9B9"/>
          <w:sz w:val="16"/>
        </w:rPr>
        <w:t>________________________________________________________</w:t>
      </w:r>
    </w:p>
    <w:p w14:paraId="4BDFEEAD" w14:textId="77777777" w:rsidR="00AE08AB" w:rsidRDefault="00AA2D9E">
      <w:pPr>
        <w:spacing w:after="60"/>
      </w:pPr>
      <w:r>
        <w:rPr>
          <w:color w:val="B9B9B9"/>
          <w:sz w:val="16"/>
        </w:rPr>
        <w:t>________________________________________________________</w:t>
      </w:r>
    </w:p>
    <w:p w14:paraId="68D44CCB" w14:textId="77777777" w:rsidR="00AE08AB" w:rsidRDefault="00AA2D9E">
      <w:r>
        <w:br w:type="page"/>
      </w:r>
    </w:p>
    <w:p w14:paraId="339301CE" w14:textId="77777777" w:rsidR="00AE08AB" w:rsidRDefault="00AA2D9E">
      <w:pPr>
        <w:pStyle w:val="Heading2"/>
      </w:pPr>
      <w:r>
        <w:lastRenderedPageBreak/>
        <w:t>DAY 30</w:t>
      </w:r>
    </w:p>
    <w:p w14:paraId="29B9118E" w14:textId="77777777" w:rsidR="00AE08AB" w:rsidRDefault="00AA2D9E">
      <w:pPr>
        <w:pStyle w:val="Heading1"/>
      </w:pPr>
      <w:r>
        <w:t>Changed, Not Destroyed</w:t>
      </w:r>
    </w:p>
    <w:p w14:paraId="3BE346A2" w14:textId="77777777" w:rsidR="00AE08AB" w:rsidRDefault="00AA2D9E">
      <w:r>
        <w:rPr>
          <w:b/>
          <w:color w:val="B08D3A"/>
        </w:rPr>
        <w:t xml:space="preserve">SCRIPTURE ANCHOR  </w:t>
      </w:r>
      <w:r>
        <w:t>2 Corinthians 4:9</w:t>
      </w:r>
    </w:p>
    <w:p w14:paraId="19198AB9" w14:textId="77777777" w:rsidR="00AE08AB" w:rsidRDefault="00AA2D9E">
      <w:pPr>
        <w:pStyle w:val="Heading2"/>
      </w:pPr>
      <w:r>
        <w:t>Pause</w:t>
      </w:r>
    </w:p>
    <w:p w14:paraId="03EB94D5" w14:textId="77777777" w:rsidR="00AE08AB" w:rsidRDefault="00AA2D9E">
      <w:r>
        <w:t>Take three slow breaths. Let your body become still. You do not have to solve anything before you pray.</w:t>
      </w:r>
    </w:p>
    <w:p w14:paraId="7FB956A3" w14:textId="77777777" w:rsidR="00AE08AB" w:rsidRDefault="00AA2D9E">
      <w:pPr>
        <w:pStyle w:val="Heading2"/>
      </w:pPr>
      <w:r>
        <w:t>Guided Prayer</w:t>
      </w:r>
    </w:p>
    <w:p w14:paraId="043DB251" w14:textId="77777777" w:rsidR="00AE08AB" w:rsidRDefault="00AA2D9E">
      <w:r>
        <w:t>Father, I bring You the reality of changed, not destroyed without pretending or hiding. Meet me here with truth and mercy. In this season of when change becomes your teacher, show me what needs to be faced, what needs to be released, and what needs to be entrusted to You. Quiet fear, correct distorted thoughts, and give me grace for the next faithful step. Let prayer become a place where I can be fully honest and still fully hopeful. Anchor me in Your presence and teach me to walk in peace even while some q</w:t>
      </w:r>
      <w:r>
        <w:t>uestions remain unanswered. In Jesus' name, Amen.</w:t>
      </w:r>
    </w:p>
    <w:p w14:paraId="4DEE6DB8" w14:textId="77777777" w:rsidR="00AE08AB" w:rsidRDefault="00AA2D9E">
      <w:pPr>
        <w:pStyle w:val="Heading2"/>
      </w:pPr>
      <w:r>
        <w:t>Release</w:t>
      </w:r>
    </w:p>
    <w:p w14:paraId="4EF410B2" w14:textId="77777777" w:rsidR="00AE08AB" w:rsidRDefault="00AA2D9E">
      <w:r>
        <w:t>Complete this sentence slowly: “Father, today I place into Your hands…”</w:t>
      </w:r>
    </w:p>
    <w:p w14:paraId="0431693D" w14:textId="77777777" w:rsidR="00AE08AB" w:rsidRDefault="00AA2D9E">
      <w:pPr>
        <w:spacing w:after="60"/>
      </w:pPr>
      <w:r>
        <w:rPr>
          <w:color w:val="B9B9B9"/>
          <w:sz w:val="16"/>
        </w:rPr>
        <w:t>________________________________________________________</w:t>
      </w:r>
    </w:p>
    <w:p w14:paraId="769F0433" w14:textId="77777777" w:rsidR="00AE08AB" w:rsidRDefault="00AA2D9E">
      <w:pPr>
        <w:spacing w:after="60"/>
      </w:pPr>
      <w:r>
        <w:rPr>
          <w:color w:val="B9B9B9"/>
          <w:sz w:val="16"/>
        </w:rPr>
        <w:t>________________________________________________________</w:t>
      </w:r>
    </w:p>
    <w:p w14:paraId="4D711DD3" w14:textId="77777777" w:rsidR="00AE08AB" w:rsidRDefault="00AA2D9E">
      <w:pPr>
        <w:pStyle w:val="Heading2"/>
      </w:pPr>
      <w:r>
        <w:t>Listen</w:t>
      </w:r>
    </w:p>
    <w:p w14:paraId="079206E4" w14:textId="77777777" w:rsidR="00AE08AB" w:rsidRDefault="00AA2D9E">
      <w:r>
        <w:t>Remain quiet for a moment. What truth, Scripture, conviction, or gentle reminder is rising?</w:t>
      </w:r>
    </w:p>
    <w:p w14:paraId="081F0723" w14:textId="77777777" w:rsidR="00AE08AB" w:rsidRDefault="00AA2D9E">
      <w:pPr>
        <w:spacing w:after="60"/>
      </w:pPr>
      <w:r>
        <w:rPr>
          <w:color w:val="B9B9B9"/>
          <w:sz w:val="16"/>
        </w:rPr>
        <w:t>________________________________________________________</w:t>
      </w:r>
    </w:p>
    <w:p w14:paraId="296186EF" w14:textId="77777777" w:rsidR="00AE08AB" w:rsidRDefault="00AA2D9E">
      <w:pPr>
        <w:spacing w:after="60"/>
      </w:pPr>
      <w:r>
        <w:rPr>
          <w:color w:val="B9B9B9"/>
          <w:sz w:val="16"/>
        </w:rPr>
        <w:t>________________________________________________________</w:t>
      </w:r>
    </w:p>
    <w:p w14:paraId="1D8241AA" w14:textId="77777777" w:rsidR="00AE08AB" w:rsidRDefault="00AA2D9E">
      <w:pPr>
        <w:pStyle w:val="Heading2"/>
      </w:pPr>
      <w:r>
        <w:t>My Unfiltered Prayer</w:t>
      </w:r>
    </w:p>
    <w:p w14:paraId="291DCB22" w14:textId="77777777" w:rsidR="00AE08AB" w:rsidRDefault="00AA2D9E">
      <w:r>
        <w:t>God, as I sit with changed, not destroyed, what I most need to tell You honestly is…</w:t>
      </w:r>
    </w:p>
    <w:p w14:paraId="7706AFEA" w14:textId="77777777" w:rsidR="00AE08AB" w:rsidRDefault="00AA2D9E">
      <w:pPr>
        <w:spacing w:after="60"/>
      </w:pPr>
      <w:r>
        <w:rPr>
          <w:color w:val="B9B9B9"/>
          <w:sz w:val="16"/>
        </w:rPr>
        <w:t>________________________________________________________</w:t>
      </w:r>
    </w:p>
    <w:p w14:paraId="569798AC" w14:textId="77777777" w:rsidR="00AE08AB" w:rsidRDefault="00AA2D9E">
      <w:pPr>
        <w:spacing w:after="60"/>
      </w:pPr>
      <w:r>
        <w:rPr>
          <w:color w:val="B9B9B9"/>
          <w:sz w:val="16"/>
        </w:rPr>
        <w:t>________________________________________________________</w:t>
      </w:r>
    </w:p>
    <w:p w14:paraId="10C8D149" w14:textId="77777777" w:rsidR="00AE08AB" w:rsidRDefault="00AA2D9E">
      <w:pPr>
        <w:spacing w:after="60"/>
      </w:pPr>
      <w:r>
        <w:rPr>
          <w:color w:val="B9B9B9"/>
          <w:sz w:val="16"/>
        </w:rPr>
        <w:t>________________________________________________________</w:t>
      </w:r>
    </w:p>
    <w:p w14:paraId="031185FC" w14:textId="77777777" w:rsidR="00AE08AB" w:rsidRDefault="00AA2D9E">
      <w:pPr>
        <w:spacing w:after="60"/>
      </w:pPr>
      <w:r>
        <w:rPr>
          <w:color w:val="B9B9B9"/>
          <w:sz w:val="16"/>
        </w:rPr>
        <w:lastRenderedPageBreak/>
        <w:t>________________________________________________________</w:t>
      </w:r>
    </w:p>
    <w:p w14:paraId="524DCB52" w14:textId="77777777" w:rsidR="00AE08AB" w:rsidRDefault="00AA2D9E">
      <w:pPr>
        <w:spacing w:after="60"/>
      </w:pPr>
      <w:r>
        <w:rPr>
          <w:color w:val="B9B9B9"/>
          <w:sz w:val="16"/>
        </w:rPr>
        <w:t>________________________________________________________</w:t>
      </w:r>
    </w:p>
    <w:p w14:paraId="0D7DDA2B" w14:textId="77777777" w:rsidR="00AE08AB" w:rsidRDefault="00AA2D9E">
      <w:pPr>
        <w:spacing w:after="60"/>
      </w:pPr>
      <w:r>
        <w:rPr>
          <w:color w:val="B9B9B9"/>
          <w:sz w:val="16"/>
        </w:rPr>
        <w:t>________________________________________________________</w:t>
      </w:r>
    </w:p>
    <w:p w14:paraId="302751C7" w14:textId="77777777" w:rsidR="00AE08AB" w:rsidRDefault="00AA2D9E">
      <w:pPr>
        <w:spacing w:after="60"/>
      </w:pPr>
      <w:r>
        <w:rPr>
          <w:color w:val="B9B9B9"/>
          <w:sz w:val="16"/>
        </w:rPr>
        <w:t>________________________________________________________</w:t>
      </w:r>
    </w:p>
    <w:p w14:paraId="6F7914EF" w14:textId="77777777" w:rsidR="00AE08AB" w:rsidRDefault="00AA2D9E">
      <w:r>
        <w:br w:type="page"/>
      </w:r>
    </w:p>
    <w:p w14:paraId="13250645" w14:textId="77777777" w:rsidR="00AE08AB" w:rsidRDefault="00AA2D9E">
      <w:pPr>
        <w:pStyle w:val="Heading1"/>
      </w:pPr>
      <w:r>
        <w:lastRenderedPageBreak/>
        <w:t>End-of-Month Prayer Inventory</w:t>
      </w:r>
    </w:p>
    <w:p w14:paraId="0E6E38D8" w14:textId="77777777" w:rsidR="00AE08AB" w:rsidRDefault="00AA2D9E">
      <w:pPr>
        <w:pStyle w:val="Heading3"/>
      </w:pPr>
      <w:r>
        <w:t>At the beginning of this month, I was carrying…</w:t>
      </w:r>
    </w:p>
    <w:p w14:paraId="35877DA7" w14:textId="77777777" w:rsidR="00AE08AB" w:rsidRDefault="00AA2D9E">
      <w:pPr>
        <w:spacing w:after="60"/>
      </w:pPr>
      <w:r>
        <w:rPr>
          <w:color w:val="B9B9B9"/>
          <w:sz w:val="16"/>
        </w:rPr>
        <w:t>________________________________________________________</w:t>
      </w:r>
    </w:p>
    <w:p w14:paraId="29EC3893" w14:textId="77777777" w:rsidR="00AE08AB" w:rsidRDefault="00AA2D9E">
      <w:pPr>
        <w:spacing w:after="60"/>
      </w:pPr>
      <w:r>
        <w:rPr>
          <w:color w:val="B9B9B9"/>
          <w:sz w:val="16"/>
        </w:rPr>
        <w:t>________________________________________________________</w:t>
      </w:r>
    </w:p>
    <w:p w14:paraId="66432F20" w14:textId="77777777" w:rsidR="00AE08AB" w:rsidRDefault="00AA2D9E">
      <w:pPr>
        <w:pStyle w:val="Heading3"/>
      </w:pPr>
      <w:r>
        <w:t>God met me through…</w:t>
      </w:r>
    </w:p>
    <w:p w14:paraId="3A73C2A8" w14:textId="77777777" w:rsidR="00AE08AB" w:rsidRDefault="00AA2D9E">
      <w:pPr>
        <w:spacing w:after="60"/>
      </w:pPr>
      <w:r>
        <w:rPr>
          <w:color w:val="B9B9B9"/>
          <w:sz w:val="16"/>
        </w:rPr>
        <w:t>________________________________________________________</w:t>
      </w:r>
    </w:p>
    <w:p w14:paraId="05FF6D51" w14:textId="77777777" w:rsidR="00AE08AB" w:rsidRDefault="00AA2D9E">
      <w:pPr>
        <w:spacing w:after="60"/>
      </w:pPr>
      <w:r>
        <w:rPr>
          <w:color w:val="B9B9B9"/>
          <w:sz w:val="16"/>
        </w:rPr>
        <w:t>________________________________________________________</w:t>
      </w:r>
    </w:p>
    <w:p w14:paraId="33117E70" w14:textId="77777777" w:rsidR="00AE08AB" w:rsidRDefault="00AA2D9E">
      <w:pPr>
        <w:pStyle w:val="Heading3"/>
      </w:pPr>
      <w:r>
        <w:t>The Scripture I returned to most was…</w:t>
      </w:r>
    </w:p>
    <w:p w14:paraId="412C6980" w14:textId="77777777" w:rsidR="00AE08AB" w:rsidRDefault="00AA2D9E">
      <w:pPr>
        <w:spacing w:after="60"/>
      </w:pPr>
      <w:r>
        <w:rPr>
          <w:color w:val="B9B9B9"/>
          <w:sz w:val="16"/>
        </w:rPr>
        <w:t>________________________________________________________</w:t>
      </w:r>
    </w:p>
    <w:p w14:paraId="5FD83308" w14:textId="77777777" w:rsidR="00AE08AB" w:rsidRDefault="00AA2D9E">
      <w:pPr>
        <w:spacing w:after="60"/>
      </w:pPr>
      <w:r>
        <w:rPr>
          <w:color w:val="B9B9B9"/>
          <w:sz w:val="16"/>
        </w:rPr>
        <w:t>________________________________________________________</w:t>
      </w:r>
    </w:p>
    <w:p w14:paraId="042AAA74" w14:textId="77777777" w:rsidR="00AE08AB" w:rsidRDefault="00AA2D9E">
      <w:pPr>
        <w:pStyle w:val="Heading3"/>
      </w:pPr>
      <w:r>
        <w:t>Something I understand differently now is…</w:t>
      </w:r>
    </w:p>
    <w:p w14:paraId="73D9D0DF" w14:textId="77777777" w:rsidR="00AE08AB" w:rsidRDefault="00AA2D9E">
      <w:pPr>
        <w:spacing w:after="60"/>
      </w:pPr>
      <w:r>
        <w:rPr>
          <w:color w:val="B9B9B9"/>
          <w:sz w:val="16"/>
        </w:rPr>
        <w:t>________________________________________________________</w:t>
      </w:r>
    </w:p>
    <w:p w14:paraId="062EE5B7" w14:textId="77777777" w:rsidR="00AE08AB" w:rsidRDefault="00AA2D9E">
      <w:pPr>
        <w:spacing w:after="60"/>
      </w:pPr>
      <w:r>
        <w:rPr>
          <w:color w:val="B9B9B9"/>
          <w:sz w:val="16"/>
        </w:rPr>
        <w:t>________________________________________________________</w:t>
      </w:r>
    </w:p>
    <w:p w14:paraId="502F43C5" w14:textId="77777777" w:rsidR="00AE08AB" w:rsidRDefault="00AA2D9E">
      <w:pPr>
        <w:pStyle w:val="Heading3"/>
      </w:pPr>
      <w:r>
        <w:t>Something still unresolved is…</w:t>
      </w:r>
    </w:p>
    <w:p w14:paraId="4047AF70" w14:textId="77777777" w:rsidR="00AE08AB" w:rsidRDefault="00AA2D9E">
      <w:pPr>
        <w:spacing w:after="60"/>
      </w:pPr>
      <w:r>
        <w:rPr>
          <w:color w:val="B9B9B9"/>
          <w:sz w:val="16"/>
        </w:rPr>
        <w:t>________________________________________________________</w:t>
      </w:r>
    </w:p>
    <w:p w14:paraId="1922317C" w14:textId="77777777" w:rsidR="00AE08AB" w:rsidRDefault="00AA2D9E">
      <w:pPr>
        <w:spacing w:after="60"/>
      </w:pPr>
      <w:r>
        <w:rPr>
          <w:color w:val="B9B9B9"/>
          <w:sz w:val="16"/>
        </w:rPr>
        <w:t>________________________________________________________</w:t>
      </w:r>
    </w:p>
    <w:p w14:paraId="4FD114B3" w14:textId="77777777" w:rsidR="00AE08AB" w:rsidRDefault="00AA2D9E">
      <w:pPr>
        <w:pStyle w:val="Heading3"/>
      </w:pPr>
      <w:r>
        <w:t>What I need to surrender before the next month is…</w:t>
      </w:r>
    </w:p>
    <w:p w14:paraId="2313E8C7" w14:textId="77777777" w:rsidR="00AE08AB" w:rsidRDefault="00AA2D9E">
      <w:pPr>
        <w:spacing w:after="60"/>
      </w:pPr>
      <w:r>
        <w:rPr>
          <w:color w:val="B9B9B9"/>
          <w:sz w:val="16"/>
        </w:rPr>
        <w:t>________________________________________________________</w:t>
      </w:r>
    </w:p>
    <w:p w14:paraId="4DD5D449" w14:textId="77777777" w:rsidR="00AE08AB" w:rsidRDefault="00AA2D9E">
      <w:pPr>
        <w:spacing w:after="60"/>
      </w:pPr>
      <w:r>
        <w:rPr>
          <w:color w:val="B9B9B9"/>
          <w:sz w:val="16"/>
        </w:rPr>
        <w:t>________________________________________________________</w:t>
      </w:r>
    </w:p>
    <w:p w14:paraId="1F3DE4FD" w14:textId="77777777" w:rsidR="00AE08AB" w:rsidRDefault="00AA2D9E">
      <w:pPr>
        <w:pStyle w:val="Heading3"/>
      </w:pPr>
      <w:r>
        <w:t>My prayer for the month ahead is…</w:t>
      </w:r>
    </w:p>
    <w:p w14:paraId="24868A0A" w14:textId="77777777" w:rsidR="00AE08AB" w:rsidRDefault="00AA2D9E">
      <w:pPr>
        <w:spacing w:after="60"/>
      </w:pPr>
      <w:r>
        <w:rPr>
          <w:color w:val="B9B9B9"/>
          <w:sz w:val="16"/>
        </w:rPr>
        <w:t>________________________________________________________</w:t>
      </w:r>
    </w:p>
    <w:p w14:paraId="586A6A16" w14:textId="77777777" w:rsidR="00AE08AB" w:rsidRDefault="00AA2D9E">
      <w:pPr>
        <w:spacing w:after="60"/>
      </w:pPr>
      <w:r>
        <w:rPr>
          <w:color w:val="B9B9B9"/>
          <w:sz w:val="16"/>
        </w:rPr>
        <w:t>________________________________________________________</w:t>
      </w:r>
    </w:p>
    <w:p w14:paraId="0574C0A3" w14:textId="77777777" w:rsidR="00AE08AB" w:rsidRDefault="00AA2D9E">
      <w:r>
        <w:br w:type="page"/>
      </w:r>
    </w:p>
    <w:p w14:paraId="6B0EDD3E" w14:textId="77777777" w:rsidR="00AE08AB" w:rsidRDefault="00AA2D9E">
      <w:pPr>
        <w:pStyle w:val="Heading1"/>
      </w:pPr>
      <w:r>
        <w:lastRenderedPageBreak/>
        <w:t>Volume I Closing Prayer</w:t>
      </w:r>
    </w:p>
    <w:p w14:paraId="344A7DEC" w14:textId="77777777" w:rsidR="00AE08AB" w:rsidRDefault="00AA2D9E">
      <w:r>
        <w:t>Father, thank You for meeting me through storm, weight, breath, voice, strength, and change. I do not need every question answered to recognize that You have been present. Continue the work You have begun in me. Let what I have learned become a way of living: honest prayer, wise surrender, steady faith, and practiced peace. In Jesus’ name, Amen.</w:t>
      </w:r>
    </w:p>
    <w:sectPr w:rsidR="00AE08AB" w:rsidSect="00034616">
      <w:headerReference w:type="default" r:id="rId8"/>
      <w:footerReference w:type="default" r:id="rId9"/>
      <w:pgSz w:w="8640" w:h="1296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7037A" w14:textId="77777777" w:rsidR="00AA2D9E" w:rsidRDefault="00AA2D9E">
      <w:pPr>
        <w:spacing w:after="0" w:line="240" w:lineRule="auto"/>
      </w:pPr>
      <w:r>
        <w:separator/>
      </w:r>
    </w:p>
  </w:endnote>
  <w:endnote w:type="continuationSeparator" w:id="0">
    <w:p w14:paraId="5A8C8C6A" w14:textId="77777777" w:rsidR="00AA2D9E" w:rsidRDefault="00AA2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F212" w14:textId="77777777" w:rsidR="00AE08AB" w:rsidRDefault="00AA2D9E">
    <w:pPr>
      <w:pStyle w:val="Footer"/>
      <w:jc w:val="center"/>
    </w:pPr>
    <w:r>
      <w:rPr>
        <w:sz w:val="16"/>
      </w:rPr>
      <w:t xml:space="preserve">NANA ADU-POKU   •   </w:t>
    </w:r>
    <w:r>
      <w:fldChar w:fldCharType="begin"/>
    </w:r>
    <w:r>
      <w:instrText>PAGE</w:instrText>
    </w:r>
    <w:r>
      <w:fldChar w:fldCharType="separate"/>
    </w:r>
    <w:r w:rsidR="00A0596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99EA6" w14:textId="77777777" w:rsidR="00AA2D9E" w:rsidRDefault="00AA2D9E">
      <w:pPr>
        <w:spacing w:after="0" w:line="240" w:lineRule="auto"/>
      </w:pPr>
      <w:r>
        <w:separator/>
      </w:r>
    </w:p>
  </w:footnote>
  <w:footnote w:type="continuationSeparator" w:id="0">
    <w:p w14:paraId="1F945211" w14:textId="77777777" w:rsidR="00AA2D9E" w:rsidRDefault="00AA2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E371" w14:textId="77777777" w:rsidR="00AE08AB" w:rsidRDefault="00AA2D9E">
    <w:pPr>
      <w:pStyle w:val="Header"/>
      <w:jc w:val="center"/>
    </w:pPr>
    <w:r>
      <w:rPr>
        <w:sz w:val="15"/>
      </w:rPr>
      <w:t xml:space="preserve">IN THE MIDST OF THE </w:t>
    </w:r>
    <w:proofErr w:type="gramStart"/>
    <w:r>
      <w:rPr>
        <w:sz w:val="15"/>
      </w:rPr>
      <w:t>CHAOS  •</w:t>
    </w:r>
    <w:proofErr w:type="gramEnd"/>
    <w:r>
      <w:rPr>
        <w:sz w:val="15"/>
      </w:rPr>
      <w:t xml:space="preserve">  COMPANION PRAYER JOURNAL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7203824">
    <w:abstractNumId w:val="8"/>
  </w:num>
  <w:num w:numId="2" w16cid:durableId="201020417">
    <w:abstractNumId w:val="6"/>
  </w:num>
  <w:num w:numId="3" w16cid:durableId="854926488">
    <w:abstractNumId w:val="5"/>
  </w:num>
  <w:num w:numId="4" w16cid:durableId="213203375">
    <w:abstractNumId w:val="4"/>
  </w:num>
  <w:num w:numId="5" w16cid:durableId="1210805790">
    <w:abstractNumId w:val="7"/>
  </w:num>
  <w:num w:numId="6" w16cid:durableId="1752119800">
    <w:abstractNumId w:val="3"/>
  </w:num>
  <w:num w:numId="7" w16cid:durableId="465203155">
    <w:abstractNumId w:val="2"/>
  </w:num>
  <w:num w:numId="8" w16cid:durableId="868178578">
    <w:abstractNumId w:val="1"/>
  </w:num>
  <w:num w:numId="9" w16cid:durableId="648823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05964"/>
    <w:rsid w:val="00AA1D8D"/>
    <w:rsid w:val="00AA2D9E"/>
    <w:rsid w:val="00AE08AB"/>
    <w:rsid w:val="00B47730"/>
    <w:rsid w:val="00CB0664"/>
    <w:rsid w:val="00DF5B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05E70D"/>
  <w14:defaultImageDpi w14:val="300"/>
  <w15:docId w15:val="{B5C32112-9A14-44AF-AF60-3F8CE6182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aramond" w:hAnsi="Garamond"/>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B08D3A"/>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7324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375</Pages>
  <Words>48086</Words>
  <Characters>274092</Characters>
  <Application>Microsoft Office Word</Application>
  <DocSecurity>0</DocSecurity>
  <Lines>2284</Lines>
  <Paragraphs>643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321535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Nana Adu-Poku</cp:lastModifiedBy>
  <cp:revision>2</cp:revision>
  <dcterms:created xsi:type="dcterms:W3CDTF">2026-08-12T00:49:00Z</dcterms:created>
  <dcterms:modified xsi:type="dcterms:W3CDTF">2026-08-12T00:49:00Z</dcterms:modified>
  <cp:category/>
</cp:coreProperties>
</file>